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300"/>
        <w:jc w:val="center"/>
      </w:pPr>
      <w:r>
        <w:rPr>
          <w:rFonts w:ascii="Garamond" w:hAnsi="Garamond"/>
          <w:b/>
          <w:sz w:val="52"/>
        </w:rPr>
        <w:t>LAS MALDITAS DROGAS</w:t>
        <w:br/>
        <w:t>Y EL ALCOHOL</w:t>
      </w:r>
    </w:p>
    <w:p>
      <w:pPr>
        <w:spacing w:before="2700"/>
        <w:jc w:val="center"/>
      </w:pPr>
      <w:r>
        <w:rPr>
          <w:rFonts w:ascii="Garamond" w:hAnsi="Garamond"/>
          <w:b/>
          <w:sz w:val="34"/>
        </w:rPr>
        <w:t>MIGUEL EUGENIO SANFIEL</w:t>
      </w:r>
    </w:p>
    <w:p>
      <w:r>
        <w:br w:type="page"/>
      </w:r>
    </w:p>
    <w:p>
      <w:pPr>
        <w:spacing w:before="2400"/>
      </w:pPr>
      <w:r>
        <w:rPr>
          <w:sz w:val="24"/>
        </w:rPr>
        <w:t>Copyright 2026, MIGUEL EUGENIO SANFIEL</w:t>
        <w:br/>
        <w:t>Todos los derechos reservados.</w:t>
        <w:br/>
        <w:br/>
        <w:t>Primera edición, 2026.</w:t>
      </w:r>
    </w:p>
    <w:p>
      <w:r>
        <w:br w:type="page"/>
      </w:r>
    </w:p>
    <w:p>
      <w:pPr>
        <w:pStyle w:val="Heading1"/>
      </w:pPr>
      <w:r>
        <w:t>DEDICATORIA</w:t>
      </w:r>
    </w:p>
    <w:p>
      <w:r>
        <w:t>Este libro está dedicado a todas las personas que han sufrido, directa o indirectamente, las consecuencias de las drogas y el alcohol. A quienes luchan cada día por salir, y a las familias que nunca dejaron de esperar.</w:t>
      </w:r>
    </w:p>
    <w:p>
      <w:r>
        <w:br w:type="page"/>
      </w:r>
    </w:p>
    <w:p>
      <w:pPr>
        <w:pStyle w:val="Heading1"/>
      </w:pPr>
      <w:r>
        <w:t>ÍNDICE</w:t>
      </w:r>
    </w:p>
    <w:p>
      <w:r>
        <w:t>INTRODUCCIÓN ........................ 8</w:t>
      </w:r>
    </w:p>
    <w:p>
      <w:r>
        <w:t>CAPÍTULO 1 — El primer contacto: cuando todo parece inofensivo ........................ 16</w:t>
      </w:r>
    </w:p>
    <w:p>
      <w:r>
        <w:t>CAPÍTULO 2 — La mentira del control ........................ 28</w:t>
      </w:r>
    </w:p>
    <w:p>
      <w:r>
        <w:t>CAPÍTULO 3 — El alcohol: la droga socialmente aceptada ........................ 41</w:t>
      </w:r>
    </w:p>
    <w:p>
      <w:r>
        <w:t>CAPÍTULO 4 — Seres humanos que atraviesan momentos de fragilidad, desorientación, soledad o desesperación y buscan una salida equivocada ........................ 56</w:t>
      </w:r>
    </w:p>
    <w:p>
      <w:r>
        <w:t>CAPÍTULO 5 — Cómo evaluarse a sí mismo y conocer su capacidad para rechazar las drogas ........................ 72</w:t>
      </w:r>
    </w:p>
    <w:p>
      <w:r>
        <w:t>CAPÍTULO 6 — Cuando la droga ya decide por ti ........................ 91</w:t>
      </w:r>
    </w:p>
    <w:p>
      <w:r>
        <w:t>CAPÍTULO 7 — ¿Cuáles son, estadísticamente, las drogas más dañinas y peligrosas? ........................ 108</w:t>
      </w:r>
    </w:p>
    <w:p>
      <w:r>
        <w:t>CAPÍTULO 8 — EL ALCOHOL: UNA DROGA CON NOMBRES LLAMATIVOS ........................ 126</w:t>
      </w:r>
    </w:p>
    <w:p>
      <w:r>
        <w:t>CAPÍTULO 9 — El daño de las drogas y el alcohol a la descendencia de la pareja ........................ 144</w:t>
      </w:r>
    </w:p>
    <w:p>
      <w:r>
        <w:t>CAPÍTULO 10 ........................ 165</w:t>
      </w:r>
    </w:p>
    <w:p>
      <w:r>
        <w:t>CAPÍTULO 11 ........................ 182</w:t>
      </w:r>
    </w:p>
    <w:p>
      <w:r>
        <w:t>CAPÍTULO 12 ........................ 200</w:t>
      </w:r>
    </w:p>
    <w:p>
      <w:r>
        <w:t>CAPÍTULO 13 ........................ 219</w:t>
      </w:r>
    </w:p>
    <w:p>
      <w:r>
        <w:t>CAPÍTULO 14 ........................ 237</w:t>
      </w:r>
    </w:p>
    <w:p>
      <w:r>
        <w:t>CAPÍTULO 15 — El camino para recuperar la vida ........................ 257</w:t>
      </w:r>
    </w:p>
    <w:p>
      <w:r>
        <w:t>CAPÍTULO 16 — La responsabilidad personal, familiar y social frente a las drogas y el alcohol ........................ 278</w:t>
      </w:r>
    </w:p>
    <w:p>
      <w:r>
        <w:t>CARTA ABIERTA A QUIEN ESTÁ PENSANDO PROBAR UNA DROGA ........................ 297</w:t>
      </w:r>
    </w:p>
    <w:p>
      <w:r>
        <w:t>CARTA A LAS FAMILIAS QUE TODAVÍA ESPERAN ........................ 304</w:t>
      </w:r>
    </w:p>
    <w:p>
      <w:r>
        <w:t>REFLEXIÓN FINAL ........................ 314</w:t>
      </w:r>
    </w:p>
    <w:p>
      <w:r>
        <w:t>GLOSARIO DE SIGLAS Y TÉRMINOS ........................ 328</w:t>
      </w:r>
    </w:p>
    <w:p>
      <w:r>
        <w:br w:type="page"/>
      </w:r>
    </w:p>
    <w:p>
      <w:r>
        <w:br w:type="page"/>
      </w:r>
    </w:p>
    <w:p>
      <w:pPr>
        <w:pStyle w:val="Heading1"/>
      </w:pPr>
      <w:r>
        <w:t>INTRODUCCIÓN</w:t>
      </w:r>
    </w:p>
    <w:p>
      <w:pPr>
        <w:pStyle w:val="Heading2"/>
      </w:pPr>
      <w:r>
        <w:t>Por qué las llamo “malditas”</w:t>
      </w:r>
    </w:p>
    <w:p>
      <w:r>
        <w:t>A las drogas y al alcohol no siempre se les llama por su verdadero nombre. Con frecuencia se les disfraza de diversión, de valentía, de libertad, de escape o de alivio momentáneo. Se presentan como acompañantes de una fiesta, remedios para olvidar una pena o recursos para soportar las presiones de la vida. Pero detrás de esa apariencia engañosa puede esconderse una tragedia capaz de destruir la salud, quebrantar la voluntad, dividir a una familia y arruinar el porvenir de una persona.</w:t>
      </w:r>
    </w:p>
    <w:p>
      <w:r>
        <w:t>Las llamo “malditas” porque prometen mucho y terminan arrebatándolo casi todo.</w:t>
      </w:r>
    </w:p>
    <w:p>
      <w:r>
        <w:t>Prometen alegría, pero muchas veces dejan tristeza. Prometen seguridad, pero conducen a la pérdida del dominio propio. Prometen hacer olvidar los problemas, aunque después los problemas regresen multiplicados. Prometen libertad, pero pueden imponer una de las esclavitudes más crueles: la dependencia.</w:t>
      </w:r>
    </w:p>
    <w:p>
      <w:r>
        <w:t>No pretendo afirmar que toda persona que prueba una bebida alcohólica terminará necesariamente destruida, ni que todos los consumidores recorrerán exactamente el mismo camino. Cada ser humano tiene una historia, una constitución y unas circunstancias diferentes. Sin embargo, nadie puede saber con absoluta certeza, al comenzar, hasta dónde llegará ni cuándo perderá el control. Ese es uno de los mayores peligros: la dependencia no suele anunciar su llegada.</w:t>
      </w:r>
    </w:p>
    <w:p>
      <w:r>
        <w:t>Casi nunca comienza con una catástrofe. Puede iniciarse con una copa en una celebración, una sustancia probada por curiosidad o una invitación aceptada para no quedar mal ante los amigos. Al principio parece que no ocurre nada. La persona continúa trabajando, estudiando y cumpliendo con sus responsabilidades. Incluso puede convencerse de que controla perfectamente lo que hace.</w:t>
      </w:r>
    </w:p>
    <w:p>
      <w:r>
        <w:t>Pero el hábito avanza silenciosamente.</w:t>
      </w:r>
    </w:p>
    <w:p>
      <w:r>
        <w:t>Poco a poco, lo que era ocasional se vuelve frecuente. Lo que se hacía para divertirse comienza a utilizarse para poder dormir, tranquilizarse, relacionarse con otros o soportar una dificultad. La persona necesita consumir más para alcanzar el mismo efecto y empieza a organizar su vida alrededor de esa necesidad. Sin darse cuenta, deja de decidir libremente: la sustancia comienza a decidir por ella.</w:t>
      </w:r>
    </w:p>
    <w:p>
      <w:r>
        <w:t>Las drogas y el alcohol no dañan únicamente al consumidor. A su alrededor quedan padres desesperados, parejas heridas, hijos confundidos y familias enteras que viven entre el temor y la esperanza. Cada promesa incumplida debilita la confianza. Cada ausencia injustificada abre una nueva herida. Cada recaída puede traer otra noche de angustia.</w:t>
      </w:r>
    </w:p>
    <w:p>
      <w:r>
        <w:t>Los hijos son, muchas veces, las víctimas más indefensas. Algunos crecen rodeados de discusiones, abandono, violencia o inseguridad económica. Otros aprenden a guardar silencio para que nadie conozca lo que sucede en su hogar. Pueden querer profundamente a la persona que consume y, al mismo tiempo, sentir miedo, vergüenza, resentimiento o desesperación. Esa contradicción deja marcas que pueden acompañarlos durante muchos años.</w:t>
      </w:r>
    </w:p>
    <w:p>
      <w:r>
        <w:t>También existen daños que no se ven inmediatamente. La dependencia puede deteriorar la dignidad, la responsabilidad y el respeto por uno mismo. Una persona que antes rechazaba la mentira comienza a mentir. Quien cuidaba de su familia empieza a descuidarla. Quien administraba responsablemente su dinero puede terminar gastándolo en satisfacer una necesidad cada vez más exigente.</w:t>
      </w:r>
    </w:p>
    <w:p>
      <w:r>
        <w:t>No sucede porque esa persona haya nacido siendo mala. Sucede porque la adicción altera sus prioridades y debilita su capacidad para elegir. Comprenderlo no significa justificar el daño causado. Significa reconocer la gravedad del problema y la necesidad de combatirlo con firmeza, tratamiento, responsabilidad y apoyo.</w:t>
      </w:r>
    </w:p>
    <w:p>
      <w:r>
        <w:t>El alcohol merece una atención especial. Por ser legal y estar presente en celebraciones, restaurantes, anuncios y reuniones familiares, muchas personas olvidan que también es una droga. Su aceptación social puede hacer que sus peligros parezcan menores. Sin embargo, puede provocar dependencia, accidentes, enfermedades, violencia, conflictos familiares y decisiones irreparables.</w:t>
      </w:r>
    </w:p>
    <w:p>
      <w:r>
        <w:t>La legalidad no elimina el peligro.</w:t>
      </w:r>
    </w:p>
    <w:p>
      <w:r>
        <w:t>Este libro no ha sido escrito para humillar ni condenar a quienes padecen una adicción. Señalar el daño no significa despreciar al ser humano que lucha contra ella. Por el contrario, debemos separar a la persona de la sustancia que la domina. Quien ha caído necesita reconocer su responsabilidad, pero también necesita ayuda, comprensión y una oportunidad verdadera de reconstruir su vida.</w:t>
      </w:r>
    </w:p>
    <w:p>
      <w:r>
        <w:t>Tampoco debemos presentar la recuperación como un camino fácil. Abandonar una dependencia puede exigir tratamiento profesional, apoyo familiar, cambios profundos de ambiente y una vigilancia constante. Puede haber avances y recaídas. Puede haber días de esperanza y momentos de desesperación. Pero mientras exista vida y voluntad de luchar, también existe la posibilidad de levantarse.</w:t>
      </w:r>
    </w:p>
    <w:p>
      <w:r>
        <w:t>La familia, por su parte, necesita comprender que amar no significa encubrir. Proteger a la persona de todas las consecuencias de sus actos puede prolongar el problema. A veces, la ayuda más responsable consiste en establecer límites firmes, negarse a financiar el consumo y buscar orientación profesional. La compasión no debe confundirse con permisividad.</w:t>
      </w:r>
    </w:p>
    <w:p>
      <w:r>
        <w:t>La prevención comienza con la verdad. Los jóvenes deben conocer los riesgos antes de enfrentarse a la primera invitación. No basta con decirles que las drogas son malas. Es necesario explicarles cómo actúan, por qué pueden resultar atractivas y de qué manera una decisión aparentemente pequeña puede modificar una vida entera. También debemos enseñarles a resistir la presión del grupo, a buscar ayuda y a enfrentar sus problemas sin refugiarse en sustancias que terminarán creando problemas mayores.</w:t>
      </w:r>
    </w:p>
    <w:p>
      <w:r>
        <w:t>A los padres les corresponde escuchar, observar y educar. A las escuelas, informar sin exageraciones que puedan restar credibilidad. A las autoridades, combatir el tráfico y facilitar programas de prevención y tratamiento. A la sociedad entera le corresponde dejar de glorificar el exceso y de convertir el consumo irresponsable en una señal de éxito, valentía o madurez.</w:t>
      </w:r>
    </w:p>
    <w:p>
      <w:r>
        <w:t>He llamado a este libro LAS MALDITAS DROGAS Y EL ALCOHOL porque no deseo suavizar una realidad que ha causado demasiado sufrimiento. Son malditas por las vidas que han truncado, por los hogares que han dividido, por los sueños que han destruido y por las lágrimas que han provocado.</w:t>
      </w:r>
    </w:p>
    <w:p>
      <w:r>
        <w:t>Pero este no será solamente un libro de denuncia. También será un llamado a la conciencia, a la prevención y a la esperanza. Hablará de las caídas, pero también de la posibilidad de levantarse; del dolor de las familias, pero también de su capacidad para reconstruirse; de la esclavitud de la dependencia, pero también del difícil camino hacia la libertad.</w:t>
      </w:r>
    </w:p>
    <w:p>
      <w:r>
        <w:t>Si estas páginas logran impedir que una sola persona comience a consumir, ayudar a alguien a reconocer que necesita tratamiento o hacer que una familia busque orientación antes de que sea demasiado tarde, habrán cumplido su propósito.</w:t>
      </w:r>
    </w:p>
    <w:p>
      <w:r>
        <w:t>Las drogas y el alcohol pueden ser poderosos, pero no son invencibles. La verdad, la educación, el amor responsable, la atención profesional y la voluntad de cambiar pueden abrir nuevamente las puertas de la esperanza.</w:t>
      </w:r>
    </w:p>
    <w:p>
      <w:r>
        <w:br w:type="page"/>
      </w:r>
    </w:p>
    <w:p>
      <w:pPr>
        <w:pStyle w:val="Heading1"/>
      </w:pPr>
      <w:r>
        <w:t>CAPÍTULO 1</w:t>
      </w:r>
    </w:p>
    <w:p>
      <w:pPr>
        <w:pStyle w:val="Heading2"/>
      </w:pPr>
      <w:r>
        <w:t>El primer contacto: cuando todo parece inofensivo</w:t>
      </w:r>
    </w:p>
    <w:p>
      <w:r>
        <w:t>Casi nadie comienza a consumir drogas o alcohol pensando que algún día perderá el control de su vida. El primer contacto rara vez viene acompañado de alarmas, amenazas o presagios de tragedia. Por el contrario, suele presentarse de una manera agradable, amistosa y aparentemente inofensiva.</w:t>
      </w:r>
    </w:p>
    <w:p>
      <w:r>
        <w:t>Puede ocurrir durante una fiesta, una reunión familiar, una salida con amigos o un momento de curiosidad. Alguien ofrece una bebida, una pastilla o una sustancia y asegura que no pasará nada. Tal vez diga que todos lo hacen, que una sola vez no perjudica a nadie o que negarse sería una señal de cobardía.</w:t>
      </w:r>
    </w:p>
    <w:p>
      <w:r>
        <w:t>En ese instante, el peligro no muestra su verdadero rostro.</w:t>
      </w:r>
    </w:p>
    <w:p>
      <w:r>
        <w:t>El joven que acepta su primera bebida no imagina que años después podría necesitar alcohol para comenzar o terminar el día. Quien prueba una droga por curiosidad no piensa que algún día podría vender sus pertenencias, abandonar sus estudios, perder su trabajo o mentirles a las personas que más ama para conseguirla. Nadie contempla el precipicio cuando apenas está dando el primer paso.</w:t>
      </w:r>
    </w:p>
    <w:p>
      <w:pPr>
        <w:pStyle w:val="Heading3"/>
      </w:pPr>
      <w:r>
        <w:t>La curiosidad</w:t>
      </w:r>
    </w:p>
    <w:p>
      <w:r>
        <w:t>La curiosidad forma parte de la naturaleza humana. Gracias a ella aprendemos, investigamos y descubrimos. Pero no toda curiosidad es inocente. Hay experiencias que pueden dejar consecuencias mucho más graves de lo que imaginamos.</w:t>
      </w:r>
    </w:p>
    <w:p>
      <w:r>
        <w:t>Cuando una persona pregunta qué se siente al consumir una droga, casi siempre recibe una descripción incompleta. Le hablan de euforia, desinhibición, energía o tranquilidad, pero no le describen con la misma claridad la ansiedad, la dependencia, las enfermedades, el deterioro mental, la vergüenza y la desesperación que pueden aparecer después.</w:t>
      </w:r>
    </w:p>
    <w:p>
      <w:r>
        <w:t>Quienes invitan a probar rara vez muestran la historia completa. Presentan los primeros minutos de placer, pero ocultan los años de sufrimiento que podrían seguirlos.</w:t>
      </w:r>
    </w:p>
    <w:p>
      <w:pPr>
        <w:pStyle w:val="Heading3"/>
      </w:pPr>
      <w:r>
        <w:t>La presión de los amigos</w:t>
      </w:r>
    </w:p>
    <w:p>
      <w:r>
        <w:t>Muchas personas comienzan a consumir porque desean ser aceptadas. El temor al rechazo puede ser especialmente fuerte durante la adolescencia y la juventud. A esas edades, pertenecer a un grupo parece indispensable, y cualquier conducta que amenace esa pertenencia puede resultar difícil de rechazar.</w:t>
      </w:r>
    </w:p>
    <w:p>
      <w:r>
        <w:t>Algunas frases se repiten constantemente:</w:t>
      </w:r>
    </w:p>
    <w:p>
      <w:r>
        <w:t>—No seas cobarde.</w:t>
      </w:r>
    </w:p>
    <w:p>
      <w:r>
        <w:t>—Solamente será una vez.</w:t>
      </w:r>
    </w:p>
    <w:p>
      <w:r>
        <w:t>—Todos lo hacemos.</w:t>
      </w:r>
    </w:p>
    <w:p>
      <w:r>
        <w:t>—Tienes que aprender a divertirte.</w:t>
      </w:r>
    </w:p>
    <w:p>
      <w:r>
        <w:t>—No te pasará nada.</w:t>
      </w:r>
    </w:p>
    <w:p>
      <w:r>
        <w:t>Estas expresiones parecen simples, pero pueden ejercer una presión enorme sobre alguien que todavía no ha fortalecido su carácter. La persona no quiere consumir; lo hace para demostrar que es valiente, madura o digna de pertenecer al grupo.</w:t>
      </w:r>
    </w:p>
    <w:p>
      <w:r>
        <w:t>Sin embargo, la verdadera valentía no consiste en imitar a los demás. Consiste en defender una decisión correcta, aunque otros se burlen. Decir “no” puede parecer difícil durante unos segundos, pero decir “sí” puede traer consecuencias durante toda una vida.</w:t>
      </w:r>
    </w:p>
    <w:p>
      <w:r>
        <w:t>Un verdadero amigo no obliga a nadie a poner en peligro su salud. Quien ridiculiza, presiona o amenaza con retirar su amistad porque otra persona no desea consumir no está actuando como amigo. Está utilizando la necesidad de aceptación para imponer una conducta peligrosa.</w:t>
      </w:r>
    </w:p>
    <w:p>
      <w:pPr>
        <w:pStyle w:val="Heading3"/>
      </w:pPr>
      <w:r>
        <w:t>El deseo de escapar</w:t>
      </w:r>
    </w:p>
    <w:p>
      <w:r>
        <w:t>No todas las personas comienzan por curiosidad o presión social. Algunas buscan escapar del dolor.</w:t>
      </w:r>
    </w:p>
    <w:p>
      <w:r>
        <w:t>Una decepción amorosa, un conflicto familiar, la soledad, el fracaso escolar, la pérdida de un ser querido, el desempleo o una experiencia traumática pueden producir un sufrimiento difícil de soportar. Cuando alguien ofrece una sustancia que promete aliviarlo, la tentación puede ser muy fuerte.</w:t>
      </w:r>
    </w:p>
    <w:p>
      <w:r>
        <w:t>El problema es que las drogas y el alcohol no resuelven aquello que causa el dolor. Solo pueden adormecerlo durante un tiempo. Cuando sus efectos desaparecen, el problema continúa presente y, con frecuencia, se le añade uno nuevo: el deseo de volver a consumir.</w:t>
      </w:r>
    </w:p>
    <w:p>
      <w:r>
        <w:t>De esa manera puede formarse un círculo peligroso. La persona consume porque sufre y después sufre más por las consecuencias del consumo. Para escapar de ese nuevo sufrimiento, vuelve a consumir. Lo que comenzó como un refugio momentáneo termina convirtiéndose en una prisión.</w:t>
      </w:r>
    </w:p>
    <w:p>
      <w:pPr>
        <w:pStyle w:val="Heading3"/>
      </w:pPr>
      <w:r>
        <w:t>El ejemplo de los adultos</w:t>
      </w:r>
    </w:p>
    <w:p>
      <w:r>
        <w:t>Los niños y los jóvenes aprenden tanto de lo que observan como de lo que se les dice. Un padre puede advertirles que no beban, pero si ellos lo ven embriagarse constantemente, el mensaje pierde fuerza. También puede ocurrir que en el hogar todas las celebraciones giren alrededor del alcohol y que se presente la bebida como una condición necesaria para divertirse.</w:t>
      </w:r>
    </w:p>
    <w:p>
      <w:r>
        <w:t>Cuando un niño crece observando que los adultos beben para celebrar, para olvidar, para tranquilizarse o para enfrentar una dificultad, puede llegar a considerar el alcohol como una herramienta normal para manejar las emociones.</w:t>
      </w:r>
    </w:p>
    <w:p>
      <w:r>
        <w:t>Esto no significa que todos los hijos de personas que consumen desarrollarán una dependencia. Significa que el ejemplo familiar influye y que los adultos deben ser conscientes del mensaje que transmiten con su conducta.</w:t>
      </w:r>
    </w:p>
    <w:p>
      <w:pPr>
        <w:pStyle w:val="Heading3"/>
      </w:pPr>
      <w:r>
        <w:t>La falsa seguridad de la primera vez</w:t>
      </w:r>
    </w:p>
    <w:p>
      <w:r>
        <w:t>Después del primer consumo, muchas personas dicen:</w:t>
      </w:r>
    </w:p>
    <w:p>
      <w:r>
        <w:t>—¿Ves? No pasó nada.</w:t>
      </w:r>
    </w:p>
    <w:p>
      <w:r>
        <w:t>Esa conclusión es engañosa. Que no haya ocurrido una tragedia inmediata no significa que la experiencia haya sido segura. El mayor peligro de la primera vez puede ser precisamente que todo parezca haber salido bien.</w:t>
      </w:r>
    </w:p>
    <w:p>
      <w:r>
        <w:t>Si una persona prueba una sustancia y no experimenta consecuencias visibles, podría sentirse confiada para repetirla. Después de varias ocasiones, puede aumentar la cantidad o buscar una sustancia más fuerte. Lo desconocido deja de parecer peligroso y comienza a incorporarse a la rutina.</w:t>
      </w:r>
    </w:p>
    <w:p>
      <w:r>
        <w:t>El cerebro también aprende a relacionar el consumo con ciertas situaciones. Una fiesta invita a beber. Una preocupación despierta el deseo de consumir. Una reunión con determinados amigos hace que aparezca la tentación. Poco a poco, se forman asociaciones que pueden fortalecer el hábito.</w:t>
      </w:r>
    </w:p>
    <w:p>
      <w:r>
        <w:t>El primer contacto no siempre crea una dependencia, pero abre una puerta. Algunas personas podrán cerrarla; otras continuarán avanzando sin percibir lo que están dejando atrás.</w:t>
      </w:r>
    </w:p>
    <w:p>
      <w:pPr>
        <w:pStyle w:val="Heading3"/>
      </w:pPr>
      <w:r>
        <w:t>“Solamente los fines de semana”</w:t>
      </w:r>
    </w:p>
    <w:p>
      <w:r>
        <w:t>Otra forma de minimizar el peligro consiste en establecer límites que parecen demostrar control:</w:t>
      </w:r>
    </w:p>
    <w:p>
      <w:r>
        <w:t>—Solo bebo los fines de semana.</w:t>
      </w:r>
    </w:p>
    <w:p>
      <w:r>
        <w:t>—Únicamente consumo cuando salgo con mis amigos.</w:t>
      </w:r>
    </w:p>
    <w:p>
      <w:r>
        <w:t>—Nunca lo hago antes de trabajar.</w:t>
      </w:r>
    </w:p>
    <w:p>
      <w:r>
        <w:t>—Puedo dejarlo cuando quiera.</w:t>
      </w:r>
    </w:p>
    <w:p>
      <w:r>
        <w:t>Al comienzo, estas reglas quizá se cumplan. Pero con el paso del tiempo pueden comenzar las excepciones. Una celebración entre semana, un día difícil, una discusión o una mala noticia se convierten en razones para consumir. Aquello que sucedía una vez por semana puede ocurrir dos o tres veces. Después, cualquier motivo parece suficiente.</w:t>
      </w:r>
    </w:p>
    <w:p>
      <w:r>
        <w:t>El cambio puede ser tan gradual que la persona no lo reconoce. Cada nueva concesión parece pequeña, pero todas juntas van construyendo una dependencia.</w:t>
      </w:r>
    </w:p>
    <w:p>
      <w:pPr>
        <w:pStyle w:val="Heading3"/>
      </w:pPr>
      <w:r>
        <w:t>El riesgo de mezclar sustancias</w:t>
      </w:r>
    </w:p>
    <w:p>
      <w:r>
        <w:t>El peligro aumenta cuando se combinan bebidas alcohólicas con medicamentos u otras drogas. Algunas personas creen que, si un medicamento fue recetado o vendido legalmente, no puede resultar peligroso. Sin embargo, utilizarlo de una manera diferente a la indicada o mezclarlo con alcohol puede causar consecuencias graves.</w:t>
      </w:r>
    </w:p>
    <w:p>
      <w:r>
        <w:t>La persona puede perder la conciencia, sufrir una intoxicación, tener dificultades para respirar o tomar decisiones que jamás habría tomado estando sobria. Lo que pretendía ser una noche de diversión puede terminar en una sala de emergencia, en una cárcel o en una tragedia irreversible.</w:t>
      </w:r>
    </w:p>
    <w:p>
      <w:r>
        <w:t>Nunca debe suponerse que una sustancia es segura solo porque otras personas la consumen o porque se consigue con facilidad.</w:t>
      </w:r>
    </w:p>
    <w:p>
      <w:pPr>
        <w:pStyle w:val="Heading3"/>
      </w:pPr>
      <w:r>
        <w:t>La primera consecuencia puede ser la última</w:t>
      </w:r>
    </w:p>
    <w:p>
      <w:r>
        <w:t>No todas las tragedias necesitan años para producirse. Una sola experiencia puede terminar en un accidente de tránsito, una intoxicación, una pelea, un acto de violencia o una decisión fatal.</w:t>
      </w:r>
    </w:p>
    <w:p>
      <w:r>
        <w:t>La persona que conduce después de beber puede destruir en segundos su vida y la de una familia inocente. Quien consume una droga cuya composición desconoce puede recibir una sustancia mucho más potente o contaminada. Quien pierde el juicio puede exponerse a abusos, enfermedades, embarazos no deseados o situaciones que nunca habría aceptado conscientemente.</w:t>
      </w:r>
    </w:p>
    <w:p>
      <w:r>
        <w:t>Por eso es peligroso repetir que “una vez no hace daño”. En determinadas circunstancias, una sola vez puede cambiarlo todo.</w:t>
      </w:r>
    </w:p>
    <w:p>
      <w:pPr>
        <w:pStyle w:val="Heading3"/>
      </w:pPr>
      <w:r>
        <w:t>La importancia de la prevención</w:t>
      </w:r>
    </w:p>
    <w:p>
      <w:r>
        <w:t>La mejor manera de evitar una dependencia es no comenzar. Esta afirmación puede parecer demasiado sencilla, pero contiene una verdad fundamental. Es mucho más fácil rechazar el primer ofrecimiento que luchar después contra una necesidad que se ha apoderado del cuerpo y de la mente.</w:t>
      </w:r>
    </w:p>
    <w:p>
      <w:r>
        <w:t>La prevención no debe limitarse a prohibiciones. Los jóvenes necesitan información sincera, ejemplos responsables y herramientas para enfrentar la presión social. Deben aprender que no necesitan consumir para demostrar su madurez, divertirse o ser aceptados.</w:t>
      </w:r>
    </w:p>
    <w:p>
      <w:r>
        <w:t>También necesitan saber a quién acudir cuando sienten tristeza, ansiedad, soledad o desesperación. Una conversación oportuna con un familiar, un maestro, un consejero o un profesional puede impedir que busquen alivio en una sustancia peligrosa.</w:t>
      </w:r>
    </w:p>
    <w:p>
      <w:pPr>
        <w:pStyle w:val="Heading3"/>
      </w:pPr>
      <w:r>
        <w:t>Una decisión aparentemente pequeña</w:t>
      </w:r>
    </w:p>
    <w:p>
      <w:r>
        <w:t>El primer contacto suele parecer un momento sin importancia. Una copa, una pastilla, una inhalación o una sustancia compartida entre amigos pueden presentarse como experiencias pasajeras. Sin embargo, detrás de ese instante puede comenzar una historia que nadie había planeado.</w:t>
      </w:r>
    </w:p>
    <w:p>
      <w:r>
        <w:t>No todas las personas que prueban desarrollarán una adicción, pero ninguna puede garantizar que permanecerá a salvo. La dependencia no pregunta por la edad, la inteligencia, la profesión, la posición económica ni la educación. Puede alcanzar a cualquiera que le abra la puerta.</w:t>
      </w:r>
    </w:p>
    <w:p>
      <w:r>
        <w:t>Por eso debemos hablar con claridad. No para sembrar un miedo irracional, sino para mostrar un riesgo verdadero. No para condenar a quienes ya comenzaron, sino para evitar que otros repitan el mismo camino.</w:t>
      </w:r>
    </w:p>
    <w:p>
      <w:r>
        <w:t>Todo puede empezar cuando alguien extiende la mano y dice:</w:t>
      </w:r>
    </w:p>
    <w:p>
      <w:r>
        <w:t>—Prueba. No pasa nada.</w:t>
      </w:r>
    </w:p>
    <w:p>
      <w:r>
        <w:t>En ese momento, la respuesta más sabia, valiente y segura puede reducirse a una sola palabra:</w:t>
      </w:r>
    </w:p>
    <w:p>
      <w:r>
        <w:t>—No.</w:t>
      </w:r>
    </w:p>
    <w:p>
      <w:r>
        <w:br w:type="page"/>
      </w:r>
    </w:p>
    <w:p>
      <w:pPr>
        <w:pStyle w:val="Heading1"/>
      </w:pPr>
      <w:r>
        <w:t>CAPÍTULO 2</w:t>
      </w:r>
    </w:p>
    <w:p>
      <w:pPr>
        <w:pStyle w:val="Heading2"/>
      </w:pPr>
      <w:r>
        <w:t>La mentira del control</w:t>
      </w:r>
    </w:p>
    <w:p>
      <w:r>
        <w:t>“Yo lo controlo” es una de las frases más repetidas por quienes comienzan a desarrollar una dependencia de las drogas o el alcohol. La dicen con seguridad, a veces con orgullo, porque todavía creen que consumen únicamente cuando quieren y que pueden abandonar el hábito en cualquier momento.</w:t>
      </w:r>
    </w:p>
    <w:p>
      <w:r>
        <w:t>La persona no siente que esté mintiendo. En muchos casos, cree sinceramente en sus propias palabras. Todavía trabaja, estudia, atiende algunos deberes y conserva una apariencia de normalidad. Por eso rechaza cualquier advertencia y considera exageradas las preocupaciones de su familia.</w:t>
      </w:r>
    </w:p>
    <w:p>
      <w:r>
        <w:t>—Puedo dejarlo cuando quiera.</w:t>
      </w:r>
    </w:p>
    <w:p>
      <w:r>
        <w:t>—No necesito ayuda.</w:t>
      </w:r>
    </w:p>
    <w:p>
      <w:r>
        <w:t>—No soy un adicto.</w:t>
      </w:r>
    </w:p>
    <w:p>
      <w:r>
        <w:t>—Los demás consumen mucho más que yo.</w:t>
      </w:r>
    </w:p>
    <w:p>
      <w:r>
        <w:t>Estas afirmaciones sirven para ocultar una realidad que comienza a resultar incómoda: el consumo está ocupando un lugar cada vez más importante en su vida.</w:t>
      </w:r>
    </w:p>
    <w:p>
      <w:pPr>
        <w:pStyle w:val="Heading3"/>
      </w:pPr>
      <w:r>
        <w:t>Del deseo a la necesidad</w:t>
      </w:r>
    </w:p>
    <w:p>
      <w:r>
        <w:t>Al principio, la persona consume porque desea hacerlo. Busca diversión, relajación, energía o una manera de olvidar sus problemas. Más adelante, puede comenzar a sentir que necesita la sustancia para realizar actividades que antes hacía sin ella.</w:t>
      </w:r>
    </w:p>
    <w:p>
      <w:r>
        <w:t>Ya no bebe solamente para celebrar, sino también para dormir, tranquilizarse o tener valor. Ya no consume únicamente con amigos, sino también a solas. La droga deja de ser una compañía ocasional y se convierte en una respuesta automática ante cualquier emoción.</w:t>
      </w:r>
    </w:p>
    <w:p>
      <w:r>
        <w:t>Si está alegre, consume para celebrar.</w:t>
      </w:r>
    </w:p>
    <w:p>
      <w:r>
        <w:t>Si está triste, consume para olvidar.</w:t>
      </w:r>
    </w:p>
    <w:p>
      <w:r>
        <w:t>Si está nerviosa, consume para tranquilizarse.</w:t>
      </w:r>
    </w:p>
    <w:p>
      <w:r>
        <w:t>Si está aburrida, consume para entretenerse.</w:t>
      </w:r>
    </w:p>
    <w:p>
      <w:r>
        <w:t>Si ha tenido un buen día, considera que merece hacerlo.</w:t>
      </w:r>
    </w:p>
    <w:p>
      <w:r>
        <w:t>Si ha tenido un mal día, piensa que lo necesita.</w:t>
      </w:r>
    </w:p>
    <w:p>
      <w:r>
        <w:t>Así, todas las emociones terminan conduciendo al mismo lugar.</w:t>
      </w:r>
    </w:p>
    <w:p>
      <w:pPr>
        <w:pStyle w:val="Heading3"/>
      </w:pPr>
      <w:r>
        <w:t>Los límites que siempre se mueven</w:t>
      </w:r>
    </w:p>
    <w:p>
      <w:r>
        <w:t>Para demostrarse que conserva el control, la persona establece reglas:</w:t>
      </w:r>
    </w:p>
    <w:p>
      <w:r>
        <w:t>—Nunca consumiré estando solo.</w:t>
      </w:r>
    </w:p>
    <w:p>
      <w:r>
        <w:t>—No beberé antes de trabajar.</w:t>
      </w:r>
    </w:p>
    <w:p>
      <w:r>
        <w:t>—Solamente lo haré los fines de semana.</w:t>
      </w:r>
    </w:p>
    <w:p>
      <w:r>
        <w:t>—No gastaré el dinero de la casa.</w:t>
      </w:r>
    </w:p>
    <w:p>
      <w:r>
        <w:t>—Esta será la última vez.</w:t>
      </w:r>
    </w:p>
    <w:p>
      <w:r>
        <w:t>Durante algún tiempo quizá logre cumplirlas. Después aparecen las excepciones. Una preocupación, una fiesta inesperada, una discusión o la invitación de un amigo parecen razones suficientes para romperlas.</w:t>
      </w:r>
    </w:p>
    <w:p>
      <w:r>
        <w:t>Cada límite incumplido es sustituido por otro más flexible. Quien prometió beber solamente los sábados comienza a hacerlo los viernes. Después incluye el domingo y, más adelante, cualquier día que considere especialmente difícil. Sin darse cuenta, modifica las reglas para adaptarlas al consumo, en vez de modificar el consumo para respetar las reglas.</w:t>
      </w:r>
    </w:p>
    <w:p>
      <w:r>
        <w:t>Aun así, continúa diciendo que lo controla.</w:t>
      </w:r>
    </w:p>
    <w:p>
      <w:pPr>
        <w:pStyle w:val="Heading3"/>
      </w:pPr>
      <w:r>
        <w:t>La negación</w:t>
      </w:r>
    </w:p>
    <w:p>
      <w:r>
        <w:t>La negación es uno de los principales obstáculos para reconocer una adicción. No consiste únicamente en rechazar los hechos, sino también en interpretarlos de una manera que permita seguir consumiendo.</w:t>
      </w:r>
    </w:p>
    <w:p>
      <w:r>
        <w:t>Si llega tarde al trabajo, culpa al cansancio.</w:t>
      </w:r>
    </w:p>
    <w:p>
      <w:r>
        <w:t>Si falta dinero en la casa, afirma que todo está demasiado caro.</w:t>
      </w:r>
    </w:p>
    <w:p>
      <w:r>
        <w:t>Si su pareja protesta, dice que es exagerada.</w:t>
      </w:r>
    </w:p>
    <w:p>
      <w:r>
        <w:t>Si los hijos sienten miedo, asegura que son demasiado sensibles.</w:t>
      </w:r>
    </w:p>
    <w:p>
      <w:r>
        <w:t>Si un médico le advierte sobre su salud, busca otra opinión.</w:t>
      </w:r>
    </w:p>
    <w:p>
      <w:r>
        <w:t>Si pierde el empleo, culpa al jefe o a los compañeros.</w:t>
      </w:r>
    </w:p>
    <w:p>
      <w:r>
        <w:t>Siempre existe una explicación que parece alejar la responsabilidad personal. El problema nunca es la sustancia; supuestamente, son los demás quienes no comprenden.</w:t>
      </w:r>
    </w:p>
    <w:p>
      <w:r>
        <w:t>La negación protege el hábito, pero destruye a la persona. Mientras no reconozca lo que ocurre, no buscará la ayuda que necesita.</w:t>
      </w:r>
    </w:p>
    <w:p>
      <w:pPr>
        <w:pStyle w:val="Heading3"/>
      </w:pPr>
      <w:r>
        <w:t>Compararse con alguien peor</w:t>
      </w:r>
    </w:p>
    <w:p>
      <w:r>
        <w:t>Otra manera de defender la ilusión de control consiste en compararse con una persona cuyo consumo parece más grave.</w:t>
      </w:r>
    </w:p>
    <w:p>
      <w:r>
        <w:t>—Yo no bebo todos los días.</w:t>
      </w:r>
    </w:p>
    <w:p>
      <w:r>
        <w:t>—Nunca he dormido en la calle.</w:t>
      </w:r>
    </w:p>
    <w:p>
      <w:r>
        <w:t>—No he perdido mi trabajo.</w:t>
      </w:r>
    </w:p>
    <w:p>
      <w:r>
        <w:t>—No robo para consumir.</w:t>
      </w:r>
    </w:p>
    <w:p>
      <w:r>
        <w:t>—Conozco personas que están mucho peor.</w:t>
      </w:r>
    </w:p>
    <w:p>
      <w:r>
        <w:t>Pero la existencia de alguien en una situación más grave no convierte en saludable la propia conducta. Una enfermedad no deja de ser peligrosa porque otra persona se encuentre en una etapa más avanzada.</w:t>
      </w:r>
    </w:p>
    <w:p>
      <w:r>
        <w:t>Esperar a perderlo todo para reconocer el problema es una decisión terrible. No es necesario tocar el fondo para comenzar a levantarse. Cuanto antes se acepte la realidad, mayores serán las posibilidades de impedir nuevas pérdidas.</w:t>
      </w:r>
    </w:p>
    <w:p>
      <w:pPr>
        <w:pStyle w:val="Heading3"/>
      </w:pPr>
      <w:r>
        <w:t>La tolerancia: cada vez hace falta más</w:t>
      </w:r>
    </w:p>
    <w:p>
      <w:r>
        <w:t>Con el consumo repetido, el cuerpo puede acostumbrarse a una sustancia. La cantidad que antes producía determinado efecto comienza a resultar insuficiente. Entonces la persona aumenta la dosis o consume con mayor frecuencia.</w:t>
      </w:r>
    </w:p>
    <w:p>
      <w:r>
        <w:t>Este proceso puede engañarla. Tal vez diga que “aguanta mucho” y lo interprete como una señal de fortaleza. En realidad, necesitar cantidades mayores no demuestra superioridad, sino que puede indicar que el organismo se está adaptando a la presencia de la sustancia.</w:t>
      </w:r>
    </w:p>
    <w:p>
      <w:r>
        <w:t>La búsqueda de un efecto cada vez más difícil de alcanzar aumenta los riesgos. También hace que el consumo ocupe más tiempo, requiera más dinero y provoque mayores daños.</w:t>
      </w:r>
    </w:p>
    <w:p>
      <w:pPr>
        <w:pStyle w:val="Heading3"/>
      </w:pPr>
      <w:r>
        <w:t>Las promesas incumplidas</w:t>
      </w:r>
    </w:p>
    <w:p>
      <w:r>
        <w:t>Cuando la familia comienza a protestar, llegan las promesas:</w:t>
      </w:r>
    </w:p>
    <w:p>
      <w:r>
        <w:t>—Mañana lo dejo.</w:t>
      </w:r>
    </w:p>
    <w:p>
      <w:r>
        <w:t>—Esta vez hablo en serio.</w:t>
      </w:r>
    </w:p>
    <w:p>
      <w:r>
        <w:t>—Solo necesito unos días.</w:t>
      </w:r>
    </w:p>
    <w:p>
      <w:r>
        <w:t>—No volverá a suceder.</w:t>
      </w:r>
    </w:p>
    <w:p>
      <w:r>
        <w:t>Después de una pelea, un accidente o una crisis, la persona puede sentir arrepentimiento verdadero. Quizá pase varios días sin consumir y crea que ha demostrado su control. Pero si no busca ayuda ni cambia las circunstancias que favorecen el consumo, puede volver a hacerlo.</w:t>
      </w:r>
    </w:p>
    <w:p>
      <w:r>
        <w:t>Cada promesa incumplida debilita la confianza. Los familiares quieren creer, pero temen sufrir una nueva decepción. La persona también pierde confianza en sí misma. Comienza a preguntarse por qué no puede cumplir lo que prometió y puede sentir vergüenza, frustración y desesperanza.</w:t>
      </w:r>
    </w:p>
    <w:p>
      <w:r>
        <w:t>Ese dolor puede convertirse, a su vez, en una nueva razón para consumir.</w:t>
      </w:r>
    </w:p>
    <w:p>
      <w:pPr>
        <w:pStyle w:val="Heading3"/>
      </w:pPr>
      <w:r>
        <w:t>El control no se demuestra con palabras</w:t>
      </w:r>
    </w:p>
    <w:p>
      <w:r>
        <w:t>Decir “puedo dejarlo” no demuestra que se pueda. La verdadera prueba consiste en hacerlo y mantener la decisión. Cuando una persona se irrita ante la idea de pasar cierto tiempo sin consumir, quizá la sustancia ya tenga más dominio del que está dispuesta a reconocer.</w:t>
      </w:r>
    </w:p>
    <w:p>
      <w:r>
        <w:t>Algunas señales deben tomarse seriamente:</w:t>
      </w:r>
    </w:p>
    <w:p>
      <w:pPr>
        <w:pStyle w:val="ListBullet"/>
      </w:pPr>
      <w:r>
        <w:t>Pensar constantemente en      la próxima oportunidad de consumir.</w:t>
      </w:r>
    </w:p>
    <w:p>
      <w:pPr>
        <w:pStyle w:val="ListBullet"/>
      </w:pPr>
      <w:r>
        <w:t>Necesitar cantidades      mayores para obtener el mismo efecto.</w:t>
      </w:r>
    </w:p>
    <w:p>
      <w:pPr>
        <w:pStyle w:val="ListBullet"/>
      </w:pPr>
      <w:r>
        <w:t>Incumplir      responsabilidades familiares, laborales o escolares.</w:t>
      </w:r>
    </w:p>
    <w:p>
      <w:pPr>
        <w:pStyle w:val="ListBullet"/>
      </w:pPr>
      <w:r>
        <w:t>Ocultar cuánto se consume      o hacerlo a solas.</w:t>
      </w:r>
    </w:p>
    <w:p>
      <w:pPr>
        <w:pStyle w:val="ListBullet"/>
      </w:pPr>
      <w:r>
        <w:t>Gastar dinero destinado a      necesidades importantes.</w:t>
      </w:r>
    </w:p>
    <w:p>
      <w:pPr>
        <w:pStyle w:val="ListBullet"/>
      </w:pPr>
      <w:r>
        <w:t>Continuar consumiendo a      pesar de los problemas causados.</w:t>
      </w:r>
    </w:p>
    <w:p>
      <w:pPr>
        <w:pStyle w:val="ListBullet"/>
      </w:pPr>
      <w:r>
        <w:t>Intentar dejarlo y no      conseguirlo.</w:t>
      </w:r>
    </w:p>
    <w:p>
      <w:pPr>
        <w:pStyle w:val="ListBullet"/>
      </w:pPr>
      <w:r>
        <w:t>Sentir ansiedad,      irritabilidad o malestar cuando no se consume.</w:t>
      </w:r>
    </w:p>
    <w:p>
      <w:r>
        <w:t>Ninguna señal debe analizarse aisladamente ni utilizarse para etiquetar a una persona sin una evaluación adecuada. Pero la acumulación de varias indica que es necesario buscar orientación profesional.</w:t>
      </w:r>
    </w:p>
    <w:p>
      <w:pPr>
        <w:pStyle w:val="Heading3"/>
      </w:pPr>
      <w:r>
        <w:t>Cuando la familia también niega</w:t>
      </w:r>
    </w:p>
    <w:p>
      <w:r>
        <w:t>La negación no pertenece únicamente a quien consume. La familia puede participar en ella por miedo, vergüenza o amor mal entendido.</w:t>
      </w:r>
    </w:p>
    <w:p>
      <w:r>
        <w:t>Una madre llama al trabajo para justificar la ausencia de su hijo. Una esposa paga las deudas que su esposo contrajo durante el consumo. Un padre entrega dinero porque teme que su hija lo consiga de una manera peligrosa. Todos creen que están ayudando, pero algunas de esas acciones evitan que la persona enfrente las consecuencias de su conducta.</w:t>
      </w:r>
    </w:p>
    <w:p>
      <w:r>
        <w:t>Ocultar el problema no lo elimina. Proteger la imagen familiar tampoco salva al ser querido. En ocasiones, la ayuda más amorosa consiste en decir la verdad, establecer límites y negarse a colaborar con el consumo.</w:t>
      </w:r>
    </w:p>
    <w:p>
      <w:pPr>
        <w:pStyle w:val="Heading3"/>
      </w:pPr>
      <w:r>
        <w:t>La falsa tranquilidad de conservar el empleo</w:t>
      </w:r>
    </w:p>
    <w:p>
      <w:r>
        <w:t>Muchas personas consideran que no tienen una adicción porque todavía mantienen un trabajo, una casa o ciertas responsabilidades. Pero una dependencia no comienza cuando se pierde todo. Puede existir mucho antes de que las consecuencias sean visibles para los demás.</w:t>
      </w:r>
    </w:p>
    <w:p>
      <w:r>
        <w:t>Hay quienes cumplen con su empleo durante años mientras su salud y sus relaciones familiares se deterioran. Otros esconden cuidadosamente las botellas o sustancias y conservan una imagen respetable ante la sociedad. El hecho de funcionar en algunos aspectos no significa que el consumo sea seguro.</w:t>
      </w:r>
    </w:p>
    <w:p>
      <w:r>
        <w:t>La pregunta no debe ser solamente: “¿He perdido mi trabajo?”. También es necesario preguntarse:</w:t>
      </w:r>
    </w:p>
    <w:p>
      <w:r>
        <w:t>¿Estoy consumiendo más que antes?</w:t>
      </w:r>
    </w:p>
    <w:p>
      <w:r>
        <w:t>¿He intentado detenerme sin conseguirlo?</w:t>
      </w:r>
    </w:p>
    <w:p>
      <w:r>
        <w:t>¿Mis familiares están preocupados?</w:t>
      </w:r>
    </w:p>
    <w:p>
      <w:r>
        <w:t>¿Necesito mentir para ocultar lo que hago?</w:t>
      </w:r>
    </w:p>
    <w:p>
      <w:r>
        <w:t>¿Estoy utilizando una sustancia para manejar mis emociones?</w:t>
      </w:r>
    </w:p>
    <w:p>
      <w:r>
        <w:t>¿Continúo consumiendo a pesar de conocer las consecuencias?</w:t>
      </w:r>
    </w:p>
    <w:p>
      <w:r>
        <w:t>Responder con sinceridad puede ser doloroso, pero también puede salvar una vida.</w:t>
      </w:r>
    </w:p>
    <w:p>
      <w:pPr>
        <w:pStyle w:val="Heading3"/>
      </w:pPr>
      <w:r>
        <w:t>Reconocer no es rendirse</w:t>
      </w:r>
    </w:p>
    <w:p>
      <w:r>
        <w:t>Aceptar que existe un problema no significa admitir una derrota definitiva. Es el primer acto verdadero de control.</w:t>
      </w:r>
    </w:p>
    <w:p>
      <w:r>
        <w:t>Mientras una persona insiste en que puede manejarlo todo sin ayuda, la sustancia continúa dominando su conducta. Cuando reconoce que ha perdido el control y decide buscar tratamiento, comienza a recuperarlo.</w:t>
      </w:r>
    </w:p>
    <w:p>
      <w:r>
        <w:t>Pedir ayuda no es una señal de debilidad. Se necesita valor para decir:</w:t>
      </w:r>
    </w:p>
    <w:p>
      <w:r>
        <w:t>—No puedo hacerlo solo.</w:t>
      </w:r>
    </w:p>
    <w:p>
      <w:r>
        <w:t>—He lastimado a quienes amo.</w:t>
      </w:r>
    </w:p>
    <w:p>
      <w:r>
        <w:t>—Necesito cambiar.</w:t>
      </w:r>
    </w:p>
    <w:p>
      <w:r>
        <w:t>—Estoy dispuesto a recibir ayuda.</w:t>
      </w:r>
    </w:p>
    <w:p>
      <w:r>
        <w:t>Esas palabras pueden marcar el comienzo de una nueva vida.</w:t>
      </w:r>
    </w:p>
    <w:p>
      <w:pPr>
        <w:pStyle w:val="Heading3"/>
      </w:pPr>
      <w:r>
        <w:t>La verdad que rompe la mentira</w:t>
      </w:r>
    </w:p>
    <w:p>
      <w:r>
        <w:t>La dependencia se fortalece con secretos, excusas y promesas vacías. La recuperación comienza con la verdad.</w:t>
      </w:r>
    </w:p>
    <w:p>
      <w:r>
        <w:t>La verdad puede resultar dolorosa: se ha perdido dinero, se ha destruido la confianza, se ha perjudicado la salud o se han desperdiciado oportunidades. Pero aquello que se reconoce puede empezar a repararse. Lo que se niega continúa creciendo en la oscuridad.</w:t>
      </w:r>
    </w:p>
    <w:p>
      <w:r>
        <w:t>La mentira del control mantiene a muchas personas atrapadas durante años. Les hace creer que todavía eligen, aunque sus decisiones giren alrededor de una botella, una pastilla o una sustancia.</w:t>
      </w:r>
    </w:p>
    <w:p>
      <w:r>
        <w:t>El control verdadero no consiste en encontrar nuevas maneras de continuar consumiendo sin que los demás protesten. Consiste en recuperar la libertad de vivir sin obedecer a una sustancia.</w:t>
      </w:r>
    </w:p>
    <w:p>
      <w:r>
        <w:t>Quien admite que necesita ayuda no ha llegado al final del camino. Ha dado el primer paso para volver a ser dueño de su vida.</w:t>
      </w:r>
    </w:p>
    <w:p>
      <w:r>
        <w:br w:type="page"/>
      </w:r>
    </w:p>
    <w:p>
      <w:pPr>
        <w:pStyle w:val="Heading1"/>
      </w:pPr>
      <w:r>
        <w:t>CAPÍTULO 3</w:t>
      </w:r>
    </w:p>
    <w:p>
      <w:pPr>
        <w:pStyle w:val="Heading2"/>
      </w:pPr>
      <w:r>
        <w:t>El alcohol: la droga socialmente aceptada</w:t>
      </w:r>
    </w:p>
    <w:p>
      <w:r>
        <w:t>Cuando se habla de drogas, muchas personas piensan inmediatamente en sustancias ilegales. Imaginan vendedores clandestinos, calles peligrosas y consumidores escondidos. Rara vez incluyen en esa imagen una botella de cerveza, una copa de vino o un vaso de licor.</w:t>
      </w:r>
    </w:p>
    <w:p>
      <w:r>
        <w:t>Sin embargo, el alcohol también es una droga. Actúa sobre el cerebro, modifica la conducta, disminuye la capacidad de juicio y puede provocar dependencia. Que sea legal y socialmente aceptado no significa que sea inofensivo.</w:t>
      </w:r>
    </w:p>
    <w:p>
      <w:r>
        <w:t>Esta confusión ha contribuido a normalizar conductas que pueden ocasionar enfermedades, accidentes, violencia, pobreza y destrucción familiar. La sociedad suele condenar al consumidor de drogas ilegales, mientras celebra y hasta estimula el consumo de alcohol. Esa contradicción impide que muchas personas reconozcan el peligro antes de que sea demasiado tarde.</w:t>
      </w:r>
    </w:p>
    <w:p>
      <w:pPr>
        <w:pStyle w:val="Heading3"/>
      </w:pPr>
      <w:r>
        <w:t>Presente en casi todas partes</w:t>
      </w:r>
    </w:p>
    <w:p>
      <w:r>
        <w:t>El alcohol acompaña bodas, cumpleaños, fiestas, reuniones laborales, eventos deportivos y celebraciones familiares. Se utiliza para brindar por un nacimiento, un matrimonio, un ascenso o un triunfo. También se consume durante los funerales, las separaciones y los fracasos.</w:t>
      </w:r>
    </w:p>
    <w:p>
      <w:r>
        <w:t>Parece estar presente tanto en la alegría como en la tristeza.</w:t>
      </w:r>
    </w:p>
    <w:p>
      <w:r>
        <w:t>La publicidad lo relaciona con la juventud, el éxito, la amistad, la belleza y la diversión. Rara vez muestra la otra cara: los accidentes, las enfermedades, las discusiones familiares, el dinero desperdiciado, los hijos asustados o las personas que ya no pueden pasar un día sin beber.</w:t>
      </w:r>
    </w:p>
    <w:p>
      <w:r>
        <w:t>Se vende una imagen atractiva, pero se oculta la factura que algunos terminarán pagando.</w:t>
      </w:r>
    </w:p>
    <w:p>
      <w:pPr>
        <w:pStyle w:val="Heading3"/>
      </w:pPr>
      <w:r>
        <w:t>Beber para pertenecer</w:t>
      </w:r>
    </w:p>
    <w:p>
      <w:r>
        <w:t>En muchos ambientes, rechazar una bebida exige más explicaciones que aceptarla. Quien dice que no quiere beber puede ser interrogado, ridiculizado o presionado.</w:t>
      </w:r>
    </w:p>
    <w:p>
      <w:r>
        <w:t>—Una copa no te hará daño.</w:t>
      </w:r>
    </w:p>
    <w:p>
      <w:r>
        <w:t>—Hoy estamos celebrando.</w:t>
      </w:r>
    </w:p>
    <w:p>
      <w:r>
        <w:t>—No seas aburrido.</w:t>
      </w:r>
    </w:p>
    <w:p>
      <w:r>
        <w:t>—Tómate algo para que te alegres.</w:t>
      </w:r>
    </w:p>
    <w:p>
      <w:r>
        <w:t>Estas expresiones revelan hasta qué punto se ha normalizado el consumo. La persona que decide protegerse termina sintiéndose obligada a justificar su decisión, mientras nadie cuestiona a quien insiste en que beba.</w:t>
      </w:r>
    </w:p>
    <w:p>
      <w:r>
        <w:t>Pero nadie debería sentirse avergonzado por negarse. Una persona puede abstenerse por motivos de salud, convicciones religiosas, antecedentes familiares, medicamentos, experiencias dolorosas o simplemente porque no desea consumir. Todas esas razones son válidas, pero tampoco tendría que ofrecer ninguna explicación. Su decisión debe ser respetada.</w:t>
      </w:r>
    </w:p>
    <w:p>
      <w:pPr>
        <w:pStyle w:val="Heading3"/>
      </w:pPr>
      <w:r>
        <w:t>La transformación de la conducta</w:t>
      </w:r>
    </w:p>
    <w:p>
      <w:r>
        <w:t>El alcohol puede cambiar la manera de hablar, pensar y actuar. Al disminuir las inhibiciones, hace que algunas personas realicen acciones que normalmente evitarían. Pueden hablar de forma ofensiva, revelar asuntos privados, iniciar discusiones, conducir temerariamente o involucrarse en relaciones y situaciones que después lamentarán.</w:t>
      </w:r>
    </w:p>
    <w:p>
      <w:r>
        <w:t>A veces se dice:</w:t>
      </w:r>
    </w:p>
    <w:p>
      <w:r>
        <w:t>—Eso lo hizo porque estaba borracho.</w:t>
      </w:r>
    </w:p>
    <w:p>
      <w:r>
        <w:t>La frase pretende explicar la conducta, pero no elimina sus consecuencias. La persona herida continúa herida. El vehículo destruido no se repara con una excusa. La violencia no deja de ser violencia porque el agresor haya bebido.</w:t>
      </w:r>
    </w:p>
    <w:p>
      <w:r>
        <w:t>El alcohol puede influir en el comportamiento, pero decidir beber también implica una responsabilidad. Quien sabe que al consumir pierde el control tiene el deber de buscar ayuda y evitar poner a otros en peligro.</w:t>
      </w:r>
    </w:p>
    <w:p>
      <w:pPr>
        <w:pStyle w:val="Heading3"/>
      </w:pPr>
      <w:r>
        <w:t>El hogar bajo el dominio de una botella</w:t>
      </w:r>
    </w:p>
    <w:p>
      <w:r>
        <w:t>Dentro de una familia, el consumo problemático transforma la vida cotidiana. Los demás aprenden a reconocer el sonido de la puerta, la forma de caminar y el tono de voz de quien llega después de beber. Antes de que diga una palabra, ya saben si la noche será tranquila o si comenzará otra discusión.</w:t>
      </w:r>
    </w:p>
    <w:p>
      <w:r>
        <w:t>Los familiares viven pendientes de su estado de ánimo. Intentan no contrariarlo, alejan a los niños y esconden el dinero. En algunos hogares, todos caminan con extremo cuidado, como si una palabra pudiera provocar una explosión.</w:t>
      </w:r>
    </w:p>
    <w:p>
      <w:r>
        <w:t>El día siguiente puede traer disculpas y promesas. Tal vez la persona diga que no recuerda lo ocurrido. Sin embargo, la familia sí lo recuerda. Los hijos recuerdan los gritos. La pareja recuerda las humillaciones. El miedo no desaparece cuando termina la embriaguez.</w:t>
      </w:r>
    </w:p>
    <w:p>
      <w:r>
        <w:t>El alcohol puede salir del cuerpo, pero sus consecuencias permanecen en el hogar.</w:t>
      </w:r>
    </w:p>
    <w:p>
      <w:pPr>
        <w:pStyle w:val="Heading3"/>
      </w:pPr>
      <w:r>
        <w:t>Los hijos que observan en silencio</w:t>
      </w:r>
    </w:p>
    <w:p>
      <w:r>
        <w:t>Los niños no siempre comprenden qué es una adicción, pero reconocen perfectamente la inseguridad. Perciben cuándo un adulto ha cambiado, cuándo una discusión puede volverse peligrosa y cuándo deben guardar silencio.</w:t>
      </w:r>
    </w:p>
    <w:p>
      <w:r>
        <w:t>Algunos sienten que son responsables de lo que sucede. Piensan que, si se comportaran mejor, el padre o la madre no bebería. Otros se avergüenzan y evitan invitar amigos a la casa. También puede ocurrir que asuman obligaciones que no corresponden a su edad: cuidar a sus hermanos, ocultar botellas o ayudar al adulto intoxicado.</w:t>
      </w:r>
    </w:p>
    <w:p>
      <w:r>
        <w:t>Ningún niño debería crecer desempeñando el papel de protector de sus propios padres.</w:t>
      </w:r>
    </w:p>
    <w:p>
      <w:r>
        <w:t>La familia puede guardar silencio para evitar el escándalo, pero ese silencio deja al menor solo con sus temores. Los hijos necesitan saber que no causaron el problema, que no pueden controlarlo y que tienen derecho a buscar ayuda.</w:t>
      </w:r>
    </w:p>
    <w:p>
      <w:pPr>
        <w:pStyle w:val="Heading3"/>
      </w:pPr>
      <w:r>
        <w:t>Alcohol y violencia</w:t>
      </w:r>
    </w:p>
    <w:p>
      <w:r>
        <w:t>No todas las personas que beben se vuelven violentas. Sin embargo, el alcohol puede disminuir el autocontrol, alterar el juicio y agravar conflictos existentes. Una discusión que en otras circunstancias habría terminado con unas palabras puede convertirse en una agresión.</w:t>
      </w:r>
    </w:p>
    <w:p>
      <w:r>
        <w:t>La violencia nunca debe justificarse con la embriaguez. Decir que alguien “no sabía lo que hacía” no devuelve la seguridad a la víctima ni borra las heridas físicas y emocionales.</w:t>
      </w:r>
    </w:p>
    <w:p>
      <w:r>
        <w:t>Si existe peligro, la prioridad debe ser proteger a la persona agredida y a los menores. Amar a quien tiene una adicción no obliga a permanecer expuesto a golpes, amenazas o humillaciones. La seguridad debe estar por encima del deseo de ocultar el problema.</w:t>
      </w:r>
    </w:p>
    <w:p>
      <w:pPr>
        <w:pStyle w:val="Heading3"/>
      </w:pPr>
      <w:r>
        <w:t>Beber y conducir</w:t>
      </w:r>
    </w:p>
    <w:p>
      <w:r>
        <w:t>Uno de los actos más irresponsables relacionados con el alcohol es conducir después de beber. El alcohol puede disminuir los reflejos, alterar la percepción y aumentar la confianza precisamente cuando la capacidad para manejar se ha reducido.</w:t>
      </w:r>
    </w:p>
    <w:p>
      <w:r>
        <w:t>Quien ha bebido puede sentirse perfectamente capaz de conducir. Esa sensación forma parte del peligro: su juicio ya está afectado y no evalúa correctamente sus limitaciones.</w:t>
      </w:r>
    </w:p>
    <w:p>
      <w:r>
        <w:t>Un accidente provocado por un conductor intoxicado puede matar o incapacitar a personas que no tuvieron ninguna relación con su decisión de beber. Familias enteras han quedado destruidas porque alguien creyó que podía llegar a casa sin dificultad.</w:t>
      </w:r>
    </w:p>
    <w:p>
      <w:r>
        <w:t>La solución debe decidirse antes de comenzar a beber: designar a un conductor sobrio, utilizar un servicio de transporte, quedarse en el lugar o entregar las llaves. Ninguna celebración justifica arriesgar una vida.</w:t>
      </w:r>
    </w:p>
    <w:p>
      <w:pPr>
        <w:pStyle w:val="Heading3"/>
      </w:pPr>
      <w:r>
        <w:t>El consumo dentro del trabajo</w:t>
      </w:r>
    </w:p>
    <w:p>
      <w:r>
        <w:t>Algunas personas comienzan a beber antes de ir al trabajo o durante la jornada. Otras llegan con los efectos del día anterior. La concentración disminuye, aparecen retrasos y errores, y aumentan las ausencias.</w:t>
      </w:r>
    </w:p>
    <w:p>
      <w:r>
        <w:t>En trabajos que requieren conducir, manejar maquinaria, atender pacientes o tomar decisiones importantes, las consecuencias pueden ser especialmente graves. Un solo error puede perjudicar no solo al consumidor, sino también a compañeros, clientes y personas inocentes.</w:t>
      </w:r>
    </w:p>
    <w:p>
      <w:r>
        <w:t>Con el tiempo, pueden llegar las advertencias, las suspensiones y la pérdida del empleo. Cuando esto ocurre, la persona quizá culpe a la empresa o a sus compañeros, sin aceptar que el alcohol ha intervenido en su deterioro laboral.</w:t>
      </w:r>
    </w:p>
    <w:p>
      <w:pPr>
        <w:pStyle w:val="Heading3"/>
      </w:pPr>
      <w:r>
        <w:t>El precio económico</w:t>
      </w:r>
    </w:p>
    <w:p>
      <w:r>
        <w:t>El costo del alcohol no se limita al precio de cada botella. También incluye el dinero perdido por ausencias laborales, accidentes, multas, tratamientos médicos y decisiones tomadas durante la embriaguez.</w:t>
      </w:r>
    </w:p>
    <w:p>
      <w:r>
        <w:t>En algunas familias falta dinero para alimentos, medicinas, alquiler o educación, pero siempre aparece alguna cantidad para beber. La sustancia se convierte en una prioridad, aunque la persona continúe afirmando que su familia ocupa el primer lugar.</w:t>
      </w:r>
    </w:p>
    <w:p>
      <w:r>
        <w:t>Cuando los recursos son escasos, cada gasto relacionado con el consumo representa algo que se les quita a los demás. No es solamente dinero; puede ser comida, tranquilidad, oportunidades y seguridad.</w:t>
      </w:r>
    </w:p>
    <w:p>
      <w:pPr>
        <w:pStyle w:val="Heading3"/>
      </w:pPr>
      <w:r>
        <w:t>El daño a la salud</w:t>
      </w:r>
    </w:p>
    <w:p>
      <w:r>
        <w:t>El consumo excesivo y prolongado de alcohol puede perjudicar diversos órganos y sistemas del cuerpo. También puede agravar problemas emocionales, alterar el sueño y aumentar el riesgo de accidentes.</w:t>
      </w:r>
    </w:p>
    <w:p>
      <w:r>
        <w:t>Algunas consecuencias tardan años en manifestarse. Por eso, la persona puede sentirse saludable y utilizar esa aparente normalidad como prueba de que la bebida no le está haciendo daño. Pero la ausencia de síntomas inmediatos no garantiza que el organismo permanezca intacto.</w:t>
      </w:r>
    </w:p>
    <w:p>
      <w:r>
        <w:t>Además, suspender repentinamente el alcohol después de un consumo intenso y prolongado puede ser peligroso para algunas personas. Por esa razón, quien sospeche que ha desarrollado dependencia debe buscar orientación médica y no confiar únicamente en la fuerza de voluntad.</w:t>
      </w:r>
    </w:p>
    <w:p>
      <w:pPr>
        <w:pStyle w:val="Heading3"/>
      </w:pPr>
      <w:r>
        <w:t>La frontera no siempre es visible</w:t>
      </w:r>
    </w:p>
    <w:p>
      <w:r>
        <w:t>No existe un momento ceremonial en el que una persona deje de ser un bebedor ocasional y reciba el anuncio de que ha desarrollado una dependencia. El cambio suele ser gradual.</w:t>
      </w:r>
    </w:p>
    <w:p>
      <w:r>
        <w:t>Primero bebe en compañía. Después comienza a hacerlo a solas.</w:t>
      </w:r>
    </w:p>
    <w:p>
      <w:r>
        <w:t>Primero consume durante las celebraciones. Después inventa motivos para celebrar.</w:t>
      </w:r>
    </w:p>
    <w:p>
      <w:r>
        <w:t>Primero bebe para divertirse. Después lo hace para sentirse normal.</w:t>
      </w:r>
    </w:p>
    <w:p>
      <w:r>
        <w:t>Primero elige la bebida. Finalmente, la bebida parece elegir por él.</w:t>
      </w:r>
    </w:p>
    <w:p>
      <w:r>
        <w:t>Esa frontera invisible permite que el problema avance sin ser reconocido.</w:t>
      </w:r>
    </w:p>
    <w:p>
      <w:pPr>
        <w:pStyle w:val="Heading3"/>
      </w:pPr>
      <w:r>
        <w:t>La cultura de reírse de la borrachera</w:t>
      </w:r>
    </w:p>
    <w:p>
      <w:r>
        <w:t>Muchas sociedades convierten la embriaguez en motivo de bromas. Se cuentan las acciones ridículas de alguien como si fueran aventuras divertidas. Se graban videos, se comparten imágenes y se celebra la pérdida del control.</w:t>
      </w:r>
    </w:p>
    <w:p>
      <w:r>
        <w:t>Pero detrás de algunas de esas escenas puede haber una persona enferma, una familia desesperada o una tragedia próxima. Lo que hoy provoca risa mañana puede terminar en un hospital, una cárcel o un funeral.</w:t>
      </w:r>
    </w:p>
    <w:p>
      <w:r>
        <w:t>No debemos confundir diversión con degradación. Perder el dominio de uno mismo no es una hazaña.</w:t>
      </w:r>
    </w:p>
    <w:p>
      <w:pPr>
        <w:pStyle w:val="Heading3"/>
      </w:pPr>
      <w:r>
        <w:t>Legal no significa saludable</w:t>
      </w:r>
    </w:p>
    <w:p>
      <w:r>
        <w:t>Existen productos legales que pueden ser dañinos cuando se utilizan de forma irresponsable. La ley regula la disponibilidad y establece ciertas condiciones, pero no puede proteger a cada persona de todas las consecuencias.</w:t>
      </w:r>
    </w:p>
    <w:p>
      <w:r>
        <w:t>El alcohol no se vuelve inocente porque se venda en un establecimiento autorizado, aparezca en un anuncio elegante o sea servido en una copa costosa. La sustancia sigue afectando al organismo y a la capacidad de tomar decisiones.</w:t>
      </w:r>
    </w:p>
    <w:p>
      <w:r>
        <w:t>Tampoco la posición social protege contra la dependencia. El alcoholismo puede presentarse en cualquier barrio, profesión, edad o nivel económico. Puede ocultarse en una casa humilde o detrás de las puertas de una mansión.</w:t>
      </w:r>
    </w:p>
    <w:p>
      <w:pPr>
        <w:pStyle w:val="Heading3"/>
      </w:pPr>
      <w:r>
        <w:t>Reconocer el problema a tiempo</w:t>
      </w:r>
    </w:p>
    <w:p>
      <w:r>
        <w:t>Una persona debería examinar seriamente su relación con el alcohol si bebe más de lo que se propone, intenta reducir el consumo y no lo consigue, oculta lo que toma, descuida responsabilidades o continúa bebiendo a pesar de sus consecuencias.</w:t>
      </w:r>
    </w:p>
    <w:p>
      <w:r>
        <w:t>La preocupación de los familiares también merece atención. No siempre tendrán razón en todos sus señalamientos, pero cuando varias personas observan el mismo cambio, rechazar automáticamente sus palabras puede ser una forma de negación.</w:t>
      </w:r>
    </w:p>
    <w:p>
      <w:r>
        <w:t>Buscar una evaluación profesional no significa aceptar una condena. Significa obtener información y determinar qué clase de ayuda puede ser necesaria.</w:t>
      </w:r>
    </w:p>
    <w:p>
      <w:pPr>
        <w:pStyle w:val="Heading3"/>
      </w:pPr>
      <w:r>
        <w:t>Una sociedad más responsable</w:t>
      </w:r>
    </w:p>
    <w:p>
      <w:r>
        <w:t>No se trata de perseguir ni humillar a quienes beben. Se trata de abandonar la hipocresía. No podemos lamentar los accidentes, la violencia y los hogares destruidos mientras continuamos presentando el consumo excesivo como algo gracioso o admirable.</w:t>
      </w:r>
    </w:p>
    <w:p>
      <w:r>
        <w:t>La educación debe comenzar en la familia y continuar en las escuelas, los medios de comunicación y las comunidades. Debemos enseñar a celebrar sin necesidad de perder el control y a respetar a quienes deciden no beber.</w:t>
      </w:r>
    </w:p>
    <w:p>
      <w:r>
        <w:t>También debemos ofrecer tratamiento accesible a quienes ya no pueden abandonar el alcohol por sí mismos. Condenar sin ayudar no resuelve nada.</w:t>
      </w:r>
    </w:p>
    <w:p>
      <w:r>
        <w:t>El alcohol es una droga socialmente aceptada, pero sus víctimas sufren dolores tan reales como los causados por cualquier otra sustancia. Su presencia habitual no debe volvernos indiferentes.</w:t>
      </w:r>
    </w:p>
    <w:p>
      <w:r>
        <w:t>Una botella puede parecer elegante sobre una mesa. Pero cuando comienza a gobernar una vida, ya no representa celebración, amistad ni alegría.</w:t>
      </w:r>
    </w:p>
    <w:p>
      <w:r>
        <w:t>Representa una cadena.</w:t>
      </w:r>
    </w:p>
    <w:p>
      <w:r>
        <w:t>Y ninguna cadena deja de serlo porque la sociedad la haya decorado.</w:t>
      </w:r>
    </w:p>
    <w:p>
      <w:r>
        <w:br w:type="page"/>
      </w:r>
    </w:p>
    <w:p>
      <w:pPr>
        <w:pStyle w:val="Heading1"/>
      </w:pPr>
      <w:r>
        <w:t>CAPÍTULO 4</w:t>
      </w:r>
    </w:p>
    <w:p>
      <w:pPr>
        <w:pStyle w:val="Heading2"/>
      </w:pPr>
      <w:r>
        <w:t>Seres humanos que atraviesan momentos de fragilidad, desorientación, soledad o desesperación y buscan una salida equivocada</w:t>
      </w:r>
    </w:p>
    <w:p>
      <w:r>
        <w:t>Quienes caen en las drogas o en el abuso del alcohol no son necesariamente personas malas, incapaces o carentes de valores. Muchas son seres humanos que atraviesan momentos de fragilidad, desorientación, soledad o desesperación y buscan una salida equivocada.</w:t>
      </w:r>
    </w:p>
    <w:p>
      <w:r>
        <w:t>Algunos han perdido a un ser querido. Otros viven dentro de una familia dividida, sufren maltrato, enfrentan dificultades económicas o cargan heridas que nunca se atrevieron a revelar. También existen quienes se sienten rechazados, fracasados o incapaces de encontrar un propósito para su vida.</w:t>
      </w:r>
    </w:p>
    <w:p>
      <w:r>
        <w:t>En medio de ese sufrimiento aparece una sustancia que promete descanso, valor, olvido o alegría. La promesa es falsa, pero puede parecer verdadera para quien se encuentra desesperado.</w:t>
      </w:r>
    </w:p>
    <w:p>
      <w:r>
        <w:t>La droga no resuelve el problema. Lo adormece durante un breve periodo y después lo devuelve acompañado de consecuencias nuevas. A la tristeza se suma la dependencia. A la soledad se añade el aislamiento. A la dificultad económica se incorpora el gasto del consumo. Al conflicto familiar se agregan las mentiras y la pérdida de confianza.</w:t>
      </w:r>
    </w:p>
    <w:p>
      <w:r>
        <w:t>La persona buscaba una salida, pero terminó entrando en un laberinto.</w:t>
      </w:r>
    </w:p>
    <w:p>
      <w:pPr>
        <w:pStyle w:val="Heading3"/>
      </w:pPr>
      <w:r>
        <w:t>La fragilidad forma parte de la condición humana</w:t>
      </w:r>
    </w:p>
    <w:p>
      <w:r>
        <w:t>Todos los seres humanos atravesamos momentos de debilidad. Nadie permanece fuerte durante toda su vida. Una enfermedad, una pérdida, una humillación o una crisis inesperada pueden quebrantar incluso a quien siempre pareció invulnerable.</w:t>
      </w:r>
    </w:p>
    <w:p>
      <w:r>
        <w:t>Reconocer esta realidad no significa justificar el consumo. Significa comprender por qué algunas personas se vuelven especialmente vulnerables en determinados momentos.</w:t>
      </w:r>
    </w:p>
    <w:p>
      <w:r>
        <w:t>Quien está emocionalmente herido puede tomar decisiones que jamás habría considerado en otras circunstancias. Si además carece de orientación, apoyo familiar o acceso a ayuda profesional, una sustancia puede presentarse como el único recurso disponible.</w:t>
      </w:r>
    </w:p>
    <w:p>
      <w:r>
        <w:t>Pero sentir fragilidad no convierte a nadie en un ser inferior. Lo verdaderamente peligroso es creer que debemos esconder el dolor y enfrentarlo completamente solos.</w:t>
      </w:r>
    </w:p>
    <w:p>
      <w:r>
        <w:t>Pedir ayuda a tiempo requiere más valentía que aparentar una fortaleza que ya no se posee.</w:t>
      </w:r>
    </w:p>
    <w:p>
      <w:pPr>
        <w:pStyle w:val="Heading3"/>
      </w:pPr>
      <w:r>
        <w:t>La desorientación</w:t>
      </w:r>
    </w:p>
    <w:p>
      <w:r>
        <w:t>Hay personas que no saben qué hacer con su vida. Han perdido una meta, abandonado sus estudios, sufrido un fracaso o dejado de creer en el futuro. Caminan sin dirección y buscan algo que les permita llenar el vacío.</w:t>
      </w:r>
    </w:p>
    <w:p>
      <w:r>
        <w:t>En ese estado de desorientación, las drogas pueden ofrecer una identidad falsa. El grupo de consumidores proporciona compañía, códigos compartidos y una aparente sensación de pertenencia. Por primera vez, la persona cree que alguien la comprende y la acepta.</w:t>
      </w:r>
    </w:p>
    <w:p>
      <w:r>
        <w:t>Pero esa aceptación puede depender del consumo. Si intenta alejarse, quizá descubra que aquellas amistades existían solamente alrededor de la sustancia.</w:t>
      </w:r>
    </w:p>
    <w:p>
      <w:r>
        <w:t>Un verdadero amigo ayuda a encontrar el camino. No acompaña a otro ser humano hacia la destrucción.</w:t>
      </w:r>
    </w:p>
    <w:p>
      <w:r>
        <w:t>La desorientación se combate con educación, oportunidades, buenos ejemplos y propósitos. Un joven que tiene metas no está completamente protegido, pero dispone de razones más fuertes para defender su porvenir.</w:t>
      </w:r>
    </w:p>
    <w:p>
      <w:pPr>
        <w:pStyle w:val="Heading3"/>
      </w:pPr>
      <w:r>
        <w:t>La soledad</w:t>
      </w:r>
    </w:p>
    <w:p>
      <w:r>
        <w:t>Una persona puede sentirse sola incluso cuando está rodeada de gente. Puede vivir con su familia, trabajar junto a otros y mantener conversaciones todos los días, pero sentir que nadie conoce realmente su dolor.</w:t>
      </w:r>
    </w:p>
    <w:p>
      <w:r>
        <w:t>La soledad emocional es especialmente peligrosa porque permanece oculta. Quien la padece puede sonreír, cumplir sus obligaciones y aparentar normalidad mientras interiormente se encuentra desesperado.</w:t>
      </w:r>
    </w:p>
    <w:p>
      <w:r>
        <w:t>Las drogas y el alcohol parecen ofrecer una compañía inmediata. No hacen preguntas, no juzgan y producen durante algún tiempo una sensación de alivio. Pero esa compañía exige un precio cada vez mayor.</w:t>
      </w:r>
    </w:p>
    <w:p>
      <w:r>
        <w:t>Poco a poco, la sustancia aleja a la persona de quienes podrían ayudarla. Deja de contestar llamadas, evita reuniones familiares y abandona actividades que antes disfrutaba. La droga que parecía aliviar la soledad termina profundizándola.</w:t>
      </w:r>
    </w:p>
    <w:p>
      <w:r>
        <w:t>El consumidor se encierra con aquello que lo está destruyendo.</w:t>
      </w:r>
    </w:p>
    <w:p>
      <w:pPr>
        <w:pStyle w:val="Heading3"/>
      </w:pPr>
      <w:r>
        <w:t>El sufrimiento que no se cuenta</w:t>
      </w:r>
    </w:p>
    <w:p>
      <w:r>
        <w:t>Detrás de algunas adicciones existen experiencias traumáticas: abusos, violencia, abandono, discriminación, guerras, encarcelamientos, accidentes o pérdidas dolorosas. La persona puede haber guardado silencio durante años porque siente vergüenza, temor o culpa.</w:t>
      </w:r>
    </w:p>
    <w:p>
      <w:r>
        <w:t>Cuando esos recuerdos regresan, busca cualquier medio para silenciarlos. El alcohol o las drogas pueden adormecer temporalmente la memoria y las emociones. Sin embargo, aquello que no ha sido tratado continúa presente.</w:t>
      </w:r>
    </w:p>
    <w:p>
      <w:r>
        <w:t>La sustancia no cura la herida. Solamente impide verla durante unas horas.</w:t>
      </w:r>
    </w:p>
    <w:p>
      <w:r>
        <w:t>Después, la herida sigue allí y puede resultar todavía más difícil de enfrentar. Por eso, en algunos casos no basta con retirar la sustancia. También es necesario atender el dolor que impulsaba a consumirla.</w:t>
      </w:r>
    </w:p>
    <w:p>
      <w:r>
        <w:t>Si se combate únicamente el consumo y se ignora su causa, la persona puede quedar nuevamente expuesta cuando regresen la ansiedad, el miedo o los recuerdos.</w:t>
      </w:r>
    </w:p>
    <w:p>
      <w:pPr>
        <w:pStyle w:val="Heading3"/>
      </w:pPr>
      <w:r>
        <w:t>La desesperación económica y social</w:t>
      </w:r>
    </w:p>
    <w:p>
      <w:r>
        <w:t>La pobreza, el desempleo y la falta de oportunidades también pueden favorecer el consumo. Una persona que ha buscado trabajo sin encontrarlo, que no puede mantener a su familia o que vive sin esperanza de progreso puede sentir que no tiene nada que perder.</w:t>
      </w:r>
    </w:p>
    <w:p>
      <w:r>
        <w:t>Las drogas le ofrecen un escape momentáneo de una realidad que considera insoportable. Pero el consumo reduce aún más sus posibilidades de salir adelante. El dinero escaso se desperdicia, la salud se deteriora y se vuelve más difícil conservar un empleo.</w:t>
      </w:r>
    </w:p>
    <w:p>
      <w:r>
        <w:t>La pobreza no convierte inevitablemente a nadie en consumidor, del mismo modo que la riqueza no protege contra la adicción. Pero las condiciones sociales pueden aumentar la vulnerabilidad y dificultar el acceso al tratamiento.</w:t>
      </w:r>
    </w:p>
    <w:p>
      <w:r>
        <w:t>Una sociedad que desea combatir las drogas no puede limitarse a perseguir al consumidor. También debe crear oportunidades, fortalecer la educación y facilitar ayuda a quienes han perdido la esperanza.</w:t>
      </w:r>
    </w:p>
    <w:p>
      <w:pPr>
        <w:pStyle w:val="Heading3"/>
      </w:pPr>
      <w:r>
        <w:t>Las personas aparentemente fuertes</w:t>
      </w:r>
    </w:p>
    <w:p>
      <w:r>
        <w:t>No siempre el consumidor parece frágil. Puede ser un profesional respetado, un empresario exitoso, un artista admirado o una persona conocida por su carácter firme. Puede tener dinero, familia y reconocimiento social.</w:t>
      </w:r>
    </w:p>
    <w:p>
      <w:r>
        <w:t>El éxito exterior no elimina el sufrimiento interior.</w:t>
      </w:r>
    </w:p>
    <w:p>
      <w:r>
        <w:t>Algunas personas viven bajo enormes presiones y temen reconocer que necesitan ayuda. Creen que admitir ansiedad, depresión o agotamiento dañará su imagen. En lugar de hablar, comienzan a beber o a consumir en secreto.</w:t>
      </w:r>
    </w:p>
    <w:p>
      <w:r>
        <w:t>Durante un tiempo logran mantener las apariencias. Cumplen con sus deberes y esconden cuidadosamente la dependencia. Pero el problema continúa avanzando detrás de una imagen de fortaleza.</w:t>
      </w:r>
    </w:p>
    <w:p>
      <w:r>
        <w:t>La adicción no distingue entre ricos y pobres, instruidos e ignorantes, jóvenes y ancianos. Puede entrar en cualquier hogar cuando encuentra una puerta abierta.</w:t>
      </w:r>
    </w:p>
    <w:p>
      <w:pPr>
        <w:pStyle w:val="Heading3"/>
      </w:pPr>
      <w:r>
        <w:t>La búsqueda de valor</w:t>
      </w:r>
    </w:p>
    <w:p>
      <w:r>
        <w:t>Algunas personas consumen porque se sienten inseguras. Creen que el alcohol las ayuda a conversar, bailar, relacionarse o defenderse. Bajo sus efectos se sienten más valientes y desinhibidas.</w:t>
      </w:r>
    </w:p>
    <w:p>
      <w:r>
        <w:t>Pero el valor obtenido de una sustancia es prestado y engañoso. Desaparece cuando termina el efecto y deja a la persona todavía más dependiente de ella. Cada vez cree menos en sus propias capacidades y más en la botella o la droga.</w:t>
      </w:r>
    </w:p>
    <w:p>
      <w:r>
        <w:t>La verdadera seguridad se construye gradualmente. Nace del conocimiento de uno mismo, del desarrollo de habilidades y de la capacidad de aceptar las propias limitaciones. Ninguna sustancia puede sustituir ese proceso.</w:t>
      </w:r>
    </w:p>
    <w:p>
      <w:r>
        <w:t>Quien necesita consumir para sentirse capaz termina entregándole a la droga el poder que debería cultivar dentro de sí.</w:t>
      </w:r>
    </w:p>
    <w:p>
      <w:pPr>
        <w:pStyle w:val="Heading3"/>
      </w:pPr>
      <w:r>
        <w:t>La búsqueda de alivio</w:t>
      </w:r>
    </w:p>
    <w:p>
      <w:r>
        <w:t>No todas las personas consumen para experimentar placer. Algunas lo hacen simplemente para dejar de sufrir. No buscan una fiesta; buscan unas horas de silencio interior.</w:t>
      </w:r>
    </w:p>
    <w:p>
      <w:r>
        <w:t>Esta diferencia debe ser comprendida al ofrecer ayuda. Decirle a una persona desesperada que simplemente abandone la sustancia, sin atender aquello que la atormenta, puede resultar insuficiente.</w:t>
      </w:r>
    </w:p>
    <w:p>
      <w:r>
        <w:t>Necesita aprender nuevas formas de enfrentar su dolor. Puede requerir atención médica, acompañamiento psicológico, apoyo espiritual, vínculos familiares más saludables o cambios importantes en su vida.</w:t>
      </w:r>
    </w:p>
    <w:p>
      <w:r>
        <w:t>La recuperación no consiste solamente en dejar de consumir. Consiste también en aprender a vivir sin necesitar escapar constantemente de la realidad.</w:t>
      </w:r>
    </w:p>
    <w:p>
      <w:pPr>
        <w:pStyle w:val="Heading3"/>
      </w:pPr>
      <w:r>
        <w:t>Una salida que crea una prisión</w:t>
      </w:r>
    </w:p>
    <w:p>
      <w:r>
        <w:t>La droga parece abrir una puerta, pero conduce a una celda.</w:t>
      </w:r>
    </w:p>
    <w:p>
      <w:r>
        <w:t>Al principio, la persona decide cuándo consumir. Después, la sustancia comienza a determinar sus horarios, amistades, gastos y prioridades. Aquello que parecía un recurso contra el sufrimiento se convierte en una nueva fuente de sufrimiento.</w:t>
      </w:r>
    </w:p>
    <w:p>
      <w:r>
        <w:t>El consumidor puede llegar a hacer cosas que antes consideraba impensables. Miente, incumple promesas, abandona responsabilidades y hiere a quienes lo aman. Cuando recupera momentáneamente la lucidez, siente vergüenza por sus actos.</w:t>
      </w:r>
    </w:p>
    <w:p>
      <w:r>
        <w:t>Esa vergüenza puede convencerlo de que ya no merece ayuda. Entonces vuelve a consumir para olvidar lo que hizo mientras consumía. Así se fortalece el círculo de la dependencia.</w:t>
      </w:r>
    </w:p>
    <w:p>
      <w:r>
        <w:t>Es necesario romper ese círculo con verdad y responsabilidad, pero también con esperanza. La persona debe responder por sus actos sin ser reducida para siempre a sus peores errores.</w:t>
      </w:r>
    </w:p>
    <w:p>
      <w:pPr>
        <w:pStyle w:val="Heading3"/>
      </w:pPr>
      <w:r>
        <w:t>Comprender no significa justificar</w:t>
      </w:r>
    </w:p>
    <w:p>
      <w:r>
        <w:t>Existe una diferencia fundamental entre comprender las causas de una conducta y justificar sus consecuencias.</w:t>
      </w:r>
    </w:p>
    <w:p>
      <w:r>
        <w:t>Podemos reconocer que una persona comenzó a consumir debido a un trauma, una pérdida o una situación de desesperación. Pero eso no significa que debamos aceptar la violencia, el abandono familiar, el robo o cualquier otro daño que pueda provocar.</w:t>
      </w:r>
    </w:p>
    <w:p>
      <w:r>
        <w:t>La compasión debe caminar junto a la responsabilidad.</w:t>
      </w:r>
    </w:p>
    <w:p>
      <w:r>
        <w:t>Quien sufre una adicción merece tratamiento y respeto, pero también debe reconocer las consecuencias de sus decisiones. La recuperación exige sinceridad, reparación y disposición para cambiar.</w:t>
      </w:r>
    </w:p>
    <w:p>
      <w:r>
        <w:t>La familia puede ofrecer apoyo sin permitir abusos. Puede acompañar sin entregar dinero para el consumo. Puede amar sin mentir para ocultar el problema. Puede ayudar sin sacrificar la seguridad de sus integrantes.</w:t>
      </w:r>
    </w:p>
    <w:p>
      <w:pPr>
        <w:pStyle w:val="Heading3"/>
      </w:pPr>
      <w:r>
        <w:t>Las salidas verdaderas</w:t>
      </w:r>
    </w:p>
    <w:p>
      <w:r>
        <w:t>Cuando una persona sufre, necesita caminos que la conduzcan hacia la vida y no hacia una nueva forma de esclavitud.</w:t>
      </w:r>
    </w:p>
    <w:p>
      <w:r>
        <w:t>Hablar con alguien de confianza puede ser el primer paso. También puede buscar orientación profesional, integrarse en un grupo de apoyo, recibir ayuda médica o acercarse a una comunidad capaz de acompañarla responsablemente.</w:t>
      </w:r>
    </w:p>
    <w:p>
      <w:r>
        <w:t>El ejercicio, el arte, la lectura, el trabajo, la espiritualidad y el servicio a los demás pueden contribuir a recuperar el sentido de la vida. Estas actividades no sustituyen el tratamiento cuando existe una dependencia, pero pueden formar parte de una reconstrucción más amplia.</w:t>
      </w:r>
    </w:p>
    <w:p>
      <w:r>
        <w:t>La solución no será idéntica para todos. Cada persona tiene una historia diferente y necesita una atención que considere sus circunstancias. Lo importante es comprender que existen alternativas y que ninguna situación, por desesperada que parezca, se resuelve destruyéndose a uno mismo.</w:t>
      </w:r>
    </w:p>
    <w:p>
      <w:pPr>
        <w:pStyle w:val="Heading3"/>
      </w:pPr>
      <w:r>
        <w:t>Escuchar antes de que sea demasiado tarde</w:t>
      </w:r>
    </w:p>
    <w:p>
      <w:r>
        <w:t>Muchas tragedias podrían evitarse si aprendiéramos a escuchar. A veces, antes de comenzar a consumir, una persona ha pedido ayuda de maneras que nadie comprendió. Se aisló, perdió interés en sus actividades, cambió de amistades o comenzó a expresar que su vida no tenía sentido.</w:t>
      </w:r>
    </w:p>
    <w:p>
      <w:r>
        <w:t>No todas estas señales significan necesariamente que exista consumo, pero merecen atención. Una conversación respetuosa puede abrir una puerta que la desesperación estaba cerrando.</w:t>
      </w:r>
    </w:p>
    <w:p>
      <w:r>
        <w:t>Escuchar no consiste en pronunciar un sermón ni interrumpir para ofrecer soluciones inmediatas. Consiste en permitir que la persona hable sin miedo a ser humillada. Después será posible buscar juntos la ayuda adecuada.</w:t>
      </w:r>
    </w:p>
    <w:p>
      <w:r>
        <w:t>Una palabra de comprensión pronunciada a tiempo puede impedir que alguien busque consuelo en una sustancia.</w:t>
      </w:r>
    </w:p>
    <w:p>
      <w:pPr>
        <w:pStyle w:val="Heading3"/>
      </w:pPr>
      <w:r>
        <w:t>Nadie debe ser definido por su caída</w:t>
      </w:r>
    </w:p>
    <w:p>
      <w:r>
        <w:t>Una persona que padece una adicción sigue siendo un ser humano. Puede haber cometido errores graves y provocado mucho dolor, pero no ha perdido su dignidad ni la posibilidad de cambiar.</w:t>
      </w:r>
    </w:p>
    <w:p>
      <w:r>
        <w:t>Llamarla inútil, perdida o irremediable puede profundizar la vergüenza que alimenta el consumo. Debemos hablar con firmeza sobre sus actos, pero sin negar su humanidad.</w:t>
      </w:r>
    </w:p>
    <w:p>
      <w:r>
        <w:t>La esperanza no consiste en fingir que todo está bien. Consiste en reconocer la gravedad del problema y, aun así, creer que la recuperación es posible.</w:t>
      </w:r>
    </w:p>
    <w:p>
      <w:r>
        <w:t>Las drogas y el alcohol son salidas falsas. Ofrecen descanso, pero producen cadenas. Prometen olvido, pero crean nuevos recuerdos dolorosos. Simulan ser refugios y terminan convirtiéndose en prisiones.</w:t>
      </w:r>
    </w:p>
    <w:p>
      <w:r>
        <w:t>Quienes recurren a ellas no siempre buscan destruirse. Muchas veces intentan sobrevivir a un dolor que no saben cómo enfrentar.</w:t>
      </w:r>
    </w:p>
    <w:p>
      <w:r>
        <w:t>Nuestra responsabilidad no es despreciarlos, sino mostrarles que existen caminos mejores. Debemos ayudarlos a comprender que la fragilidad puede superarse, la desorientación puede encontrar rumbo, la soledad puede ser acompañada y la desesperación puede transformarse en esperanza.</w:t>
      </w:r>
    </w:p>
    <w:p>
      <w:r>
        <w:t>Porque detrás de cada adicción existe una persona.</w:t>
      </w:r>
    </w:p>
    <w:p>
      <w:r>
        <w:t>Y mientras exista una persona dispuesta a luchar, nunca debemos considerar que todo está perdido.</w:t>
      </w:r>
    </w:p>
    <w:p>
      <w:r>
        <w:br w:type="page"/>
      </w:r>
    </w:p>
    <w:p>
      <w:pPr>
        <w:pStyle w:val="Heading1"/>
      </w:pPr>
      <w:r>
        <w:t>CAPÍTULO 5</w:t>
      </w:r>
    </w:p>
    <w:p>
      <w:pPr>
        <w:pStyle w:val="Heading2"/>
      </w:pPr>
      <w:r>
        <w:t>Cómo evaluarse a sí mismo y conocer su capacidad para rechazar las drogas</w:t>
      </w:r>
    </w:p>
    <w:p>
      <w:r>
        <w:t>Muchas personas aseguran que jamás consumirían drogas. Pronuncian esa afirmación con sinceridad, pero nunca han examinado cómo reaccionarían si el ofrecimiento llegara en un momento de curiosidad, presión, tristeza o desesperación.</w:t>
      </w:r>
    </w:p>
    <w:p>
      <w:r>
        <w:t>Rechazar una sustancia puede parecer fácil mientras se analiza desde la tranquilidad del hogar. La verdadera dificultad aparece cuando la ofrece un amigo, cuando todos los demás la están utilizando o cuando la persona atraviesa una crisis y desea escapar de su sufrimiento.</w:t>
      </w:r>
    </w:p>
    <w:p>
      <w:r>
        <w:t>Por eso es importante realizar una evaluación personal antes de enfrentarse a la tentación.</w:t>
      </w:r>
    </w:p>
    <w:p>
      <w:r>
        <w:t>Este capítulo no ofrece un diagnóstico médico ni sustituye la orientación de un profesional. Su propósito es ayudar al lector a reconocer sus fortalezas, descubrir sus vulnerabilidades y preparar una respuesta firme antes de que alguien le ofrezca una droga.</w:t>
      </w:r>
    </w:p>
    <w:p>
      <w:r>
        <w:t>Conocerse a uno mismo es una forma de prevención.</w:t>
      </w:r>
    </w:p>
    <w:p>
      <w:pPr>
        <w:pStyle w:val="Heading3"/>
      </w:pPr>
      <w:r>
        <w:t>La primera pregunta: ¿qué haría yo?</w:t>
      </w:r>
    </w:p>
    <w:p>
      <w:r>
        <w:t>Imagine que se encuentra en una reunión. Varias personas comienzan a consumir una sustancia y alguien se la ofrece. Le aseguran que no es peligrosa, que todos la han probado y que una sola vez no le hará daño.</w:t>
      </w:r>
    </w:p>
    <w:p>
      <w:r>
        <w:t>¿Qué respondería?</w:t>
      </w:r>
    </w:p>
    <w:p>
      <w:r>
        <w:t>Tal vez crea que diría “no” inmediatamente. Pero conviene examinar la situación con mayor profundidad:</w:t>
      </w:r>
    </w:p>
    <w:p>
      <w:pPr>
        <w:pStyle w:val="ListBullet"/>
      </w:pPr>
      <w:r>
        <w:t>¿Sentiría temor de ser      rechazado?</w:t>
      </w:r>
    </w:p>
    <w:p>
      <w:pPr>
        <w:pStyle w:val="ListBullet"/>
      </w:pPr>
      <w:r>
        <w:t>¿Le preocuparía que lo      llamaran cobarde?</w:t>
      </w:r>
    </w:p>
    <w:p>
      <w:pPr>
        <w:pStyle w:val="ListBullet"/>
      </w:pPr>
      <w:r>
        <w:t>¿Tendría curiosidad por      conocer el efecto?</w:t>
      </w:r>
    </w:p>
    <w:p>
      <w:pPr>
        <w:pStyle w:val="ListBullet"/>
      </w:pPr>
      <w:r>
        <w:t>¿Aceptaría si la persona      que se la ofrece es alguien a quien admira?</w:t>
      </w:r>
    </w:p>
    <w:p>
      <w:pPr>
        <w:pStyle w:val="ListBullet"/>
      </w:pPr>
      <w:r>
        <w:t>¿Cambiaría su decisión si      hubiera consumido alcohol previamente?</w:t>
      </w:r>
    </w:p>
    <w:p>
      <w:pPr>
        <w:pStyle w:val="ListBullet"/>
      </w:pPr>
      <w:r>
        <w:t>¿Sabría abandonar el      lugar si continuaran presionándolo?</w:t>
      </w:r>
    </w:p>
    <w:p>
      <w:r>
        <w:t>Las respuestas sinceras permiten identificar los puntos que deben fortalecerse. No se trata de sentir vergüenza, sino de prepararse.</w:t>
      </w:r>
    </w:p>
    <w:p>
      <w:pPr>
        <w:pStyle w:val="Heading3"/>
      </w:pPr>
      <w:r>
        <w:t>Una evaluación personal</w:t>
      </w:r>
    </w:p>
    <w:p>
      <w:r>
        <w:t>Lea cada afirmación y responda con una de estas opciones:</w:t>
      </w:r>
    </w:p>
    <w:p>
      <w:r>
        <w:t>Sí, A veces o No.</w:t>
      </w:r>
    </w:p>
    <w:p>
      <w:r>
        <w:t>1. Puedo rechazar algo aunque mis amigos insistan.</w:t>
      </w:r>
    </w:p>
    <w:p>
      <w:r>
        <w:t>2. No necesito imitar a otros para sentirme aceptado.</w:t>
      </w:r>
    </w:p>
    <w:p>
      <w:r>
        <w:t>3. Conozco los peligros principales de las drogas.</w:t>
      </w:r>
    </w:p>
    <w:p>
      <w:r>
        <w:t>4. Evito lugares donde sé que habrá consumo.</w:t>
      </w:r>
    </w:p>
    <w:p>
      <w:r>
        <w:t>5. Puedo retirarme de una reunión si me siento presionado.</w:t>
      </w:r>
    </w:p>
    <w:p>
      <w:r>
        <w:t>6. Tengo al menos una persona de confianza a quien pedir ayuda.</w:t>
      </w:r>
    </w:p>
    <w:p>
      <w:r>
        <w:t>7. Puedo afrontar una decepción sin buscar alivio en sustancias.</w:t>
      </w:r>
    </w:p>
    <w:p>
      <w:r>
        <w:t>8. No acepto pastillas, bebidas ni productos de origen desconocido.</w:t>
      </w:r>
    </w:p>
    <w:p>
      <w:r>
        <w:t>9. Mis decisiones no cambian para complacer a alguien que admiro.</w:t>
      </w:r>
    </w:p>
    <w:p>
      <w:r>
        <w:t>10. Puedo decir “no” sin ofrecer largas explicaciones.</w:t>
      </w:r>
    </w:p>
    <w:p>
      <w:r>
        <w:t>11. No necesito alcohol ni drogas para divertirme.</w:t>
      </w:r>
    </w:p>
    <w:p>
      <w:r>
        <w:t>12. Sé reconocer cuándo una amistad me conduce hacia el peligro.</w:t>
      </w:r>
    </w:p>
    <w:p>
      <w:r>
        <w:t>13. Tengo metas que deseo proteger.</w:t>
      </w:r>
    </w:p>
    <w:p>
      <w:r>
        <w:t>14. Cuando siento tristeza o ansiedad, busco maneras saludables de enfrentarlas.</w:t>
      </w:r>
    </w:p>
    <w:p>
      <w:r>
        <w:t>15. No considero que probar una droga sea una demostración de valentía.</w:t>
      </w:r>
    </w:p>
    <w:p>
      <w:r>
        <w:t>16. Comprendo que una sola experiencia también puede tener consecuencias graves.</w:t>
      </w:r>
    </w:p>
    <w:p>
      <w:r>
        <w:t>17. Si alguien se burla de mi decisión, puedo mantenerla.</w:t>
      </w:r>
    </w:p>
    <w:p>
      <w:r>
        <w:t>18. No subiría a un vehículo conducido por una persona que haya consumido.</w:t>
      </w:r>
    </w:p>
    <w:p>
      <w:r>
        <w:t>19. Estoy dispuesto a pedir orientación si siento curiosidad o tentación.</w:t>
      </w:r>
    </w:p>
    <w:p>
      <w:r>
        <w:t>20. Sé exactamente qué palabras utilizaría para rechazar un ofrecimiento.</w:t>
      </w:r>
    </w:p>
    <w:p>
      <w:r>
        <w:t>Este cuestionario no determina si alguien desarrollará o no una adicción. Tampoco puede medir con certeza absoluta la conducta futura. Su utilidad consiste en provocar una reflexión honrada.</w:t>
      </w:r>
    </w:p>
    <w:p>
      <w:r>
        <w:t>Si respondió “Sí” a la mayoría de las afirmaciones, posee varias herramientas protectoras, pero debe mantenerlas y continuar alerta.</w:t>
      </w:r>
    </w:p>
    <w:p>
      <w:r>
        <w:t>Si respondió “A veces” repetidamente, su capacidad de rechazo puede depender de las circunstancias. Necesita fortalecer sus límites y preparar respuestas concretas.</w:t>
      </w:r>
    </w:p>
    <w:p>
      <w:r>
        <w:t>Si respondió “No” a muchas afirmaciones, no debe interpretarlo como una condena. Es una advertencia para buscar orientación, mejorar sus recursos personales y evitar situaciones de riesgo.</w:t>
      </w:r>
    </w:p>
    <w:p>
      <w:r>
        <w:t>Lo importante no es obtener una calificación, sino descubrir qué necesita cambiar.</w:t>
      </w:r>
    </w:p>
    <w:p>
      <w:pPr>
        <w:pStyle w:val="Heading3"/>
      </w:pPr>
      <w:r>
        <w:t>La presión de los amigos</w:t>
      </w:r>
    </w:p>
    <w:p>
      <w:r>
        <w:t>Una de las pruebas más difíciles ocurre cuando la droga es ofrecida por alguien cercano. Rechazar a un desconocido puede resultar sencillo. Decirle “no” a un amigo, una pareja o una persona admirada exige mayor firmeza.</w:t>
      </w:r>
    </w:p>
    <w:p>
      <w:r>
        <w:t>Pregúntese:</w:t>
      </w:r>
    </w:p>
    <w:p>
      <w:r>
        <w:t>¿Temo perder una amistad si no consumo?</w:t>
      </w:r>
    </w:p>
    <w:p>
      <w:r>
        <w:t>¿Necesito la aprobación de otras personas para sentirme valioso?</w:t>
      </w:r>
    </w:p>
    <w:p>
      <w:r>
        <w:t>¿He realizado anteriormente acciones peligrosas para no quedar mal?</w:t>
      </w:r>
    </w:p>
    <w:p>
      <w:r>
        <w:t>¿Permito que otros decidan por mí?</w:t>
      </w:r>
    </w:p>
    <w:p>
      <w:r>
        <w:t>Si la aceptación de un grupo depende de consumir, ese grupo no está respetando su libertad. Una amistad verdadera acepta los límites y no utiliza la burla para imponer decisiones.</w:t>
      </w:r>
    </w:p>
    <w:p>
      <w:r>
        <w:t>Quien dice “si fueras mi amigo, lo harías” está manipulando. La amistad no se demuestra poniendo en peligro la salud.</w:t>
      </w:r>
    </w:p>
    <w:p>
      <w:pPr>
        <w:pStyle w:val="Heading3"/>
      </w:pPr>
      <w:r>
        <w:t>La curiosidad</w:t>
      </w:r>
    </w:p>
    <w:p>
      <w:r>
        <w:t>Sentir curiosidad no convierte a nadie en una mala persona. Pero actuar impulsivamente para satisfacerla puede producir consecuencias graves.</w:t>
      </w:r>
    </w:p>
    <w:p>
      <w:r>
        <w:t>Pregúntese:</w:t>
      </w:r>
    </w:p>
    <w:p>
      <w:r>
        <w:t>¿Me atraen intensamente las experiencias prohibidas?</w:t>
      </w:r>
    </w:p>
    <w:p>
      <w:r>
        <w:t>¿Creo que necesito probar algo para poder opinar?</w:t>
      </w:r>
    </w:p>
    <w:p>
      <w:r>
        <w:t>¿Pienso que las consecuencias negativas solo les ocurren a otros?</w:t>
      </w:r>
    </w:p>
    <w:p>
      <w:r>
        <w:t>¿Me resulta difícil controlar un impulso cuando algo despierta mi curiosidad?</w:t>
      </w:r>
    </w:p>
    <w:p>
      <w:r>
        <w:t>¿He buscado información sobre los efectos de determinadas drogas porque considero consumirlas?</w:t>
      </w:r>
    </w:p>
    <w:p>
      <w:r>
        <w:t>Si estas preguntas provocan preocupación, conviene hablar con una persona responsable o con un profesional. Guardar silencio puede permitir que la curiosidad crezca hasta convertirse en acción.</w:t>
      </w:r>
    </w:p>
    <w:p>
      <w:r>
        <w:t>No todo necesita experimentarse personalmente para comprender su peligro. Nadie tiene que tocar el fuego para aceptar que quema.</w:t>
      </w:r>
    </w:p>
    <w:p>
      <w:pPr>
        <w:pStyle w:val="Heading3"/>
      </w:pPr>
      <w:r>
        <w:t>La manera de enfrentar el sufrimiento</w:t>
      </w:r>
    </w:p>
    <w:p>
      <w:r>
        <w:t>La capacidad para rechazar las drogas no depende únicamente de la voluntad. También está relacionada con la forma en que una persona maneja la tristeza, la ansiedad, la soledad, la frustración y el fracaso.</w:t>
      </w:r>
    </w:p>
    <w:p>
      <w:r>
        <w:t>Pregúntese:</w:t>
      </w:r>
    </w:p>
    <w:p>
      <w:r>
        <w:t>¿Qué hago cuando me siento desesperado?</w:t>
      </w:r>
    </w:p>
    <w:p>
      <w:r>
        <w:t>¿Tengo a alguien con quien hablar?</w:t>
      </w:r>
    </w:p>
    <w:p>
      <w:r>
        <w:t>¿Suelo ocultar mis sentimientos?</w:t>
      </w:r>
    </w:p>
    <w:p>
      <w:r>
        <w:t>¿Busco soluciones o intento olvidar los problemas?</w:t>
      </w:r>
    </w:p>
    <w:p>
      <w:r>
        <w:t>¿Me cuesta soportar el malestar emocional?</w:t>
      </w:r>
    </w:p>
    <w:p>
      <w:r>
        <w:t>¿He utilizado alcohol, medicamentos u otras sustancias para dormir, tranquilizarme o escapar?</w:t>
      </w:r>
    </w:p>
    <w:p>
      <w:r>
        <w:t>Una persona que no dispone de recursos saludables para afrontar sus emociones puede ser más vulnerable durante una crisis. Por eso es importante desarrollar alternativas antes de necesitarlas.</w:t>
      </w:r>
    </w:p>
    <w:p>
      <w:r>
        <w:t>Hablar, caminar, escribir, orar, practicar una actividad artística, ejercitarse o buscar orientación puede ayudar a atravesar momentos difíciles. Cuando el sufrimiento es intenso o persistente, debe consultarse a un profesional.</w:t>
      </w:r>
    </w:p>
    <w:p>
      <w:r>
        <w:t>Pedir ayuda no es fracasar. Fracasar sería permitir que la vergüenza nos impidiera buscarla.</w:t>
      </w:r>
    </w:p>
    <w:p>
      <w:pPr>
        <w:pStyle w:val="Heading3"/>
      </w:pPr>
      <w:r>
        <w:t>La influencia del ambiente</w:t>
      </w:r>
    </w:p>
    <w:p>
      <w:r>
        <w:t>La voluntad puede debilitarse cuando una persona permanece constantemente rodeada de consumo. Quien desea protegerse debe examinar su ambiente con sinceridad.</w:t>
      </w:r>
    </w:p>
    <w:p>
      <w:r>
        <w:t>¿Mis amigos consumen drogas con frecuencia?</w:t>
      </w:r>
    </w:p>
    <w:p>
      <w:r>
        <w:t>¿Me invitan a reuniones cuyo principal propósito es consumir?</w:t>
      </w:r>
    </w:p>
    <w:p>
      <w:r>
        <w:t>¿En mi hogar se considera normal embriagarse?</w:t>
      </w:r>
    </w:p>
    <w:p>
      <w:r>
        <w:t>¿Tengo fácil acceso a sustancias?</w:t>
      </w:r>
    </w:p>
    <w:p>
      <w:r>
        <w:t>¿Conozco personas que podrían ofrecérmelas?</w:t>
      </w:r>
    </w:p>
    <w:p>
      <w:r>
        <w:t>¿Me siento capaz de alejarme de esos ambientes?</w:t>
      </w:r>
    </w:p>
    <w:p>
      <w:r>
        <w:t>No siempre será posible cambiar inmediatamente todas las circunstancias, pero sí pueden tomarse decisiones protectoras. Algunas amistades deberán limitarse. Ciertos lugares tendrán que evitarse. En ocasiones será necesario pedir ayuda para salir de un ambiente donde la droga está presente.</w:t>
      </w:r>
    </w:p>
    <w:p>
      <w:r>
        <w:t>Alejarse del peligro no es cobardía. Es inteligencia.</w:t>
      </w:r>
    </w:p>
    <w:p>
      <w:pPr>
        <w:pStyle w:val="Heading3"/>
      </w:pPr>
      <w:r>
        <w:t>Aprender a decir “no”</w:t>
      </w:r>
    </w:p>
    <w:p>
      <w:r>
        <w:t>Una respuesta firme debe ser breve y clara. Las explicaciones demasiado largas pueden dar lugar a nuevas presiones.</w:t>
      </w:r>
    </w:p>
    <w:p>
      <w:r>
        <w:t>Algunas respuestas posibles son:</w:t>
      </w:r>
    </w:p>
    <w:p>
      <w:r>
        <w:t>—No consumo.</w:t>
      </w:r>
    </w:p>
    <w:p>
      <w:r>
        <w:t>—No me interesa.</w:t>
      </w:r>
    </w:p>
    <w:p>
      <w:r>
        <w:t>—He decidido no hacerlo.</w:t>
      </w:r>
    </w:p>
    <w:p>
      <w:r>
        <w:t>—No quiero poner en riesgo mi salud.</w:t>
      </w:r>
    </w:p>
    <w:p>
      <w:r>
        <w:t>—Respeta mi decisión.</w:t>
      </w:r>
    </w:p>
    <w:p>
      <w:r>
        <w:t>—Me voy si continúan insistiendo.</w:t>
      </w:r>
    </w:p>
    <w:p>
      <w:r>
        <w:t>La manera de hablar también es importante. Conviene mirar a la persona, mantener un tono firme y evitar sonreír como si la decisión pudiera negociarse.</w:t>
      </w:r>
    </w:p>
    <w:p>
      <w:r>
        <w:t>No es necesario discutir sobre los efectos de la droga ni convencer a los demás. El objetivo es protegerse, no ganar un debate.</w:t>
      </w:r>
    </w:p>
    <w:p>
      <w:r>
        <w:t>Si la presión continúa, la respuesta más segura puede ser abandonar el lugar.</w:t>
      </w:r>
    </w:p>
    <w:p>
      <w:pPr>
        <w:pStyle w:val="Heading3"/>
      </w:pPr>
      <w:r>
        <w:t>Ensayar antes de enfrentarse a la situación</w:t>
      </w:r>
    </w:p>
    <w:p>
      <w:r>
        <w:t>Ensayar una respuesta puede parecer innecesario, pero ayuda a reducir la inseguridad. Padres, maestros y orientadores pueden representar situaciones en las que un joven reciba un ofrecimiento.</w:t>
      </w:r>
    </w:p>
    <w:p>
      <w:r>
        <w:t>Una persona interpreta a quien ofrece la sustancia y otra practica cómo rechazarla. Después pueden intercambiar los papeles y aumentar gradualmente la presión.</w:t>
      </w:r>
    </w:p>
    <w:p>
      <w:r>
        <w:t>Este ejercicio permite preparar las palabras, el tono y la decisión de retirarse. Cuando la situación real ocurra, la respuesta ya no será completamente improvisada.</w:t>
      </w:r>
    </w:p>
    <w:p>
      <w:r>
        <w:t>También conviene preparar una manera de salir:</w:t>
      </w:r>
    </w:p>
    <w:p>
      <w:pPr>
        <w:pStyle w:val="ListBullet"/>
      </w:pPr>
      <w:r>
        <w:t>Llamar a un familiar de      confianza.</w:t>
      </w:r>
    </w:p>
    <w:p>
      <w:pPr>
        <w:pStyle w:val="ListBullet"/>
      </w:pPr>
      <w:r>
        <w:t>Tener disponible un medio      de transporte seguro.</w:t>
      </w:r>
    </w:p>
    <w:p>
      <w:pPr>
        <w:pStyle w:val="ListBullet"/>
      </w:pPr>
      <w:r>
        <w:t>Establecer una palabra      clave para pedir ayuda sin dar explicaciones.</w:t>
      </w:r>
    </w:p>
    <w:p>
      <w:pPr>
        <w:pStyle w:val="ListBullet"/>
      </w:pPr>
      <w:r>
        <w:t>No depender para regresar      de alguien que pueda consumir.</w:t>
      </w:r>
    </w:p>
    <w:p>
      <w:pPr>
        <w:pStyle w:val="ListBullet"/>
      </w:pPr>
      <w:r>
        <w:t>Permanecer cerca de      personas que respeten la decisión.</w:t>
      </w:r>
    </w:p>
    <w:p>
      <w:r>
        <w:t>La prevención funciona mejor cuando existe un plan.</w:t>
      </w:r>
    </w:p>
    <w:p>
      <w:pPr>
        <w:pStyle w:val="Heading3"/>
      </w:pPr>
      <w:r>
        <w:t>Las señales de vulnerabilidad</w:t>
      </w:r>
    </w:p>
    <w:p>
      <w:r>
        <w:t>Ciertas circunstancias pueden disminuir temporalmente la capacidad de rechazo:</w:t>
      </w:r>
    </w:p>
    <w:p>
      <w:pPr>
        <w:pStyle w:val="ListBullet"/>
      </w:pPr>
      <w:r>
        <w:t>Una discusión familiar.</w:t>
      </w:r>
    </w:p>
    <w:p>
      <w:pPr>
        <w:pStyle w:val="ListBullet"/>
      </w:pPr>
      <w:r>
        <w:t>La pérdida de un ser      querido.</w:t>
      </w:r>
    </w:p>
    <w:p>
      <w:pPr>
        <w:pStyle w:val="ListBullet"/>
      </w:pPr>
      <w:r>
        <w:t>Una separación amorosa.</w:t>
      </w:r>
    </w:p>
    <w:p>
      <w:pPr>
        <w:pStyle w:val="ListBullet"/>
      </w:pPr>
      <w:r>
        <w:t>El fracaso escolar o      laboral.</w:t>
      </w:r>
    </w:p>
    <w:p>
      <w:pPr>
        <w:pStyle w:val="ListBullet"/>
      </w:pPr>
      <w:r>
        <w:t>La ansiedad intensa.</w:t>
      </w:r>
    </w:p>
    <w:p>
      <w:pPr>
        <w:pStyle w:val="ListBullet"/>
      </w:pPr>
      <w:r>
        <w:t>La soledad prolongada.</w:t>
      </w:r>
    </w:p>
    <w:p>
      <w:pPr>
        <w:pStyle w:val="ListBullet"/>
      </w:pPr>
      <w:r>
        <w:t>El rechazo de un grupo.</w:t>
      </w:r>
    </w:p>
    <w:p>
      <w:pPr>
        <w:pStyle w:val="ListBullet"/>
      </w:pPr>
      <w:r>
        <w:t>El consumo previo de      alcohol.</w:t>
      </w:r>
    </w:p>
    <w:p>
      <w:pPr>
        <w:pStyle w:val="ListBullet"/>
      </w:pPr>
      <w:r>
        <w:t>La falta de sueño.</w:t>
      </w:r>
    </w:p>
    <w:p>
      <w:pPr>
        <w:pStyle w:val="ListBullet"/>
      </w:pPr>
      <w:r>
        <w:t>La presencia constante de      consumidores.</w:t>
      </w:r>
    </w:p>
    <w:p>
      <w:pPr>
        <w:pStyle w:val="ListBullet"/>
      </w:pPr>
      <w:r>
        <w:t>La sensación de que la      vida carece de propósito.</w:t>
      </w:r>
    </w:p>
    <w:p>
      <w:r>
        <w:t>Reconocer una etapa de vulnerabilidad permite aumentar la protección. Durante esos momentos, la persona debe evitar ambientes peligrosos, mantenerse cerca de personas responsables y buscar ayuda antes de tomar decisiones impulsivas.</w:t>
      </w:r>
    </w:p>
    <w:p>
      <w:r>
        <w:t>No debemos esperar a sentirnos completamente vencidos para pedir apoyo.</w:t>
      </w:r>
    </w:p>
    <w:p>
      <w:pPr>
        <w:pStyle w:val="Heading3"/>
      </w:pPr>
      <w:r>
        <w:t>Cuando ya hubo un primer consumo</w:t>
      </w:r>
    </w:p>
    <w:p>
      <w:r>
        <w:t>Quien ya probó una droga puede pensar que esta evaluación no le sirve. Pero haber consumido una vez no obliga a continuar. El momento más adecuado para detenerse es ahora.</w:t>
      </w:r>
    </w:p>
    <w:p>
      <w:r>
        <w:t>Debe preguntarse:</w:t>
      </w:r>
    </w:p>
    <w:p>
      <w:r>
        <w:t>¿Por qué lo hice?</w:t>
      </w:r>
    </w:p>
    <w:p>
      <w:r>
        <w:t>¿Quién me la ofreció?</w:t>
      </w:r>
    </w:p>
    <w:p>
      <w:r>
        <w:t>¿Cómo me sentía antes de consumir?</w:t>
      </w:r>
    </w:p>
    <w:p>
      <w:r>
        <w:t>¿Quiero repetirlo?</w:t>
      </w:r>
    </w:p>
    <w:p>
      <w:r>
        <w:t>¿Estoy ocultando lo sucedido?</w:t>
      </w:r>
    </w:p>
    <w:p>
      <w:r>
        <w:t>¿Estoy buscando una nueva oportunidad para hacerlo?</w:t>
      </w:r>
    </w:p>
    <w:p>
      <w:r>
        <w:t>¿He comenzado a justificar el consumo?</w:t>
      </w:r>
    </w:p>
    <w:p>
      <w:r>
        <w:t>Si existe el deseo de repetir, si hubo una reacción preocupante o si la persona teme perder el control, debe hablar con un profesional o con un adulto responsable. Ocultarlo por vergüenza puede permitir que el problema avance.</w:t>
      </w:r>
    </w:p>
    <w:p>
      <w:r>
        <w:t>Un error reconocido a tiempo puede convertirse en una enseñanza. Un error repetido y escondido puede transformarse en una cadena.</w:t>
      </w:r>
    </w:p>
    <w:p>
      <w:pPr>
        <w:pStyle w:val="Heading3"/>
      </w:pPr>
      <w:r>
        <w:t>Cuando ya existe dificultad para detenerse</w:t>
      </w:r>
    </w:p>
    <w:p>
      <w:r>
        <w:t>Si una persona ha intentado dejar el consumo y no lo consigue, utiliza cantidades mayores, sufre malestar al suspenderlo o continúa a pesar de las consecuencias, ya no debe confiar únicamente en una evaluación personal.</w:t>
      </w:r>
    </w:p>
    <w:p>
      <w:r>
        <w:t>Necesita ayuda profesional.</w:t>
      </w:r>
    </w:p>
    <w:p>
      <w:r>
        <w:t>En esos casos, dejar ciertas sustancias repentinamente puede implicar riesgos. La decisión de buscar tratamiento debe tomarse cuanto antes, con orientación médica cuando corresponda.</w:t>
      </w:r>
    </w:p>
    <w:p>
      <w:r>
        <w:t>No es el momento de demostrar orgullo ni de ocultar la realidad. Es el momento de proteger la vida.</w:t>
      </w:r>
    </w:p>
    <w:p>
      <w:pPr>
        <w:pStyle w:val="Heading3"/>
      </w:pPr>
      <w:r>
        <w:t>El plan personal de rechazo</w:t>
      </w:r>
    </w:p>
    <w:p>
      <w:r>
        <w:t>Cada lector puede escribir su propio plan respondiendo estas preguntas:</w:t>
      </w:r>
    </w:p>
    <w:p>
      <w:r>
        <w:t>1. ¿Por qué quiero permanecer libre de drogas?</w:t>
      </w:r>
    </w:p>
    <w:p>
      <w:r>
        <w:t>La respuesta puede incluir la familia, la salud, los estudios, el trabajo, la fe, los proyectos o cualquier razón que dé sentido a la vida.</w:t>
      </w:r>
    </w:p>
    <w:p>
      <w:r>
        <w:t>2. ¿Qué personas respetan mi decisión?</w:t>
      </w:r>
    </w:p>
    <w:p>
      <w:r>
        <w:t>Conviene identificar familiares, amigos, maestros, consejeros o profesionales a quienes acudir.</w:t>
      </w:r>
    </w:p>
    <w:p>
      <w:r>
        <w:t>3. ¿Qué lugares debo evitar?</w:t>
      </w:r>
    </w:p>
    <w:p>
      <w:r>
        <w:t>Deben reconocerse los ambientes donde existe presión o fácil acceso a sustancias.</w:t>
      </w:r>
    </w:p>
    <w:p>
      <w:r>
        <w:t>4. ¿Qué palabras utilizaré?</w:t>
      </w:r>
    </w:p>
    <w:p>
      <w:r>
        <w:t>La respuesta debe prepararse de antemano: “No consumo y mi decisión no está en discusión”.</w:t>
      </w:r>
    </w:p>
    <w:p>
      <w:r>
        <w:t>5. ¿Cómo abandonaré una situación peligrosa?</w:t>
      </w:r>
    </w:p>
    <w:p>
      <w:r>
        <w:t>Es necesario contar con transporte, dinero, un teléfono o una persona que pueda ayudar.</w:t>
      </w:r>
    </w:p>
    <w:p>
      <w:r>
        <w:t>6. ¿Qué haré cuando me sienta triste o desesperado?</w:t>
      </w:r>
    </w:p>
    <w:p>
      <w:r>
        <w:t>Deben existir alternativas concretas: llamar a alguien, buscar orientación, caminar, escribir, orar o acudir a un lugar seguro.</w:t>
      </w:r>
    </w:p>
    <w:p>
      <w:r>
        <w:t>7. ¿Qué meta no estoy dispuesto a perder?</w:t>
      </w:r>
    </w:p>
    <w:p>
      <w:r>
        <w:t>Recordar esa meta puede fortalecer la decisión en el momento de la tentación.</w:t>
      </w:r>
    </w:p>
    <w:p>
      <w:pPr>
        <w:pStyle w:val="Heading3"/>
      </w:pPr>
      <w:r>
        <w:t>La fortaleza puede desarrollarse</w:t>
      </w:r>
    </w:p>
    <w:p>
      <w:r>
        <w:t>Una persona que descubre vulnerabilidades no debe considerarse condenada. La capacidad de rechazo puede aprenderse y fortalecerse.</w:t>
      </w:r>
    </w:p>
    <w:p>
      <w:r>
        <w:t>Se fortalece adquiriendo información.</w:t>
      </w:r>
    </w:p>
    <w:p>
      <w:r>
        <w:t>Se fortalece practicando respuestas.</w:t>
      </w:r>
    </w:p>
    <w:p>
      <w:r>
        <w:t>Se fortalece escogiendo cuidadosamente las amistades.</w:t>
      </w:r>
    </w:p>
    <w:p>
      <w:r>
        <w:t>Se fortalece pidiendo ayuda.</w:t>
      </w:r>
    </w:p>
    <w:p>
      <w:r>
        <w:t>Se fortalece construyendo metas.</w:t>
      </w:r>
    </w:p>
    <w:p>
      <w:r>
        <w:t>Se fortalece alejándose de ambientes peligrosos.</w:t>
      </w:r>
    </w:p>
    <w:p>
      <w:r>
        <w:t>Se fortalece reconociendo que nadie es invulnerable.</w:t>
      </w:r>
    </w:p>
    <w:p>
      <w:r>
        <w:t>Quien cree que jamás podría caer puede exponerse innecesariamente. Quien reconoce sus debilidades tiene la oportunidad de protegerlas.</w:t>
      </w:r>
    </w:p>
    <w:p>
      <w:pPr>
        <w:pStyle w:val="Heading3"/>
      </w:pPr>
      <w:r>
        <w:t>La decisión debe tomarse antes</w:t>
      </w:r>
    </w:p>
    <w:p>
      <w:r>
        <w:t>El peor momento para decidir si se consumirá una droga es cuando la sustancia ya se encuentra en la mano y varias personas están presionando.</w:t>
      </w:r>
    </w:p>
    <w:p>
      <w:r>
        <w:t>La decisión debe tomarse antes.</w:t>
      </w:r>
    </w:p>
    <w:p>
      <w:r>
        <w:t>Debe tomarse mientras se piensa con claridad, se recuerdan las consecuencias y se comprenden las razones para protegerse. Después, cuando llegue el ofrecimiento, no será necesario comenzar una discusión interior. Solo habrá que cumplir una decisión ya establecida.</w:t>
      </w:r>
    </w:p>
    <w:p>
      <w:r>
        <w:t>Evaluarse a uno mismo no significa vivir con miedo. Significa conocerse, prepararse y asumir la responsabilidad de cuidar la propia vida.</w:t>
      </w:r>
    </w:p>
    <w:p>
      <w:r>
        <w:t>Las drogas prometen unos minutos de placer o de olvido, pero pueden exigir años de sufrimiento. Ninguna presión, curiosidad o amistad merece semejante precio.</w:t>
      </w:r>
    </w:p>
    <w:p>
      <w:r>
        <w:t>La pregunta más importante no es si los demás consumirán.</w:t>
      </w:r>
    </w:p>
    <w:p>
      <w:r>
        <w:t>La pregunta es:</w:t>
      </w:r>
    </w:p>
    <w:p>
      <w:r>
        <w:t>¿Qué haré yo cuando llegue el momento de decidir?</w:t>
      </w:r>
    </w:p>
    <w:p>
      <w:r>
        <w:t>Y la respuesta debe estar preparada desde ahora:</w:t>
      </w:r>
    </w:p>
    <w:p>
      <w:r>
        <w:t>Protegeré mi vida. Diré que no.</w:t>
      </w:r>
    </w:p>
    <w:p>
      <w:r>
        <w:br w:type="page"/>
      </w:r>
    </w:p>
    <w:p>
      <w:pPr>
        <w:pStyle w:val="Heading1"/>
      </w:pPr>
      <w:r>
        <w:t>CAPÍTULO 6</w:t>
      </w:r>
    </w:p>
    <w:p>
      <w:pPr>
        <w:pStyle w:val="Heading2"/>
      </w:pPr>
      <w:r>
        <w:t>Cuando la droga ya decide por ti</w:t>
      </w:r>
    </w:p>
    <w:p>
      <w:r>
        <w:t>Llega un momento en que el consumo deja de ser una elección ocasional y se convierte en una necesidad. La persona continúa afirmando que decide cuándo, cuánto y dónde consumir, pero sus pensamientos, horarios, gastos y relaciones comienzan a organizarse alrededor de la sustancia.</w:t>
      </w:r>
    </w:p>
    <w:p>
      <w:r>
        <w:t>Al principio, busca la droga. Después, parece que la droga la busca a ella.</w:t>
      </w:r>
    </w:p>
    <w:p>
      <w:r>
        <w:t>Ya no consume únicamente para experimentar placer. Puede hacerlo para evitar el malestar que siente cuando intenta detenerse, para enfrentar el día o simplemente para sentirse normal. Lo que antes parecía una diversión comienza a convertirse en una obligación.</w:t>
      </w:r>
    </w:p>
    <w:p>
      <w:r>
        <w:t>La libertad va desapareciendo, aunque la persona se resista a reconocerlo.</w:t>
      </w:r>
    </w:p>
    <w:p>
      <w:pPr>
        <w:pStyle w:val="Heading3"/>
      </w:pPr>
      <w:r>
        <w:t>De la elección a la dependencia</w:t>
      </w:r>
    </w:p>
    <w:p>
      <w:r>
        <w:t>El cambio no suele ocurrir de un día para otro. Se produce mediante pequeñas concesiones.</w:t>
      </w:r>
    </w:p>
    <w:p>
      <w:r>
        <w:t>La persona bebe solamente en las fiestas. Más adelante, también lo hace en su casa. Primero consume con amigos; después, a solas. Al comienzo utiliza su dinero sobrante; luego gasta lo destinado a otras necesidades. Lo que antes rechazaba comienza a parecerle aceptable.</w:t>
      </w:r>
    </w:p>
    <w:p>
      <w:r>
        <w:t>Cada paso facilita el siguiente.</w:t>
      </w:r>
    </w:p>
    <w:p>
      <w:r>
        <w:t>La droga ocupa gradualmente el lugar de las actividades, responsabilidades y personas que antes eran importantes. El consumidor puede abandonar pasatiempos, cambiar de amistades, faltar al trabajo y alejarse de su familia.</w:t>
      </w:r>
    </w:p>
    <w:p>
      <w:r>
        <w:t>No siempre percibe esas pérdidas como consecuencias de la sustancia. Encuentra explicaciones para cada una y continúa creyendo que todavía controla la situación.</w:t>
      </w:r>
    </w:p>
    <w:p>
      <w:r>
        <w:t>Pero cuando todo comienza a adaptarse al consumo, ya no es la persona quien establece las condiciones.</w:t>
      </w:r>
    </w:p>
    <w:p>
      <w:pPr>
        <w:pStyle w:val="Heading3"/>
      </w:pPr>
      <w:r>
        <w:t>El pensamiento dominado</w:t>
      </w:r>
    </w:p>
    <w:p>
      <w:r>
        <w:t>Una señal preocupante aparece cuando gran parte del pensamiento gira alrededor de la próxima oportunidad de consumir.</w:t>
      </w:r>
    </w:p>
    <w:p>
      <w:r>
        <w:t>La persona se pregunta:</w:t>
      </w:r>
    </w:p>
    <w:p>
      <w:r>
        <w:t>¿Cuándo podré hacerlo?</w:t>
      </w:r>
    </w:p>
    <w:p>
      <w:r>
        <w:t>¿Dónde conseguiré la sustancia?</w:t>
      </w:r>
    </w:p>
    <w:p>
      <w:r>
        <w:t>¿Tengo suficiente dinero?</w:t>
      </w:r>
    </w:p>
    <w:p>
      <w:r>
        <w:t>¿Cómo ocultaré el consumo?</w:t>
      </w:r>
    </w:p>
    <w:p>
      <w:r>
        <w:t>¿Qué explicación daré si llego tarde?</w:t>
      </w:r>
    </w:p>
    <w:p>
      <w:r>
        <w:t>Incluso cuando se encuentra con su familia, trabajando o descansando, una parte de su mente permanece concentrada en la droga. Puede mostrarse inquieta, distraída o impaciente hasta que consigue consumir.</w:t>
      </w:r>
    </w:p>
    <w:p>
      <w:r>
        <w:t>Esa preocupación constante le roba atención a todo lo demás. Las conversaciones pierden importancia, las responsabilidades parecen obstáculos y las personas queridas son vistas como impedimentos.</w:t>
      </w:r>
    </w:p>
    <w:p>
      <w:r>
        <w:t>La sustancia comienza a ocupar el centro de la vida.</w:t>
      </w:r>
    </w:p>
    <w:p>
      <w:pPr>
        <w:pStyle w:val="Heading3"/>
      </w:pPr>
      <w:r>
        <w:t>La pérdida de prioridades</w:t>
      </w:r>
    </w:p>
    <w:p>
      <w:r>
        <w:t>Antes del consumo problemático, una persona puede considerar fundamentales a sus hijos, su pareja, su trabajo, su salud y su dignidad. Cuando la dependencia avanza, esas prioridades no siempre desaparecen de sus palabras, pero sí de sus actos.</w:t>
      </w:r>
    </w:p>
    <w:p>
      <w:r>
        <w:t>Continúa diciendo que ama a su familia, pero gasta el dinero destinado a alimentarla. Afirma que valora su empleo, pero llega tarde o falta. Declara que cuida su salud, pero ignora las advertencias médicas.</w:t>
      </w:r>
    </w:p>
    <w:p>
      <w:r>
        <w:t>Esta contradicción resulta dolorosa para quienes la rodean. Los familiares se preguntan cómo alguien que los ama puede perjudicarlos de esa manera.</w:t>
      </w:r>
    </w:p>
    <w:p>
      <w:r>
        <w:t>La respuesta no es sencilla. El amor puede continuar existiendo, pero la dependencia altera la conducta y coloca la necesidad de consumir por encima de compromisos que antes parecían inviolables.</w:t>
      </w:r>
    </w:p>
    <w:p>
      <w:r>
        <w:t>Comprenderlo no elimina la responsabilidad. Sin embargo, permite reconocer que ya no se trata solamente de una falta de voluntad o de cariño. Existe un problema que requiere intervención.</w:t>
      </w:r>
    </w:p>
    <w:p>
      <w:pPr>
        <w:pStyle w:val="Heading3"/>
      </w:pPr>
      <w:r>
        <w:t>Las mentiras</w:t>
      </w:r>
    </w:p>
    <w:p>
      <w:r>
        <w:t>La dependencia necesita ocultarse para poder continuar. Por eso comienzan las mentiras.</w:t>
      </w:r>
    </w:p>
    <w:p>
      <w:r>
        <w:t>La persona miente sobre la cantidad que consume, el dinero que gasta y los lugares que visita. Inventa retrasos, esconde botellas, elimina mensajes y busca explicaciones para sus ausencias.</w:t>
      </w:r>
    </w:p>
    <w:p>
      <w:r>
        <w:t>Puede prometer que no volverá a hacerlo mientras ya está pensando en la próxima ocasión. También puede negar hechos evidentes y reaccionar con indignación cuando alguien la confronta.</w:t>
      </w:r>
    </w:p>
    <w:p>
      <w:r>
        <w:t>Algunas mentiras se dirigen a la familia; otras, a los médicos, empleadores y amigos. Pero las más peligrosas son las que se dice a sí misma:</w:t>
      </w:r>
    </w:p>
    <w:p>
      <w:r>
        <w:t>—Todavía no es tan grave.</w:t>
      </w:r>
    </w:p>
    <w:p>
      <w:r>
        <w:t>—Mañana lo dejo.</w:t>
      </w:r>
    </w:p>
    <w:p>
      <w:r>
        <w:t>—Puedo detenerme sin ayuda.</w:t>
      </w:r>
    </w:p>
    <w:p>
      <w:r>
        <w:t>—Nadie se está dando cuenta.</w:t>
      </w:r>
    </w:p>
    <w:p>
      <w:r>
        <w:t>—La sustancia es lo único que me ayuda.</w:t>
      </w:r>
    </w:p>
    <w:p>
      <w:r>
        <w:t>Cada engaño le concede más tiempo a la dependencia.</w:t>
      </w:r>
    </w:p>
    <w:p>
      <w:pPr>
        <w:pStyle w:val="Heading3"/>
      </w:pPr>
      <w:r>
        <w:t>El dinero deja de tener el mismo significado</w:t>
      </w:r>
    </w:p>
    <w:p>
      <w:r>
        <w:t>Cuando la droga comienza a decidir, el dinero destinado a necesidades esenciales puede convertirse en dinero para consumir.</w:t>
      </w:r>
    </w:p>
    <w:p>
      <w:r>
        <w:t>Primero se gastan pequeñas cantidades. Después aparecen préstamos, deudas y objetos empeñados. La persona solicita dinero con una explicación falsa o promete devolverlo rápidamente. Si la familia se niega, puede reaccionar con enojo, manipulación o amenazas.</w:t>
      </w:r>
    </w:p>
    <w:p>
      <w:r>
        <w:t>Algunos consumidores venden pertenencias propias y, más adelante, toman las de otros. Actos que antes les habrían causado vergüenza comienzan a justificarse por la urgencia del consumo.</w:t>
      </w:r>
    </w:p>
    <w:p>
      <w:r>
        <w:t>La sustancia no solamente vacía los bolsillos. También destruye la confianza que sostiene a una familia.</w:t>
      </w:r>
    </w:p>
    <w:p>
      <w:pPr>
        <w:pStyle w:val="Heading3"/>
      </w:pPr>
      <w:r>
        <w:t>El aislamiento</w:t>
      </w:r>
    </w:p>
    <w:p>
      <w:r>
        <w:t>A medida que el problema avanza, la persona puede alejarse de quienes cuestionan su conducta. Interpreta la preocupación como persecución y busca la compañía de quienes consumen o no hacen preguntas.</w:t>
      </w:r>
    </w:p>
    <w:p>
      <w:r>
        <w:t>Deja de asistir a reuniones familiares, abandona actividades saludables y pierde contacto con amistades antiguas. Su mundo se vuelve cada vez más pequeño.</w:t>
      </w:r>
    </w:p>
    <w:p>
      <w:r>
        <w:t>Ese aislamiento beneficia a la dependencia. Sin voces que contradigan las excusas, resulta más fácil continuar. La persona puede llegar a creer que nadie la comprende y que la droga es su única compañía.</w:t>
      </w:r>
    </w:p>
    <w:p>
      <w:r>
        <w:t>Sin embargo, esa supuesta compañía aumenta la soledad. Cuando necesita apoyo verdadero, descubre que ha apartado a quienes más deseaban ayudarla.</w:t>
      </w:r>
    </w:p>
    <w:p>
      <w:pPr>
        <w:pStyle w:val="Heading3"/>
      </w:pPr>
      <w:r>
        <w:t>El cuerpo comienza a exigir</w:t>
      </w:r>
    </w:p>
    <w:p>
      <w:r>
        <w:t>Con el tiempo, el organismo puede adaptarse a la sustancia y necesitar cantidades mayores para producir efectos semejantes. Lo que antes parecía suficiente deja de serlo.</w:t>
      </w:r>
    </w:p>
    <w:p>
      <w:r>
        <w:t>También puede aparecer malestar al reducir o suspender el consumo: ansiedad, irritabilidad, sudoración, temblores, insomnio u otros síntomas. La naturaleza y gravedad de estas reacciones dependen de la sustancia y del patrón de consumo.</w:t>
      </w:r>
    </w:p>
    <w:p>
      <w:r>
        <w:t>En ese momento, la persona ya no consume solamente para sentirse bien. Puede hacerlo para dejar de sentirse mal.</w:t>
      </w:r>
    </w:p>
    <w:p>
      <w:r>
        <w:t>Esta diferencia marca una etapa peligrosa. La dependencia comienza a imponer sus propias reglas y la voluntad parece perder fuerza frente a la necesidad física y emocional.</w:t>
      </w:r>
    </w:p>
    <w:p>
      <w:r>
        <w:t>La interrupción brusca de algunas sustancias puede ser peligrosa. Quien ha desarrollado un consumo intenso o prolongado debe buscar atención profesional y no intentar resolverlo a escondidas ni siguiendo consejos improvisados.</w:t>
      </w:r>
    </w:p>
    <w:p>
      <w:pPr>
        <w:pStyle w:val="Heading3"/>
      </w:pPr>
      <w:r>
        <w:t>La conducta cambia</w:t>
      </w:r>
    </w:p>
    <w:p>
      <w:r>
        <w:t>Las familias suelen decir:</w:t>
      </w:r>
    </w:p>
    <w:p>
      <w:r>
        <w:t>—Ya no parece la misma persona.</w:t>
      </w:r>
    </w:p>
    <w:p>
      <w:r>
        <w:t>Alguien antes tranquilo puede volverse irritable. Una persona responsable comienza a incumplir. Quien cuidaba su apariencia deja de hacerlo. El consumidor puede pasar rápidamente de la euforia al enojo, de las promesas al insulto y del arrepentimiento a una nueva recaída.</w:t>
      </w:r>
    </w:p>
    <w:p>
      <w:r>
        <w:t>Estos cambios no significan que haya desaparecido por completo la persona que existía antes. Pero la dependencia está ocupando un espacio creciente en su conducta.</w:t>
      </w:r>
    </w:p>
    <w:p>
      <w:r>
        <w:t>Los familiares conservan la esperanza de que vuelva a ser quien era. Por eso aceptan disculpas, pagan deudas y conceden nuevas oportunidades. Sin embargo, las palabras no bastan. Para que exista un cambio verdadero deben aparecer acciones: reconocimiento del problema, tratamiento, responsabilidad y constancia.</w:t>
      </w:r>
    </w:p>
    <w:p>
      <w:pPr>
        <w:pStyle w:val="Heading3"/>
      </w:pPr>
      <w:r>
        <w:t>Las consecuencias dejan de detener el consumo</w:t>
      </w:r>
    </w:p>
    <w:p>
      <w:r>
        <w:t>Una de las señales más graves aparece cuando la persona continúa consumiendo a pesar de conocer claramente las consecuencias.</w:t>
      </w:r>
    </w:p>
    <w:p>
      <w:r>
        <w:t>Ha sufrido un accidente, pero vuelve a beber.</w:t>
      </w:r>
    </w:p>
    <w:p>
      <w:r>
        <w:t>Ha recibido una advertencia laboral, pero vuelve a consumir.</w:t>
      </w:r>
    </w:p>
    <w:p>
      <w:r>
        <w:t>Su pareja amenaza con marcharse, pero la sustancia sigue presente.</w:t>
      </w:r>
    </w:p>
    <w:p>
      <w:r>
        <w:t>El médico le informa que su salud está en peligro, pero no se detiene.</w:t>
      </w:r>
    </w:p>
    <w:p>
      <w:r>
        <w:t>Promete cambiar después de cada crisis y, sin embargo, regresa al consumo.</w:t>
      </w:r>
    </w:p>
    <w:p>
      <w:r>
        <w:t>Desde afuera, esta conducta parece incomprensible. Los familiares preguntan:</w:t>
      </w:r>
    </w:p>
    <w:p>
      <w:r>
        <w:t>—¿Cómo puede continuar después de todo lo ocurrido?</w:t>
      </w:r>
    </w:p>
    <w:p>
      <w:r>
        <w:t>La dependencia no elimina completamente la capacidad de decidir, pero puede debilitarla profundamente. La necesidad de consumir compite con el miedo, el amor y la razón. Por eso no siempre basta con enumerar las consecuencias. La persona puede necesitarlas delante de sus ojos y aun así ser incapaz de detenerse sin ayuda.</w:t>
      </w:r>
    </w:p>
    <w:p>
      <w:pPr>
        <w:pStyle w:val="Heading3"/>
      </w:pPr>
      <w:r>
        <w:t>La droga obliga a cruzar límites</w:t>
      </w:r>
    </w:p>
    <w:p>
      <w:r>
        <w:t>Muchas personas comienzan con ciertas reglas morales que consideran inquebrantables:</w:t>
      </w:r>
    </w:p>
    <w:p>
      <w:r>
        <w:t>—Nunca mentiré.</w:t>
      </w:r>
    </w:p>
    <w:p>
      <w:r>
        <w:t>—Jamás tomaré dinero de mi familia.</w:t>
      </w:r>
    </w:p>
    <w:p>
      <w:r>
        <w:t>—No consumiré delante de mis hijos.</w:t>
      </w:r>
    </w:p>
    <w:p>
      <w:r>
        <w:t>—Nunca conduciré intoxicado.</w:t>
      </w:r>
    </w:p>
    <w:p>
      <w:r>
        <w:t>—No utilizaré una sustancia más peligrosa.</w:t>
      </w:r>
    </w:p>
    <w:p>
      <w:r>
        <w:t>Cuando la dependencia avanza, esos límites comienzan a caer. Cada uno se cruza con una explicación temporal:</w:t>
      </w:r>
    </w:p>
    <w:p>
      <w:r>
        <w:t>—Solo fue esta vez.</w:t>
      </w:r>
    </w:p>
    <w:p>
      <w:r>
        <w:t>—No tenía otra opción.</w:t>
      </w:r>
    </w:p>
    <w:p>
      <w:r>
        <w:t>—Después lo devolveré.</w:t>
      </w:r>
    </w:p>
    <w:p>
      <w:r>
        <w:t>—Nadie salió lastimado.</w:t>
      </w:r>
    </w:p>
    <w:p>
      <w:r>
        <w:t>Pero cada límite destruido facilita la destrucción del siguiente.</w:t>
      </w:r>
    </w:p>
    <w:p>
      <w:r>
        <w:t>La persona puede mirarse al espejo y no reconocer sus propios actos. Siente vergüenza, pero también temor de vivir sin la sustancia. Queda atrapada entre el deseo de cambiar y la necesidad de continuar.</w:t>
      </w:r>
    </w:p>
    <w:p>
      <w:pPr>
        <w:pStyle w:val="Heading3"/>
      </w:pPr>
      <w:r>
        <w:t>El deterioro de la dignidad</w:t>
      </w:r>
    </w:p>
    <w:p>
      <w:r>
        <w:t>La dependencia no solo perjudica el cuerpo y las relaciones. También afecta la imagen que una persona tiene de sí misma.</w:t>
      </w:r>
    </w:p>
    <w:p>
      <w:r>
        <w:t>Después de mentir, robar, abandonar a sus hijos o incumplir repetidamente sus promesas, puede llegar a creer que ya no merece respeto ni recuperación. Se llama inútil, fracasada o incorregible.</w:t>
      </w:r>
    </w:p>
    <w:p>
      <w:r>
        <w:t>Esa vergüenza resulta peligrosa. Si piensa que no vale nada, encontrará menos razones para cuidarse. Puede continuar consumiendo para escapar del dolor provocado por sus propios actos.</w:t>
      </w:r>
    </w:p>
    <w:p>
      <w:r>
        <w:t>Por eso debemos diferenciar entre la responsabilidad y la destrucción personal. La persona debe reconocer el daño que causó y hacer lo posible por repararlo. Pero también necesita comprender que sus errores no eliminan para siempre su dignidad.</w:t>
      </w:r>
    </w:p>
    <w:p>
      <w:r>
        <w:t>Sin responsabilidad no existe recuperación verdadera. Sin esperanza, tampoco.</w:t>
      </w:r>
    </w:p>
    <w:p>
      <w:pPr>
        <w:pStyle w:val="Heading3"/>
      </w:pPr>
      <w:r>
        <w:t>La familia no puede controlar por el consumidor</w:t>
      </w:r>
    </w:p>
    <w:p>
      <w:r>
        <w:t>Cuando la droga ya decide, los familiares intentan recuperar el control que la persona ha perdido. Vigilan sus movimientos, buscan sustancias escondidas, administran su dinero y lo siguen de un lugar a otro.</w:t>
      </w:r>
    </w:p>
    <w:p>
      <w:r>
        <w:t>Estas acciones nacen del temor y del amor, pero ninguna familia puede permanecer vigilando cada minuto. Tampoco puede tomar por otra persona la decisión de recuperarse.</w:t>
      </w:r>
    </w:p>
    <w:p>
      <w:r>
        <w:t>La familia sí puede establecer límites:</w:t>
      </w:r>
    </w:p>
    <w:p>
      <w:pPr>
        <w:pStyle w:val="ListBullet"/>
      </w:pPr>
      <w:r>
        <w:t>No entregar dinero que      pueda utilizarse para consumir.</w:t>
      </w:r>
    </w:p>
    <w:p>
      <w:pPr>
        <w:pStyle w:val="ListBullet"/>
      </w:pPr>
      <w:r>
        <w:t>No mentir para justificar      ausencias.</w:t>
      </w:r>
    </w:p>
    <w:p>
      <w:pPr>
        <w:pStyle w:val="ListBullet"/>
      </w:pPr>
      <w:r>
        <w:t>No tolerar violencia ni      amenazas.</w:t>
      </w:r>
    </w:p>
    <w:p>
      <w:pPr>
        <w:pStyle w:val="ListBullet"/>
      </w:pPr>
      <w:r>
        <w:t>Proteger a los niños y a      otros integrantes vulnerables.</w:t>
      </w:r>
    </w:p>
    <w:p>
      <w:pPr>
        <w:pStyle w:val="ListBullet"/>
      </w:pPr>
      <w:r>
        <w:t>Ofrecer ayuda para buscar      tratamiento.</w:t>
      </w:r>
    </w:p>
    <w:p>
      <w:pPr>
        <w:pStyle w:val="ListBullet"/>
      </w:pPr>
      <w:r>
        <w:t>Solicitar orientación      para ella misma.</w:t>
      </w:r>
    </w:p>
    <w:p>
      <w:r>
        <w:t>Acompañar no significa convertirse en carcelero. La recuperación requiere que el consumidor asuma una responsabilidad personal.</w:t>
      </w:r>
    </w:p>
    <w:p>
      <w:pPr>
        <w:pStyle w:val="Heading3"/>
      </w:pPr>
      <w:r>
        <w:t>El momento de intervenir</w:t>
      </w:r>
    </w:p>
    <w:p>
      <w:r>
        <w:t>No es necesario esperar a que la persona pierda el hogar, el trabajo o la salud. Cuanto más avance la dependencia, mayores serán los daños y más difícil puede resultar la recuperación.</w:t>
      </w:r>
    </w:p>
    <w:p>
      <w:r>
        <w:t>Las señales deben tomarse en serio:</w:t>
      </w:r>
    </w:p>
    <w:p>
      <w:pPr>
        <w:pStyle w:val="ListBullet"/>
      </w:pPr>
      <w:r>
        <w:t>Aumento de la cantidad o      frecuencia del consumo.</w:t>
      </w:r>
    </w:p>
    <w:p>
      <w:pPr>
        <w:pStyle w:val="ListBullet"/>
      </w:pPr>
      <w:r>
        <w:t>Intentos fallidos de detenerse.</w:t>
      </w:r>
    </w:p>
    <w:p>
      <w:pPr>
        <w:pStyle w:val="ListBullet"/>
      </w:pPr>
      <w:r>
        <w:t>Mentiras y ocultamiento.</w:t>
      </w:r>
    </w:p>
    <w:p>
      <w:pPr>
        <w:pStyle w:val="ListBullet"/>
      </w:pPr>
      <w:r>
        <w:t>Abandono de responsabilidades.</w:t>
      </w:r>
    </w:p>
    <w:p>
      <w:pPr>
        <w:pStyle w:val="ListBullet"/>
      </w:pPr>
      <w:r>
        <w:t>Cambios marcados de conducta.</w:t>
      </w:r>
    </w:p>
    <w:p>
      <w:pPr>
        <w:pStyle w:val="ListBullet"/>
      </w:pPr>
      <w:r>
        <w:t>Problemas económicos      relacionados con la sustancia.</w:t>
      </w:r>
    </w:p>
    <w:p>
      <w:pPr>
        <w:pStyle w:val="ListBullet"/>
      </w:pPr>
      <w:r>
        <w:t>Consumo a pesar de      consecuencias graves.</w:t>
      </w:r>
    </w:p>
    <w:p>
      <w:pPr>
        <w:pStyle w:val="ListBullet"/>
      </w:pPr>
      <w:r>
        <w:t>Malestar cuando intenta suspenderla.</w:t>
      </w:r>
    </w:p>
    <w:p>
      <w:pPr>
        <w:pStyle w:val="ListBullet"/>
      </w:pPr>
      <w:r>
        <w:t>Aislamiento de familiares      y amigos responsables.</w:t>
      </w:r>
    </w:p>
    <w:p>
      <w:pPr>
        <w:pStyle w:val="ListBullet"/>
      </w:pPr>
      <w:r>
        <w:t>Pérdida de interés en      actividades importantes.</w:t>
      </w:r>
    </w:p>
    <w:p>
      <w:r>
        <w:t>Ante estas señales, conviene buscar una evaluación profesional. No debe confiarse en remedios secretos, amenazas vacías ni promesas realizadas durante una crisis.</w:t>
      </w:r>
    </w:p>
    <w:p>
      <w:pPr>
        <w:pStyle w:val="Heading3"/>
      </w:pPr>
      <w:r>
        <w:t>Recuperar la capacidad de decidir</w:t>
      </w:r>
    </w:p>
    <w:p>
      <w:r>
        <w:t>Aunque la droga haya comenzado a gobernar, la recuperación es posible. Pero rara vez comienza con una frase grandiosa. Puede comenzar con una admisión sencilla:</w:t>
      </w:r>
    </w:p>
    <w:p>
      <w:r>
        <w:t>—He perdido el control.</w:t>
      </w:r>
    </w:p>
    <w:p>
      <w:r>
        <w:t>Decirlo no convierte a la persona en débil. Significa que ha dejado de proteger la dependencia con excusas.</w:t>
      </w:r>
    </w:p>
    <w:p>
      <w:r>
        <w:t>Después debe llegar la acción: acudir a profesionales, aceptar un plan de tratamiento, apartarse de ambientes de consumo y construir una red de apoyo. También será necesario reparar daños y aprender nuevas maneras de enfrentar las emociones.</w:t>
      </w:r>
    </w:p>
    <w:p>
      <w:r>
        <w:t>La recuperación no devuelve inmediatamente todo lo perdido. La confianza puede tardar mucho en reconstruirse. Algunas consecuencias no podrán borrarse. Pero cada día sin consumo y cada responsabilidad cumplida representan una parte de la libertad recuperada.</w:t>
      </w:r>
    </w:p>
    <w:p>
      <w:pPr>
        <w:pStyle w:val="Heading3"/>
      </w:pPr>
      <w:r>
        <w:t>La libertad verdadera</w:t>
      </w:r>
    </w:p>
    <w:p>
      <w:r>
        <w:t>Muchas personas comenzaron a consumir creyendo que ejercían su libertad. Pensaban que nadie tenía derecho a decirles qué hacer con su vida.</w:t>
      </w:r>
    </w:p>
    <w:p>
      <w:r>
        <w:t>Pero la libertad no consiste en obedecer cada deseo. Consiste en poder elegir sin estar dominado por una necesidad.</w:t>
      </w:r>
    </w:p>
    <w:p>
      <w:r>
        <w:t>Quien necesita una sustancia para levantarse, dormir, relacionarse o soportar sus emociones no es plenamente libre. Puede rechazar los consejos de todos y, sin embargo, obedecer ciegamente a una droga.</w:t>
      </w:r>
    </w:p>
    <w:p>
      <w:r>
        <w:t>Cuando la sustancia decide dónde ir, con quién relacionarse, cuánto dinero gastar y qué promesas incumplir, se ha convertido en dueña de la vida.</w:t>
      </w:r>
    </w:p>
    <w:p>
      <w:r>
        <w:t>Reconocer esa esclavitud es doloroso, pero indispensable.</w:t>
      </w:r>
    </w:p>
    <w:p>
      <w:r>
        <w:t>La droga puede haber decidido durante meses o años. Puede haber destruido oportunidades, relaciones y sueños. Sin embargo, no tiene que conservar el control para siempre.</w:t>
      </w:r>
    </w:p>
    <w:p>
      <w:r>
        <w:t>Con tratamiento, apoyo, responsabilidad y perseverancia, la persona puede comenzar a decidir nuevamente.</w:t>
      </w:r>
    </w:p>
    <w:p>
      <w:r>
        <w:t>Puede elegir la verdad en lugar de la mentira.</w:t>
      </w:r>
    </w:p>
    <w:p>
      <w:r>
        <w:t>Puede elegir a su familia en lugar del aislamiento.</w:t>
      </w:r>
    </w:p>
    <w:p>
      <w:r>
        <w:t>Puede elegir la ayuda en lugar del orgullo.</w:t>
      </w:r>
    </w:p>
    <w:p>
      <w:r>
        <w:t>Puede elegir la vida en lugar de la destrucción.</w:t>
      </w:r>
    </w:p>
    <w:p>
      <w:r>
        <w:t>Y cada elección correcta será un paso para romper las cadenas.</w:t>
      </w:r>
    </w:p>
    <w:p>
      <w:r>
        <w:br w:type="page"/>
      </w:r>
    </w:p>
    <w:p>
      <w:pPr>
        <w:pStyle w:val="Heading1"/>
      </w:pPr>
      <w:r>
        <w:t>CAPÍTULO 7</w:t>
      </w:r>
    </w:p>
    <w:p>
      <w:pPr>
        <w:pStyle w:val="Heading2"/>
      </w:pPr>
      <w:r>
        <w:t>¿Cuáles son, estadísticamente, las drogas más dañinas y peligrosas?</w:t>
      </w:r>
    </w:p>
    <w:p>
      <w:r>
        <w:t>Determinar cuál es la droga más peligrosa no resulta tan sencillo como parece. Una sustancia puede provocar un gran número de muertes porque millones de personas la consumen, mientras otra puede ser mucho más letal en cantidades pequeñas, aunque tenga menos consumidores.</w:t>
      </w:r>
    </w:p>
    <w:p>
      <w:r>
        <w:t>También debemos distinguir entre diferentes clases de daño:</w:t>
      </w:r>
    </w:p>
    <w:p>
      <w:pPr>
        <w:pStyle w:val="ListBullet"/>
      </w:pPr>
      <w:r>
        <w:t>La posibilidad de morir      por una sola dosis.</w:t>
      </w:r>
    </w:p>
    <w:p>
      <w:pPr>
        <w:pStyle w:val="ListBullet"/>
      </w:pPr>
      <w:r>
        <w:t>La capacidad para      producir dependencia.</w:t>
      </w:r>
    </w:p>
    <w:p>
      <w:pPr>
        <w:pStyle w:val="ListBullet"/>
      </w:pPr>
      <w:r>
        <w:t>El deterioro físico y      mental.</w:t>
      </w:r>
    </w:p>
    <w:p>
      <w:pPr>
        <w:pStyle w:val="ListBullet"/>
      </w:pPr>
      <w:r>
        <w:t>Las enfermedades causadas      durante años de consumo.</w:t>
      </w:r>
    </w:p>
    <w:p>
      <w:pPr>
        <w:pStyle w:val="ListBullet"/>
      </w:pPr>
      <w:r>
        <w:t>Los accidentes y actos      violentos.</w:t>
      </w:r>
    </w:p>
    <w:p>
      <w:pPr>
        <w:pStyle w:val="ListBullet"/>
      </w:pPr>
      <w:r>
        <w:t>El daño sufrido por la      familia.</w:t>
      </w:r>
    </w:p>
    <w:p>
      <w:pPr>
        <w:pStyle w:val="ListBullet"/>
      </w:pPr>
      <w:r>
        <w:t>El costo económico para      la sociedad.</w:t>
      </w:r>
    </w:p>
    <w:p>
      <w:r>
        <w:t>Por eso no existe una única clasificación que responda todas las preguntas. Las estadísticas deben interpretarse según lo que se desea medir.</w:t>
      </w:r>
    </w:p>
    <w:p>
      <w:pPr>
        <w:pStyle w:val="Heading3"/>
      </w:pPr>
      <w:r>
        <w:t>Una aclaración necesaria</w:t>
      </w:r>
    </w:p>
    <w:p>
      <w:r>
        <w:t>Las cifras tampoco pueden compararse de manera descuidada. Algunas corresponden al mundo entero y otras solamente a Estados Unidos. Unas registran muertes por sobredosis, mientras otras incluyen enfermedades, accidentes y consecuencias indirectas.</w:t>
      </w:r>
    </w:p>
    <w:p>
      <w:r>
        <w:t>Además, una muerte puede involucrar varias sustancias. Si una persona consumió fentanilo y cocaína, por ejemplo, puede aparecer en las estadísticas de ambas. Por ello, no siempre es correcto sumar las cifras como si cada una representara una muerte diferente.</w:t>
      </w:r>
    </w:p>
    <w:p>
      <w:r>
        <w:t>Aun con estas limitaciones, los datos permiten identificar las sustancias que causan mayor destrucción.</w:t>
      </w:r>
    </w:p>
    <w:p>
      <w:pPr>
        <w:pStyle w:val="Heading3"/>
      </w:pPr>
      <w:r>
        <w:t>El fentanilo y otros opioides sintéticos</w:t>
      </w:r>
    </w:p>
    <w:p>
      <w:r>
        <w:t>Cuando hablamos de peligro inmediato de sobredosis, el fentanilo ilícito ocupa uno de los primeros lugares.</w:t>
      </w:r>
    </w:p>
    <w:p>
      <w:r>
        <w:t>El fentanilo farmacéutico tiene usos médicos legítimos cuando es administrado cuidadosamente. El problema más grave se encuentra en el fentanilo fabricado y distribuido ilegalmente, cuya potencia y concentración pueden ser desconocidas.</w:t>
      </w:r>
    </w:p>
    <w:p>
      <w:r>
        <w:t>El Instituto Nacional sobre el Abuso de Drogas de Estados Unidos explica que el fentanilo es entre 50 y 100 veces más potente que la morfina. Una cantidad extremadamente pequeña puede reducir peligrosamente la respiración y causar la muerte.</w:t>
      </w:r>
    </w:p>
    <w:p>
      <w:r>
        <w:t>El consumidor puede creer que está comprando otra sustancia. El fentanilo se mezcla ilegalmente con heroína, cocaína y metanfetamina, y también se utiliza para fabricar pastillas falsas que imitan medicamentos legítimos. Esa persona quizá nunca decidió consumir fentanilo y desconoce que lo tiene frente a ella.</w:t>
      </w:r>
    </w:p>
    <w:p>
      <w:r>
        <w:t>En Estados Unidos, casi 73,000 muertes por sobredosis ocurridas en 2023 involucraron opioides sintéticos distintos de la metadona, principalmente fentanilo fabricado ilegalmente. Esa cifra representó cerca del 69 % de todas las muertes por sobredosis registradas aquel año. ([CDC](https://www.cdc.gov/overdose-prevention/about/index.html))</w:t>
      </w:r>
    </w:p>
    <w:p>
      <w:r>
        <w:t>Las cifras provisionales posteriores muestran un descenso importante de las muertes por sobredosis, lo cual representa una noticia esperanzadora. Sin embargo, decenas de miles de personas continúan muriendo y el fentanilo sigue constituyendo una amenaza enorme.</w:t>
      </w:r>
    </w:p>
    <w:p>
      <w:r>
        <w:t>Su peligro se debe a la combinación de varios factores:</w:t>
      </w:r>
    </w:p>
    <w:p>
      <w:pPr>
        <w:pStyle w:val="ListBullet"/>
      </w:pPr>
      <w:r>
        <w:t>Es extraordinariamente potente.</w:t>
      </w:r>
    </w:p>
    <w:p>
      <w:pPr>
        <w:pStyle w:val="ListBullet"/>
      </w:pPr>
      <w:r>
        <w:t>Puede encontrarse oculto      en otras drogas.</w:t>
      </w:r>
    </w:p>
    <w:p>
      <w:pPr>
        <w:pStyle w:val="ListBullet"/>
      </w:pPr>
      <w:r>
        <w:t>La concentración varía de      una muestra a otra.</w:t>
      </w:r>
    </w:p>
    <w:p>
      <w:pPr>
        <w:pStyle w:val="ListBullet"/>
      </w:pPr>
      <w:r>
        <w:t>Puede detener rápidamente      la respiración.</w:t>
      </w:r>
    </w:p>
    <w:p>
      <w:pPr>
        <w:pStyle w:val="ListBullet"/>
      </w:pPr>
      <w:r>
        <w:t>Una pastilla falsa puede      parecer un medicamento auténtico.</w:t>
      </w:r>
    </w:p>
    <w:p>
      <w:r>
        <w:t>Por estas razones, ninguna pastilla obtenida en la calle, por medio de un desconocido o a través de las redes sociales debe considerarse segura.</w:t>
      </w:r>
    </w:p>
    <w:p>
      <w:pPr>
        <w:pStyle w:val="Heading3"/>
      </w:pPr>
      <w:r>
        <w:t>La heroína y otros opioides</w:t>
      </w:r>
    </w:p>
    <w:p>
      <w:r>
        <w:t>Los opioides incluyen la heroína, el fentanilo y determinados medicamentos recetados para tratar el dolor. Pueden producir alivio y euforia, pero también dependencia y una peligrosa reducción de la respiración.</w:t>
      </w:r>
    </w:p>
    <w:p>
      <w:r>
        <w:t>A escala mundial, los opioides han causado durante décadas la mayor parte de las muertes directas por sobredosis y de los años de vida saludable perdidos a causa de las drogas ilegales. ([Oficina de las Naciones Unidas contra la Droga y el Delito](https://www.unodc.org/documents/data-and-analysis/WDR_2025/WDR25_B2_Contemporary_drug_issues.pdf))</w:t>
      </w:r>
    </w:p>
    <w:p>
      <w:r>
        <w:t>La heroína continúa siendo peligrosa, aunque en Estados Unidos el fentanilo ilícito ha adquirido mayor presencia en las muertes por sobredosis. En 2023, cerca de 4,000 muertes estadounidenses involucraron heroína. En comparación, casi 73,000 involucraron opioides sintéticos, principalmente fentanilo. ([CDC](https://www.cdc.gov/overdose-prevention/about/index.html))</w:t>
      </w:r>
    </w:p>
    <w:p>
      <w:r>
        <w:t>Estas cifras no significan que la heroína se haya vuelto segura. También pueden reflejar cambios en el mercado ilegal y la presencia de fentanilo en sustancias vendidas como heroína.</w:t>
      </w:r>
    </w:p>
    <w:p>
      <w:r>
        <w:t>Una persona que vuelve a consumir opioides después de un periodo de abstinencia puede correr un riesgo especialmente alto. Su tolerancia puede haber disminuido y una cantidad que antes soportaba podría provocar una sobredosis.</w:t>
      </w:r>
    </w:p>
    <w:p>
      <w:pPr>
        <w:pStyle w:val="Heading3"/>
      </w:pPr>
      <w:r>
        <w:t>La metanfetamina y otros estimulantes</w:t>
      </w:r>
    </w:p>
    <w:p>
      <w:r>
        <w:t>La metanfetamina es un estimulante poderoso. Puede producir energía, euforia, menor sensación de cansancio y una falsa impresión de capacidad. Pero también puede provocar ansiedad intensa, paranoia, agitación, agresividad, alteraciones cardiovasculares y dependencia.</w:t>
      </w:r>
    </w:p>
    <w:p>
      <w:r>
        <w:t>En 2023, casi 35,000 muertes por sobredosis en Estados Unidos involucraron psicoestimulantes con potencial de abuso, principalmente metanfetamina. Esto representó aproximadamente un tercio de todas las muertes por sobredosis del país. ([CDC](https://www.cdc.gov/overdose-prevention/about/index.html))</w:t>
      </w:r>
    </w:p>
    <w:p>
      <w:r>
        <w:t>Muchas de esas muertes también involucraron opioides. Este dato es fundamental: actualmente, el peligro no siempre proviene de una sola droga. Las combinaciones se han convertido en una parte importante de la crisis.</w:t>
      </w:r>
    </w:p>
    <w:p>
      <w:r>
        <w:t>La metanfetamina puede deteriorar la salud física y mental, alterar el sueño y afectar las relaciones familiares y laborales. Algunas personas permanecen despiertas durante periodos prolongados, pierden el juicio y desarrollan ideas persecutorias.</w:t>
      </w:r>
    </w:p>
    <w:p>
      <w:r>
        <w:t>La sensación inicial de energía termina cobrándose con agotamiento, deterioro y una dependencia difícil de romper.</w:t>
      </w:r>
    </w:p>
    <w:p>
      <w:pPr>
        <w:pStyle w:val="Heading3"/>
      </w:pPr>
      <w:r>
        <w:t>La cocaína y el crack</w:t>
      </w:r>
    </w:p>
    <w:p>
      <w:r>
        <w:t>La cocaína es otro estimulante capaz de producir euforia, energía y una sensación temporal de confianza. El crack es una forma de cocaína cuyo efecto rápido puede favorecer un patrón repetitivo y compulsivo de consumo.</w:t>
      </w:r>
    </w:p>
    <w:p>
      <w:r>
        <w:t>Ambas formas pueden afectar el corazón y el cerebro. El consumidor se expone a alteraciones del ritmo cardiaco, infartos, convulsiones, accidentes cerebrovasculares, ansiedad y paranoia.</w:t>
      </w:r>
    </w:p>
    <w:p>
      <w:r>
        <w:t>En Estados Unidos, casi 30,000 muertes por sobredosis ocurridas en 2023 involucraron cocaína. En muchas de ellas también aparecieron opioides, particularmente fentanilo. ([CDC](https://www.cdc.gov/overdose-prevention/about/index.html))</w:t>
      </w:r>
    </w:p>
    <w:p>
      <w:r>
        <w:t>Esto significa que una persona puede creer que está consumiendo únicamente cocaína y morir por la presencia inesperada de un opioide sintético.</w:t>
      </w:r>
    </w:p>
    <w:p>
      <w:r>
        <w:t>El crack, por su rapidez de acción, puede producir un deseo intenso de repetir el consumo. La persona utiliza una dosis, experimenta un efecto breve y busca inmediatamente la siguiente. El dinero desaparece con rapidez y la vida comienza a organizarse alrededor de esa búsqueda.</w:t>
      </w:r>
    </w:p>
    <w:p>
      <w:pPr>
        <w:pStyle w:val="Heading3"/>
      </w:pPr>
      <w:r>
        <w:t>Los medicamentos utilizados sin supervisión</w:t>
      </w:r>
    </w:p>
    <w:p>
      <w:r>
        <w:t>Que una sustancia sea un medicamento no significa que pueda utilizarse de cualquier manera. Los opioides recetados, las benzodiacepinas y otros fármacos pueden ser beneficiosos cuando se administran correctamente, pero también pueden causar dependencia, intoxicación y muerte si se usan indebidamente.</w:t>
      </w:r>
    </w:p>
    <w:p>
      <w:r>
        <w:t>Las benzodiacepinas se recetan, entre otros propósitos, para tratar determinados problemas de ansiedad o sueño. Pueden producir sedación y disminuir la actividad del sistema nervioso. Su combinación con opioides resulta especialmente peligrosa porque ambas sustancias pueden reducir la respiración. ([NIDA](https://nida.nih.gov/research-topics/opioids/benzodiazepines-opioids))</w:t>
      </w:r>
    </w:p>
    <w:p>
      <w:r>
        <w:t>En 2023, aproximadamente 10,870 muertes por sobredosis en Estados Unidos involucraron benzodiacepinas. Cerca del 70 % de esas muertes también involucraron opioides. ([NIDA](https://nida.nih.gov/research-topics/trends-statistics/overdose-death-rates))</w:t>
      </w:r>
    </w:p>
    <w:p>
      <w:r>
        <w:t>Estos datos enseñan una lección sencilla: nunca deben compartirse medicamentos, modificar dosis sin orientación o mezclar fármacos con alcohol y otras drogas.</w:t>
      </w:r>
    </w:p>
    <w:p>
      <w:r>
        <w:t>Una pastilla no se vuelve inofensiva porque tenga una forma limpia, un color atractivo o un nombre farmacéutico.</w:t>
      </w:r>
    </w:p>
    <w:p>
      <w:pPr>
        <w:pStyle w:val="Heading3"/>
      </w:pPr>
      <w:r>
        <w:t>Las combinaciones: un peligro multiplicado</w:t>
      </w:r>
    </w:p>
    <w:p>
      <w:r>
        <w:t>Las muertes actuales por sobredosis frecuentemente involucran más de una sustancia. En 2023, entre los territorios estadounidenses estudiados, casi la mitad de las muertes por sobredosis involucró simultáneamente opioides y estimulantes. ([CDC](https://www.cdc.gov/overdose-prevention/about/index.html))</w:t>
      </w:r>
    </w:p>
    <w:p>
      <w:r>
        <w:t>Mezclar drogas no produce un resultado sencillo ni predecible. Una sustancia estimulante no “compensa” de manera segura a una depresora. El corazón, el cerebro y la respiración pueden recibir señales contradictorias y sufrir consecuencias mortales.</w:t>
      </w:r>
    </w:p>
    <w:p>
      <w:r>
        <w:t>Entre las combinaciones especialmente peligrosas se encuentran:</w:t>
      </w:r>
    </w:p>
    <w:p>
      <w:pPr>
        <w:pStyle w:val="ListBullet"/>
      </w:pPr>
      <w:r>
        <w:t>Opioides y benzodiacepinas.</w:t>
      </w:r>
    </w:p>
    <w:p>
      <w:pPr>
        <w:pStyle w:val="ListBullet"/>
      </w:pPr>
      <w:r>
        <w:t>Opioides y alcohol.</w:t>
      </w:r>
    </w:p>
    <w:p>
      <w:pPr>
        <w:pStyle w:val="ListBullet"/>
      </w:pPr>
      <w:r>
        <w:t>Cocaína y fentanilo.</w:t>
      </w:r>
    </w:p>
    <w:p>
      <w:pPr>
        <w:pStyle w:val="ListBullet"/>
      </w:pPr>
      <w:r>
        <w:t>Metanfetamina y fentanilo.</w:t>
      </w:r>
    </w:p>
    <w:p>
      <w:pPr>
        <w:pStyle w:val="ListBullet"/>
      </w:pPr>
      <w:r>
        <w:t>Varias sustancias      depresoras al mismo tiempo.</w:t>
      </w:r>
    </w:p>
    <w:p>
      <w:r>
        <w:t>También puede ocurrir que el consumidor no sepa que está mezclando. En el mercado ilegal no existen garantías sobre la composición, concentración o pureza de lo adquirido.</w:t>
      </w:r>
    </w:p>
    <w:p>
      <w:pPr>
        <w:pStyle w:val="Heading3"/>
      </w:pPr>
      <w:r>
        <w:t>El tabaco y la nicotina: una destrucción más lenta</w:t>
      </w:r>
    </w:p>
    <w:p>
      <w:r>
        <w:t>Si la clasificación se basa en el número total de muertes, no podemos ignorar el tabaco. Su daño suele producirse gradualmente, por lo que no provoca la misma alarma que una sobredosis inmediata.</w:t>
      </w:r>
    </w:p>
    <w:p>
      <w:r>
        <w:t>La Organización Mundial de la Salud informa que el tabaco causa más de siete millones de muertes anuales, incluyendo más de 1.6 millones entre personas que no fuman, pero están expuestas al humo ajeno. ([OMS](https://www.who.int/news-room/fact-sheets/detail/tobacco))</w:t>
      </w:r>
    </w:p>
    <w:p>
      <w:r>
        <w:t>La nicotina produce dependencia y mantiene al consumidor expuesto repetidamente a productos que pueden causar cáncer y enfermedades cardiovasculares y respiratorias.</w:t>
      </w:r>
    </w:p>
    <w:p>
      <w:r>
        <w:t>El tabaco demuestra que la droga estadísticamente más destructiva no siempre es la que mata con mayor rapidez. Una sustancia puede causar una enorme cantidad de muertes mediante enfermedades que tardan años en manifestarse.</w:t>
      </w:r>
    </w:p>
    <w:p>
      <w:pPr>
        <w:pStyle w:val="Heading3"/>
      </w:pPr>
      <w:r>
        <w:t>El alcohol</w:t>
      </w:r>
    </w:p>
    <w:p>
      <w:r>
        <w:t>El alcohol merece un capítulo independiente porque su legalidad, aceptación social y variedad de presentaciones ocultan con frecuencia su verdadera naturaleza.</w:t>
      </w:r>
    </w:p>
    <w:p>
      <w:r>
        <w:t>Según la Organización Mundial de la Salud, aproximadamente 2.6 millones de muertes ocurridas en el mundo en 2019 fueron atribuibles al alcohol. La misma organización estimó alrededor de 600,000 muertes anuales atribuibles al uso de drogas psicoactivas. ([OMS](https://www.who.int/news/item/25-06-2024-over-3-million-annual-deaths-due-to-alcohol-and-drug-use-majority-among-men))</w:t>
      </w:r>
    </w:p>
    <w:p>
      <w:r>
        <w:t>Esto no significa que cada bebida provoque la muerte ni permite comparar directamente todas las sustancias. Sí demuestra que el alcohol, considerado por muchos una diversión inofensiva, causa una carga sanitaria mundial extraordinaria.</w:t>
      </w:r>
    </w:p>
    <w:p>
      <w:r>
        <w:t>En el próximo capítulo analizaremos con mayor profundidad sus muertes, enfermedades, discapacidades y costos económicos.</w:t>
      </w:r>
    </w:p>
    <w:p>
      <w:pPr>
        <w:pStyle w:val="Heading3"/>
      </w:pPr>
      <w:r>
        <w:t>El cannabis: el más consumido no es el más mortal</w:t>
      </w:r>
    </w:p>
    <w:p>
      <w:r>
        <w:t>El cannabis continúa siendo la droga ilegal más utilizada en el mundo. La Oficina de las Naciones Unidas contra la Droga y el Delito estimó que alrededor de 244 millones de personas lo consumieron en 2023. ([UNODC](https://www.unodc.org/unodc/frontpage/2025/June/wdr25.html))</w:t>
      </w:r>
    </w:p>
    <w:p>
      <w:r>
        <w:t>Su riesgo de muerte directa por sobredosis no puede compararse con el del fentanilo. Sin embargo, eso no significa que sea completamente inofensivo.</w:t>
      </w:r>
    </w:p>
    <w:p>
      <w:r>
        <w:t>Puede afectar la atención, la memoria, la coordinación y la capacidad para conducir. En algunas personas vulnerables o bajo ciertas formas de consumo, también puede asociarse con ansiedad intensa, alteraciones de la percepción y problemas de salud mental.</w:t>
      </w:r>
    </w:p>
    <w:p>
      <w:r>
        <w:t>Un error frecuente consiste en afirmar que una droga es segura simplemente porque otra resulta más mortal. El hecho de que el fentanilo sea mucho más peligroso en una sobredosis no convierte en saludable cualquier otra sustancia.</w:t>
      </w:r>
    </w:p>
    <w:p>
      <w:pPr>
        <w:pStyle w:val="Heading3"/>
      </w:pPr>
      <w:r>
        <w:t>Entonces, ¿cuál es la droga más peligrosa?</w:t>
      </w:r>
    </w:p>
    <w:p>
      <w:r>
        <w:t>La respuesta depende de la pregunta:</w:t>
      </w:r>
    </w:p>
    <w:p>
      <w:r>
        <w:t>¿Cuál representa uno de los mayores peligros inmediatos de sobredosis?</w:t>
      </w:r>
    </w:p>
    <w:p>
      <w:r>
        <w:t>El fentanilo ilícito y otros opioides sintéticos extremadamente potentes.</w:t>
      </w:r>
    </w:p>
    <w:p>
      <w:r>
        <w:t>¿Qué grupo ha causado históricamente gran parte de las muertes directas por sobredosis?</w:t>
      </w:r>
    </w:p>
    <w:p>
      <w:r>
        <w:t>Los opioides.</w:t>
      </w:r>
    </w:p>
    <w:p>
      <w:r>
        <w:t>¿Qué estimulantes aparecen en decenas de miles de muertes estadounidenses?</w:t>
      </w:r>
    </w:p>
    <w:p>
      <w:r>
        <w:t>La metanfetamina y la cocaína, frecuentemente combinadas con opioides.</w:t>
      </w:r>
    </w:p>
    <w:p>
      <w:r>
        <w:t>¿Qué sustancia legal causa una enorme cantidad de muertes mundiales a largo plazo?</w:t>
      </w:r>
    </w:p>
    <w:p>
      <w:r>
        <w:t>El tabaco.</w:t>
      </w:r>
    </w:p>
    <w:p>
      <w:r>
        <w:t>¿Qué droga socialmente aceptada provoca millones de muertes y grandes daños colectivos?</w:t>
      </w:r>
    </w:p>
    <w:p>
      <w:r>
        <w:t>El alcohol.</w:t>
      </w:r>
    </w:p>
    <w:p>
      <w:r>
        <w:t>¿Qué conducta incrementa extraordinariamente el peligro?</w:t>
      </w:r>
    </w:p>
    <w:p>
      <w:r>
        <w:t>Combinar sustancias o consumir productos de composición desconocida.</w:t>
      </w:r>
    </w:p>
    <w:p>
      <w:r>
        <w:t>No existe, por tanto, una única respuesta. Pero sí podemos identificar una conclusión: las sustancias más peligrosas cambian según midamos sobredosis inmediata, mortalidad prolongada, dependencia o daño social.</w:t>
      </w:r>
    </w:p>
    <w:p>
      <w:pPr>
        <w:pStyle w:val="Heading3"/>
      </w:pPr>
      <w:r>
        <w:t>Las cifras representan seres humanos</w:t>
      </w:r>
    </w:p>
    <w:p>
      <w:r>
        <w:t>Detrás de cada número existió una persona. Hubo una familia que recibió una llamada, un hijo que perdió a su padre, unos padres que enterraron a su hijo o una pareja que quedó sola.</w:t>
      </w:r>
    </w:p>
    <w:p>
      <w:r>
        <w:t>Las estadísticas pueden parecer frías, pero cada cifra representa una tragedia irrepetible.</w:t>
      </w:r>
    </w:p>
    <w:p>
      <w:r>
        <w:t>También debemos recordar que las cifras solamente cuentan las muertes conocidas. No muestran por completo a quienes viven con enfermedades, discapacidades, trastornos mentales, encarcelamientos, pérdida del hogar o separación familiar.</w:t>
      </w:r>
    </w:p>
    <w:p>
      <w:r>
        <w:t>Una persona no necesita morir para que las drogas hayan destruido una parte importante de su vida.</w:t>
      </w:r>
    </w:p>
    <w:p>
      <w:pPr>
        <w:pStyle w:val="Heading3"/>
      </w:pPr>
      <w:r>
        <w:t>La conclusión más segura</w:t>
      </w:r>
    </w:p>
    <w:p>
      <w:r>
        <w:t>Nadie conoce con certeza la composición de una sustancia obtenida en el mercado ilegal. Tampoco puede saber cómo reaccionará su organismo ni qué cantidad provocará una intoxicación.</w:t>
      </w:r>
    </w:p>
    <w:p>
      <w:r>
        <w:t>La droga más peligrosa para una persona puede ser aquella que tiene delante en el momento de tomar una mala decisión.</w:t>
      </w:r>
    </w:p>
    <w:p>
      <w:r>
        <w:t>Puede ser una pastilla falsa que contiene fentanilo.</w:t>
      </w:r>
    </w:p>
    <w:p>
      <w:r>
        <w:t>Puede ser la mezcla de un tranquilizante con alcohol.</w:t>
      </w:r>
    </w:p>
    <w:p>
      <w:r>
        <w:t>Puede ser la cocaína contaminada con un opioide.</w:t>
      </w:r>
    </w:p>
    <w:p>
      <w:r>
        <w:t>Puede ser la primera dosis después de haber perdido tolerancia.</w:t>
      </w:r>
    </w:p>
    <w:p>
      <w:r>
        <w:t>Puede ser la sustancia que transforma la curiosidad en dependencia.</w:t>
      </w:r>
    </w:p>
    <w:p>
      <w:r>
        <w:t>Las estadísticas nos ayudan a comprender la magnitud del problema, pero no pueden garantizarle seguridad a ningún consumidor.</w:t>
      </w:r>
    </w:p>
    <w:p>
      <w:r>
        <w:t>Por eso, la decisión más inteligente no consiste en buscar la droga menos peligrosa.</w:t>
      </w:r>
    </w:p>
    <w:p>
      <w:r>
        <w:t>Consiste en no abrirle la puerta a ninguna.</w:t>
      </w:r>
    </w:p>
    <w:p>
      <w:r>
        <w:br w:type="page"/>
      </w:r>
    </w:p>
    <w:p>
      <w:pPr>
        <w:pStyle w:val="Heading1"/>
      </w:pPr>
      <w:r>
        <w:t>CAPÍTULO 8</w:t>
      </w:r>
    </w:p>
    <w:p>
      <w:pPr>
        <w:pStyle w:val="Heading2"/>
      </w:pPr>
      <w:r>
        <w:t>EL ALCOHOL: UNA DROGA CON NOMBRES LLAMATIVOS</w:t>
      </w:r>
    </w:p>
    <w:p>
      <w:r>
        <w:t>Cerveza, vino, champaña, ron, whisky, vodka, ginebra, tequila, coñac y brandy son nombres diferentes para bebidas que contienen la misma droga: el alcohol.</w:t>
      </w:r>
    </w:p>
    <w:p>
      <w:r>
        <w:t>Los nombres cambian. Cambian los colores, los sabores, las botellas, los precios y las campañas publicitarias. Pero la sustancia que produce la intoxicación continúa siendo la misma: el etanol.</w:t>
      </w:r>
    </w:p>
    <w:p>
      <w:r>
        <w:t>La Organización Mundial de la Salud define el etanol contenido en las bebidas alcohólicas como una sustancia psicoactiva, tóxica y capaz de producir dependencia. ([OMS](https://www.who.int/news-room/fact-sheets/detail/alcohol))</w:t>
      </w:r>
    </w:p>
    <w:p>
      <w:r>
        <w:t>Sin embargo, rara vez escuchamos hablar del alcohol con esas palabras. Se presenta como símbolo de celebración, elegancia, éxito y amistad. Una botella costosa puede ocupar el centro de una mesa y recibir admiración, aunque su contenido actúe sobre el cerebro del mismo modo fundamental que el de una bebida más barata.</w:t>
      </w:r>
    </w:p>
    <w:p>
      <w:r>
        <w:t>La presentación modifica la apariencia, pero no elimina el peligro.</w:t>
      </w:r>
    </w:p>
    <w:p>
      <w:pPr>
        <w:pStyle w:val="Heading3"/>
      </w:pPr>
      <w:r>
        <w:t>Los nombres que esconden la sustancia</w:t>
      </w:r>
    </w:p>
    <w:p>
      <w:r>
        <w:t>La palabra “champaña” puede evocar lujo y celebraciones. El whisky se relaciona a veces con poder y distinción. La cerveza se anuncia como acompañante del deporte y la amistad. El vino puede presentarse como parte indispensable de una comida elegante.</w:t>
      </w:r>
    </w:p>
    <w:p>
      <w:r>
        <w:t>Cada bebida adquiere una personalidad comercial. Pero detrás de todas se encuentra el alcohol.</w:t>
      </w:r>
    </w:p>
    <w:p>
      <w:r>
        <w:t>Esta variedad de nombres contribuye a que muchas personas no se consideren consumidoras de una droga. Dicen que solamente toman cerveza o una copa de vino. La palabra “droga” parece reservada para sustancias ilegales vendidas en la calle.</w:t>
      </w:r>
    </w:p>
    <w:p>
      <w:r>
        <w:t>La legalidad, el precio y la calidad de una botella no cambian la naturaleza del etanol. Lo que sí puede variar es la concentración, la cantidad ingerida, la rapidez del consumo y el efecto sobre cada organismo.</w:t>
      </w:r>
    </w:p>
    <w:p>
      <w:r>
        <w:t>Una persona puede embriagarse con cerveza, vino o licor. El recipiente y la etiqueta no deciden el daño. Importan la cantidad de alcohol consumida, el ritmo, la frecuencia, el estado de salud y las circunstancias.</w:t>
      </w:r>
    </w:p>
    <w:p>
      <w:pPr>
        <w:pStyle w:val="Heading3"/>
      </w:pPr>
      <w:r>
        <w:t>Una droga que se anuncia como diversión</w:t>
      </w:r>
    </w:p>
    <w:p>
      <w:r>
        <w:t>Pocas drogas reciben una promoción tan constante. Los anuncios muestran personas jóvenes, saludables y sonrientes. Presentan reuniones perfectas, playas hermosas y noches llenas de amistad.</w:t>
      </w:r>
    </w:p>
    <w:p>
      <w:r>
        <w:t>Casi nunca muestran el día siguiente.</w:t>
      </w:r>
    </w:p>
    <w:p>
      <w:r>
        <w:t>No vemos a la persona que no puede levantarse para trabajar, a la familia que espera con miedo, al conductor que acaba de provocar un accidente ni al paciente que recibe el diagnóstico de una enfermedad relacionada con años de consumo.</w:t>
      </w:r>
    </w:p>
    <w:p>
      <w:r>
        <w:t>La publicidad vende el momento agradable y deja que la sociedad pague las consecuencias.</w:t>
      </w:r>
    </w:p>
    <w:p>
      <w:r>
        <w:t>El alcohol no necesita esconderse en una esquina oscura. Se exhibe con luces, música y envases atractivos. Se vende en restaurantes, supermercados, aeropuertos, estadios y establecimientos especializados. Su presencia habitual hace que el peligro parezca menor.</w:t>
      </w:r>
    </w:p>
    <w:p>
      <w:r>
        <w:t>Pero las estadísticas cuentan una historia muy diferente.</w:t>
      </w:r>
    </w:p>
    <w:p>
      <w:pPr>
        <w:pStyle w:val="Heading3"/>
      </w:pPr>
      <w:r>
        <w:t>Las cifras mundiales de muerte</w:t>
      </w:r>
    </w:p>
    <w:p>
      <w:r>
        <w:t>La Organización Mundial de la Salud estimó que 2.6 millones de muertes ocurridas en el mundo durante 2019 fueron atribuibles al consumo de alcohol. Esa cantidad representó aproximadamente el 4.7 % de todas las muertes del planeta.</w:t>
      </w:r>
    </w:p>
    <w:p>
      <w:r>
        <w:t>De esos 2.6 millones:</w:t>
      </w:r>
    </w:p>
    <w:p>
      <w:pPr>
        <w:pStyle w:val="ListBullet"/>
      </w:pPr>
      <w:r>
        <w:t>Aproximadamente 1.6      millones correspondieron a enfermedades no transmisibles.</w:t>
      </w:r>
    </w:p>
    <w:p>
      <w:pPr>
        <w:pStyle w:val="ListBullet"/>
      </w:pPr>
      <w:r>
        <w:t>Cerca de 700,000 fueron      causadas por lesiones.</w:t>
      </w:r>
    </w:p>
    <w:p>
      <w:pPr>
        <w:pStyle w:val="ListBullet"/>
      </w:pPr>
      <w:r>
        <w:t>Unas 300,000 estuvieron      relacionadas con enfermedades transmisibles.</w:t>
      </w:r>
    </w:p>
    <w:p>
      <w:r>
        <w:t>Dos millones de las muertes ocurrieron entre hombres y unas 600,000 entre mujeres. ([OMS](https://www.who.int/news-room/fact-sheets/detail/alcohol))</w:t>
      </w:r>
    </w:p>
    <w:p>
      <w:r>
        <w:t>Estas cifras no representan únicamente fallecimientos por intoxicación alcohólica. Incluyen enfermedades y lesiones en las que el consumo tuvo una participación causal.</w:t>
      </w:r>
    </w:p>
    <w:p>
      <w:r>
        <w:t>El alcohol no mata de una sola manera. Puede hacerlo inmediatamente mediante una intoxicación o un accidente, pero también lentamente a través del deterioro de distintos órganos.</w:t>
      </w:r>
    </w:p>
    <w:p>
      <w:pPr>
        <w:pStyle w:val="Heading3"/>
      </w:pPr>
      <w:r>
        <w:t>Cáncer y enfermedades cardiovasculares</w:t>
      </w:r>
    </w:p>
    <w:p>
      <w:r>
        <w:t>Muchas personas relacionan el alcohol con enfermedades del hígado, pero desconocen su conexión con otras enfermedades graves.</w:t>
      </w:r>
    </w:p>
    <w:p>
      <w:r>
        <w:t>La Organización Mundial de la Salud informa que el alcohol participa causalmente en más de 200 enfermedades, lesiones y problemas de salud. En 2019, alrededor de 474,000 muertes por enfermedades cardiovasculares y 401,000 muertes por cáncer fueron atribuibles a su consumo. ([OMS](https://www.who.int/news-room/fact-sheets/detail/alcohol))</w:t>
      </w:r>
    </w:p>
    <w:p>
      <w:r>
        <w:t>El alcohol está relacionado con varios tipos de cáncer, entre ellos los de mama, hígado, cabeza y cuello, esófago y colon y recto.</w:t>
      </w:r>
    </w:p>
    <w:p>
      <w:r>
        <w:t>Las personas no siempre atribuyen estas muertes a la bebida porque pueden ocurrir después de muchos años. En el certificado médico aparece el nombre de la enfermedad y el papel del alcohol queda menos visible.</w:t>
      </w:r>
    </w:p>
    <w:p>
      <w:r>
        <w:t>Así se mantiene la ilusión de que el alcohol causa menos muertes de las que realmente provoca.</w:t>
      </w:r>
    </w:p>
    <w:p>
      <w:pPr>
        <w:pStyle w:val="Heading3"/>
      </w:pPr>
      <w:r>
        <w:t>Muertes en Estados Unidos</w:t>
      </w:r>
    </w:p>
    <w:p>
      <w:r>
        <w:t>En Estados Unidos, el consumo excesivo de alcohol estuvo relacionado con aproximadamente 178,000 muertes anuales durante 2020 y 2021. Esto representó cerca del 5 % de todas las muertes del país en ese periodo. ([Instituto Nacional sobre el Abuso del Alcohol y el Alcoholismo](https://www.niaaa.nih.gov/alcohols-effects-health/alcohol-topics-z/alcohol-facts-and-statistics/alcohol-related-emergencies-and-deaths-united-states))</w:t>
      </w:r>
    </w:p>
    <w:p>
      <w:r>
        <w:t>Las principales causas incluyeron:</w:t>
      </w:r>
    </w:p>
    <w:p>
      <w:pPr>
        <w:pStyle w:val="ListBullet"/>
      </w:pPr>
      <w:r>
        <w:t>Enfermedades del hígado.</w:t>
      </w:r>
    </w:p>
    <w:p>
      <w:pPr>
        <w:pStyle w:val="ListBullet"/>
      </w:pPr>
      <w:r>
        <w:t>Enfermedades cardiacas y      accidentes cerebrovasculares.</w:t>
      </w:r>
    </w:p>
    <w:p>
      <w:pPr>
        <w:pStyle w:val="ListBullet"/>
      </w:pPr>
      <w:r>
        <w:t>Intoxicaciones por      alcohol, solo o mezclado con otras drogas.</w:t>
      </w:r>
    </w:p>
    <w:p>
      <w:pPr>
        <w:pStyle w:val="ListBullet"/>
      </w:pPr>
      <w:r>
        <w:t>Caídas y accidentes de      tránsito.</w:t>
      </w:r>
    </w:p>
    <w:p>
      <w:pPr>
        <w:pStyle w:val="ListBullet"/>
      </w:pPr>
      <w:r>
        <w:t>Cánceres relacionados con      el alcohol.</w:t>
      </w:r>
    </w:p>
    <w:p>
      <w:r>
        <w:t>Estas muertes no pertenecen únicamente a personas que vivían en la calle o habían perdido todas sus responsabilidades. Entre ellas hubo trabajadores, padres, madres, profesionales y jóvenes cuyas vidas parecían normales.</w:t>
      </w:r>
    </w:p>
    <w:p>
      <w:r>
        <w:t>La dependencia puede ocultarse detrás de cualquier puerta.</w:t>
      </w:r>
    </w:p>
    <w:p>
      <w:pPr>
        <w:pStyle w:val="Heading3"/>
      </w:pPr>
      <w:r>
        <w:t>Accidentes de tránsito</w:t>
      </w:r>
    </w:p>
    <w:p>
      <w:r>
        <w:t>El alcohol convierte un vehículo en un arma potencial. Disminuye la capacidad de reacción, altera el juicio y puede aumentar la confianza precisamente cuando la habilidad para conducir ha empeorado.</w:t>
      </w:r>
    </w:p>
    <w:p>
      <w:r>
        <w:t>En Estados Unidos, 12,429 personas murieron durante 2023 en accidentes relacionados con conductores afectados por el alcohol. Esas muertes representaron aproximadamente el 30 % de todas las fatalidades de tránsito del país en aquel año. ([NIAAA](https://www.niaaa.nih.gov/alcohols-effects-health/alcohol-topics-z/alcohol-facts-and-statistics/alcohol-related-emergencies-and-deaths-united-states))</w:t>
      </w:r>
    </w:p>
    <w:p>
      <w:r>
        <w:t>A escala mundial, la OMS atribuyó al alcohol unas 298,000 muertes por accidentes viales en 2019. Lo más doloroso es que alrededor de 156,000 fueron causadas por la bebida de otra persona. ([OMS](https://www.who.int/news-room/fact-sheets/detail/alcohol))</w:t>
      </w:r>
    </w:p>
    <w:p>
      <w:r>
        <w:t>Esto demuestra que el consumo no afecta exclusivamente a quien bebe. Una persona completamente sobria puede morir porque otra decidió conducir después de beber.</w:t>
      </w:r>
    </w:p>
    <w:p>
      <w:r>
        <w:t>La víctima no participó en la decisión, pero pagó el precio.</w:t>
      </w:r>
    </w:p>
    <w:p>
      <w:pPr>
        <w:pStyle w:val="Heading3"/>
      </w:pPr>
      <w:r>
        <w:t>Emergencias médicas</w:t>
      </w:r>
    </w:p>
    <w:p>
      <w:r>
        <w:t>El alcohol también ocupa una parte importante de los servicios de emergencia. Durante 2022 contribuyó a más de 4.2 millones de visitas a salas de emergencia en Estados Unidos, aproximadamente el 3.5 % del total. ([NIAAA](https://www.niaaa.nih.gov/alcohols-effects-health/alcohol-topics-z/alcohol-facts-and-statistics/alcohol-related-emergencies-and-deaths-united-states))</w:t>
      </w:r>
    </w:p>
    <w:p>
      <w:r>
        <w:t>Detrás de esas visitas encontramos intoxicaciones, caídas, heridas, choques, peleas, quemaduras, ahogamientos y combinaciones peligrosas con otras sustancias.</w:t>
      </w:r>
    </w:p>
    <w:p>
      <w:r>
        <w:t>Cada emergencia exige personal, ambulancias, camas, tratamientos y recursos que podrían haberse utilizado para atender otras necesidades.</w:t>
      </w:r>
    </w:p>
    <w:p>
      <w:r>
        <w:t>La bebida consumida por una persona termina produciendo gastos y consecuencias para toda la comunidad.</w:t>
      </w:r>
    </w:p>
    <w:p>
      <w:pPr>
        <w:pStyle w:val="Heading3"/>
      </w:pPr>
      <w:r>
        <w:t>La discapacidad: vivir con el daño</w:t>
      </w:r>
    </w:p>
    <w:p>
      <w:r>
        <w:t>La muerte no es la única medida de destrucción. Millones de personas sobreviven, pero quedan enfermas, lesionadas o incapacitadas.</w:t>
      </w:r>
    </w:p>
    <w:p>
      <w:r>
        <w:t>Para representar esa pérdida, los especialistas utilizan una medida llamada años de vida ajustados por discapacidad. Combina los años perdidos por muerte prematura con los años vividos con enfermedad o discapacidad.</w:t>
      </w:r>
    </w:p>
    <w:p>
      <w:r>
        <w:t>La Organización Mundial de la Salud atribuyó al alcohol aproximadamente 115.9 millones de años de vida saludable perdidos en todo el mundo durante 2019. ([OMS](https://iris.who.int/server/api/core/bitstreams/a40b1a38-99bc-4d54-9e75-5b71466cd781/content))</w:t>
      </w:r>
    </w:p>
    <w:p>
      <w:r>
        <w:t>Esta cifra puede parecer abstracta. En términos humanos, incluye personas que quedaron paralizadas después de un accidente, pacientes que viven con enfermedades crónicas, individuos con daños neurológicos y familias obligadas a cuidar durante años a alguien que perdió su independencia.</w:t>
      </w:r>
    </w:p>
    <w:p>
      <w:r>
        <w:t>La discapacidad también puede ser mental y emocional. El alcohol puede agravar la depresión y la ansiedad, contribuir al deterioro de las relaciones y afectar la capacidad para estudiar, trabajar y tomar decisiones.</w:t>
      </w:r>
    </w:p>
    <w:p>
      <w:r>
        <w:t>Una persona puede continuar con vida y, sin embargo, perder gran parte de la vida que habría podido disfrutar.</w:t>
      </w:r>
    </w:p>
    <w:p>
      <w:pPr>
        <w:pStyle w:val="Heading3"/>
      </w:pPr>
      <w:r>
        <w:t>El daño durante el embarazo</w:t>
      </w:r>
    </w:p>
    <w:p>
      <w:r>
        <w:t>El consumo de alcohol durante el embarazo puede perjudicar al ser humano que se está formando. Puede aumentar el riesgo de aborto espontáneo, muerte fetal, parto prematuro y trastornos del espectro alcohólico fetal.</w:t>
      </w:r>
    </w:p>
    <w:p>
      <w:r>
        <w:t>Estos trastornos pueden incluir discapacidades del desarrollo y defectos congénitos. ([OMS](https://www.who.int/news-room/fact-sheets/detail/alcohol))</w:t>
      </w:r>
    </w:p>
    <w:p>
      <w:r>
        <w:t>El niño no decidió beber, pero puede vivir durante toda su existencia con las consecuencias.</w:t>
      </w:r>
    </w:p>
    <w:p>
      <w:r>
        <w:t>Este es uno de los ejemplos más claros de que el alcohol no perjudica solamente al consumidor. Su efecto puede alcanzar a una persona antes de que nazca.</w:t>
      </w:r>
    </w:p>
    <w:p>
      <w:pPr>
        <w:pStyle w:val="Heading3"/>
      </w:pPr>
      <w:r>
        <w:t>La dependencia mundial</w:t>
      </w:r>
    </w:p>
    <w:p>
      <w:r>
        <w:t>La OMS estimó que, en 2019, aproximadamente 400 millones de personas de 15 años o más vivían con trastornos relacionados con el consumo de alcohol. De ellas, alrededor de 209 millones padecían dependencia. ([OMS](https://www.who.int/news-room/fact-sheets/detail/alcohol))</w:t>
      </w:r>
    </w:p>
    <w:p>
      <w:r>
        <w:t>La dependencia no siempre se reconoce porque el alcohol forma parte de las costumbres sociales. Una persona puede tardar años en comprender que ya no bebe por gusto, sino por necesidad.</w:t>
      </w:r>
    </w:p>
    <w:p>
      <w:r>
        <w:t>Se convence de que una copa la ayuda a dormir, otra le permite tranquilizarse y varias le hacen olvidar. Poco a poco, cada emoción se convierte en una razón para beber.</w:t>
      </w:r>
    </w:p>
    <w:p>
      <w:r>
        <w:t>Cuando intenta detenerse, descubre que la sustancia presentada como símbolo de libertad se ha convertido en su dueña.</w:t>
      </w:r>
    </w:p>
    <w:p>
      <w:pPr>
        <w:pStyle w:val="Heading3"/>
      </w:pPr>
      <w:r>
        <w:t>El costo económico</w:t>
      </w:r>
    </w:p>
    <w:p>
      <w:r>
        <w:t>Las consecuencias del alcohol también pueden expresarse en dinero, aunque ningún cálculo pueda medir por completo el sufrimiento humano.</w:t>
      </w:r>
    </w:p>
    <w:p>
      <w:r>
        <w:t>El cálculo nacional oficial más reciente disponible sobre el costo total del consumo excesivo en Estados Unidos corresponde a 2010. En aquel año, alcanzó aproximadamente 249,000 millones de dólares. ([CDC](https://www.cdc.gov/alcohol/excessive-drinking-data/index.html))</w:t>
      </w:r>
    </w:p>
    <w:p>
      <w:r>
        <w:t>El año debe mencionarse claramente. No debemos presentar esa cifra como si hubiera sido calculada en la actualidad. Los propios Centros para el Control y la Prevención de Enfermedades advierten que los costos probablemente han aumentado debido, entre otros factores, a la inflación y al crecimiento de los gastos médicos y de seguridad pública.</w:t>
      </w:r>
    </w:p>
    <w:p>
      <w:r>
        <w:t>Del total calculado:</w:t>
      </w:r>
    </w:p>
    <w:p>
      <w:pPr>
        <w:pStyle w:val="ListBullet"/>
      </w:pPr>
      <w:r>
        <w:t>El 72 % correspondió a      pérdida de productividad laboral.</w:t>
      </w:r>
    </w:p>
    <w:p>
      <w:pPr>
        <w:pStyle w:val="ListBullet"/>
      </w:pPr>
      <w:r>
        <w:t>El 17 % se relacionó con      daños materiales, accidentes y necesidades del sistema de justicia penal.</w:t>
      </w:r>
    </w:p>
    <w:p>
      <w:pPr>
        <w:pStyle w:val="ListBullet"/>
      </w:pPr>
      <w:r>
        <w:t>El 11 % correspondió a      gastos médicos por lesiones.</w:t>
      </w:r>
    </w:p>
    <w:p>
      <w:r>
        <w:t>El costo equivalía aproximadamente a 807 dólares por cada habitante del país y a unos 2.05 dólares adicionales por cada bebida consumida. Los gobiernos asumieron cerca de dos de cada cinco dólares gastados para enfrentar las consecuencias. ([CDC](https://www.cdc.gov/alcohol/excessive-drinking-data/index.html))</w:t>
      </w:r>
    </w:p>
    <w:p>
      <w:r>
        <w:t>Esto significa que todos pagan, incluso quienes no beben.</w:t>
      </w:r>
    </w:p>
    <w:p>
      <w:r>
        <w:t>Pagan los contribuyentes.</w:t>
      </w:r>
    </w:p>
    <w:p>
      <w:r>
        <w:t>Pagan las empresas mediante ausencias y menor productividad.</w:t>
      </w:r>
    </w:p>
    <w:p>
      <w:r>
        <w:t>Pagan las familias con sus ahorros.</w:t>
      </w:r>
    </w:p>
    <w:p>
      <w:r>
        <w:t>Pagan los hospitales y los servicios de emergencia.</w:t>
      </w:r>
    </w:p>
    <w:p>
      <w:r>
        <w:t>Paga la sociedad mediante cárceles, tribunales, accidentes y vidas desperdiciadas.</w:t>
      </w:r>
    </w:p>
    <w:p>
      <w:pPr>
        <w:pStyle w:val="Heading3"/>
      </w:pPr>
      <w:r>
        <w:t>El costo que no puede calcularse</w:t>
      </w:r>
    </w:p>
    <w:p>
      <w:r>
        <w:t>Hay pérdidas que no caben en una cifra monetaria.</w:t>
      </w:r>
    </w:p>
    <w:p>
      <w:r>
        <w:t>¿Cuánto cuesta la infancia de un niño que vive con miedo?</w:t>
      </w:r>
    </w:p>
    <w:p>
      <w:r>
        <w:t>¿Cuál es el precio de una familia destruida?</w:t>
      </w:r>
    </w:p>
    <w:p>
      <w:r>
        <w:t>¿Cómo se calcula la confianza perdida después de cien promesas incumplidas?</w:t>
      </w:r>
    </w:p>
    <w:p>
      <w:r>
        <w:t>¿Qué valor tiene una vida truncada a los veinte años?</w:t>
      </w:r>
    </w:p>
    <w:p>
      <w:r>
        <w:t>¿Cuánto cuesta el dolor de unos padres que reciben la noticia de que su hijo murió en un accidente?</w:t>
      </w:r>
    </w:p>
    <w:p>
      <w:r>
        <w:t>Los economistas pueden sumar gastos médicos, daños materiales y horas de trabajo perdidas. Pero no existe una fórmula para calcular una noche de angustia, una ausencia definitiva o el recuerdo de una humillación.</w:t>
      </w:r>
    </w:p>
    <w:p>
      <w:r>
        <w:t>El alcohol presenta una factura económica gigantesca y otra factura humana imposible de pagar.</w:t>
      </w:r>
    </w:p>
    <w:p>
      <w:pPr>
        <w:pStyle w:val="Heading3"/>
      </w:pPr>
      <w:r>
        <w:t>No todo consumidor desarrolla dependencia</w:t>
      </w:r>
    </w:p>
    <w:p>
      <w:r>
        <w:t>Es importante mantener la precisión. No toda persona que consume alcohol desarrollará una dependencia ni sufrirá necesariamente las mismas consecuencias.</w:t>
      </w:r>
    </w:p>
    <w:p>
      <w:r>
        <w:t>El riesgo depende de la cantidad, la frecuencia, el patrón de consumo, la salud, la edad y otras circunstancias individuales. La OMS señala que incluso niveles bajos pueden implicar algún riesgo, aunque la mayor parte de los daños procede del consumo intenso, episódico o continuo. ([OMS](https://www.who.int/news-room/fact-sheets/detail/alcohol))</w:t>
      </w:r>
    </w:p>
    <w:p>
      <w:r>
        <w:t>Esta aclaración no disminuye el problema. Al contrario, permite hablar con credibilidad. No necesitamos exagerar para demostrar que el alcohol causa una enorme destrucción.</w:t>
      </w:r>
    </w:p>
    <w:p>
      <w:r>
        <w:t>Las cifras reales son suficientemente alarmantes.</w:t>
      </w:r>
    </w:p>
    <w:p>
      <w:pPr>
        <w:pStyle w:val="Heading3"/>
      </w:pPr>
      <w:r>
        <w:t>La etiqueta no cambia el contenido</w:t>
      </w:r>
    </w:p>
    <w:p>
      <w:r>
        <w:t>Una bebida puede presentarse en una botella artística y llevar un nombre extranjero. Puede costar cientos de dólares o venderse por unas monedas. Puede servirse en una copa de cristal o beberse directamente del envase.</w:t>
      </w:r>
    </w:p>
    <w:p>
      <w:r>
        <w:t>El organismo no se deja impresionar por la etiqueta.</w:t>
      </w:r>
    </w:p>
    <w:p>
      <w:r>
        <w:t>El cerebro recibe alcohol.</w:t>
      </w:r>
    </w:p>
    <w:p>
      <w:r>
        <w:t>El hígado procesa alcohol.</w:t>
      </w:r>
    </w:p>
    <w:p>
      <w:r>
        <w:t>La coordinación es alterada por el alcohol.</w:t>
      </w:r>
    </w:p>
    <w:p>
      <w:r>
        <w:t>La dependencia es producida por el alcohol.</w:t>
      </w:r>
    </w:p>
    <w:p>
      <w:r>
        <w:t>La muerte puede ser causada por el alcohol.</w:t>
      </w:r>
    </w:p>
    <w:p>
      <w:r>
        <w:t>El lujo de la presentación no transforma una sustancia tóxica en una bebida inocente.</w:t>
      </w:r>
    </w:p>
    <w:p>
      <w:pPr>
        <w:pStyle w:val="Heading3"/>
      </w:pPr>
      <w:r>
        <w:t>Una verdad escondida a plena vista</w:t>
      </w:r>
    </w:p>
    <w:p>
      <w:r>
        <w:t>El alcohol es una droga que no necesita ocultarse. Está tan presente que muchas personas han dejado de verla.</w:t>
      </w:r>
    </w:p>
    <w:p>
      <w:r>
        <w:t>Se anuncia, se celebra y se ofrece como regalo. Sus nombres resultan conocidos y llamativos. Pero detrás de todos ellos permanece la misma sustancia capaz de producir intoxicación, dependencia, enfermedad, discapacidad y muerte.</w:t>
      </w:r>
    </w:p>
    <w:p>
      <w:r>
        <w:t>Las cifras mundiales y estadounidenses no pretenden afirmar que toda copa terminará en tragedia. Demuestran algo diferente y esencial: el alcohol no merece la imagen inofensiva que la sociedad le ha concedido.</w:t>
      </w:r>
    </w:p>
    <w:p>
      <w:r>
        <w:t>Sus nombres pueden ser elegantes.</w:t>
      </w:r>
    </w:p>
    <w:p>
      <w:r>
        <w:t>Sus botellas pueden ser hermosas.</w:t>
      </w:r>
    </w:p>
    <w:p>
      <w:r>
        <w:t>Sus anuncios pueden ser alegres.</w:t>
      </w:r>
    </w:p>
    <w:p>
      <w:r>
        <w:t>Pero las muertes, las discapacidades y los costos que deja a su paso son terriblemente reales.</w:t>
      </w:r>
    </w:p>
    <w:p>
      <w:r>
        <w:br w:type="page"/>
      </w:r>
    </w:p>
    <w:p>
      <w:pPr>
        <w:pStyle w:val="Heading1"/>
      </w:pPr>
      <w:r>
        <w:t>CAPÍTULO 9</w:t>
      </w:r>
    </w:p>
    <w:p>
      <w:pPr>
        <w:pStyle w:val="Heading2"/>
      </w:pPr>
      <w:r>
        <w:t>El daño de las drogas y el alcohol a la descendencia de la pareja</w:t>
      </w:r>
    </w:p>
    <w:p>
      <w:r>
        <w:t>Cuando una pareja decide tener hijos, sus responsabilidades comienzan antes del nacimiento. La salud, las costumbres y las sustancias consumidas pueden influir en la posibilidad de concebir, en el desarrollo del embarazo y en el ambiente donde crecerá el niño.</w:t>
      </w:r>
    </w:p>
    <w:p>
      <w:r>
        <w:t>El daño no debe analizarse únicamente desde la conducta de la madre. El padre también tiene obligaciones importantes. Su consumo puede afectar la fertilidad, perjudicar la estabilidad del hogar, exponer a la madre a violencia o estrés y dificultar que ella permanezca alejada de las sustancias.</w:t>
      </w:r>
    </w:p>
    <w:p>
      <w:r>
        <w:t>Sin embargo, debemos distinguir cuidadosamente las vías de exposición. Durante el embarazo, el alcohol y otras drogas consumidos por la madre pueden llegar directamente al organismo en desarrollo. En el caso del padre, los efectos sobre la descendencia son generalmente indirectos, aunque ciertas sustancias pueden perjudicar su salud reproductiva. Los posibles efectos hereditarios o epigenéticos del consumo paterno continúan siendo investigados y no deben presentarse como hechos absolutos.</w:t>
      </w:r>
    </w:p>
    <w:p>
      <w:r>
        <w:t>Lo que sí está fuera de discusión es que ambos integrantes de la pareja tienen el deber de proteger al futuro hijo.</w:t>
      </w:r>
    </w:p>
    <w:p>
      <w:pPr>
        <w:pStyle w:val="Heading3"/>
      </w:pPr>
      <w:r>
        <w:t>Antes de la concepción</w:t>
      </w:r>
    </w:p>
    <w:p>
      <w:r>
        <w:t>La preparación para tener un hijo no comienza cuando se confirma el embarazo. Debe comenzar antes.</w:t>
      </w:r>
    </w:p>
    <w:p>
      <w:r>
        <w:t>El tabaco, el alcohol y otras drogas pueden relacionarse con problemas de fertilidad. Los Centros para el Control y la Prevención de Enfermedades señalan que fumar puede dificultar que una mujer quede embarazada y que, en los hombres, puede dañar el esperma y contribuir a la disfunción eréctil. ([CDC](https://www.cdc.gov/tobacco/campaign/tips/diseases/pregnancy.html))</w:t>
      </w:r>
    </w:p>
    <w:p>
      <w:r>
        <w:t>El consumo problemático también puede interferir con la nutrición, el sueño, la salud mental y el cumplimiento de tratamientos médicos. Una pareja dominada por una sustancia puede iniciar un embarazo sin encontrarse preparada física, emocional o económicamente.</w:t>
      </w:r>
    </w:p>
    <w:p>
      <w:r>
        <w:t>Por eso, antes de buscar un hijo, ambos deberían examinar con sinceridad sus hábitos:</w:t>
      </w:r>
    </w:p>
    <w:p>
      <w:pPr>
        <w:pStyle w:val="ListBullet"/>
      </w:pPr>
      <w:r>
        <w:t>¿Existe consumo frecuente      de alcohol?</w:t>
      </w:r>
    </w:p>
    <w:p>
      <w:pPr>
        <w:pStyle w:val="ListBullet"/>
      </w:pPr>
      <w:r>
        <w:t>¿Alguno utiliza drogas ilegales?</w:t>
      </w:r>
    </w:p>
    <w:p>
      <w:pPr>
        <w:pStyle w:val="ListBullet"/>
      </w:pPr>
      <w:r>
        <w:t>¿Se toman medicamentos      sin supervisión?</w:t>
      </w:r>
    </w:p>
    <w:p>
      <w:pPr>
        <w:pStyle w:val="ListBullet"/>
      </w:pPr>
      <w:r>
        <w:t>¿Hay dependencia de      opioides, tranquilizantes u otras sustancias?</w:t>
      </w:r>
    </w:p>
    <w:p>
      <w:pPr>
        <w:pStyle w:val="ListBullet"/>
      </w:pPr>
      <w:r>
        <w:t>¿Existe exposición      constante al humo del tabaco?</w:t>
      </w:r>
    </w:p>
    <w:p>
      <w:pPr>
        <w:pStyle w:val="ListBullet"/>
      </w:pPr>
      <w:r>
        <w:t>¿El consumo ha causado      violencia, deudas o inestabilidad?</w:t>
      </w:r>
    </w:p>
    <w:p>
      <w:r>
        <w:t>Cuando existe una dependencia, la solución no consiste en ocultarla. Debe buscarse orientación médica antes de la concepción, siempre que sea posible.</w:t>
      </w:r>
    </w:p>
    <w:p>
      <w:pPr>
        <w:pStyle w:val="Heading3"/>
      </w:pPr>
      <w:r>
        <w:t>El alcohol atraviesa la placenta</w:t>
      </w:r>
    </w:p>
    <w:p>
      <w:r>
        <w:t>Cuando una mujer embarazada bebe, el alcohol presente en su sangre llega al organismo en desarrollo a través del cordón umbilical. El feto no puede procesarlo de la misma manera que un adulto y puede permanecer expuesto durante más tiempo.</w:t>
      </w:r>
    </w:p>
    <w:p>
      <w:r>
        <w:t>Los CDC advierten que no se conoce una cantidad segura de alcohol durante el embarazo, no existe un momento seguro para beber y ninguna clase de bebida alcohólica puede considerarse segura. Esto incluye la cerveza, el vino, la champaña y los licores. ([CDC](https://www.cdc.gov/alcohol-pregnancy/about/index.html))</w:t>
      </w:r>
    </w:p>
    <w:p>
      <w:r>
        <w:t>Una copa de vino no deja de contener alcohol porque se sirva durante la comida. La cerveza no se vuelve inocente por tener una concentración menor que el whisky. Lo que llega al organismo en desarrollo es etanol.</w:t>
      </w:r>
    </w:p>
    <w:p>
      <w:r>
        <w:t>El riesgo puede variar según la cantidad, la frecuencia, el momento del embarazo y otros factores. Pero, como no se ha establecido un nivel completamente seguro, la recomendación preventiva es evitarlo durante el embarazo y cuando se intenta concebir.</w:t>
      </w:r>
    </w:p>
    <w:p>
      <w:pPr>
        <w:pStyle w:val="Heading3"/>
      </w:pPr>
      <w:r>
        <w:t>Los trastornos del espectro alcohólico fetal</w:t>
      </w:r>
    </w:p>
    <w:p>
      <w:r>
        <w:t>La exposición prenatal al alcohol puede causar los llamados trastornos del espectro alcohólico fetal. Este nombre comprende un grupo de alteraciones físicas, intelectuales, conductuales y del aprendizaje que pueden durar toda la vida.</w:t>
      </w:r>
    </w:p>
    <w:p>
      <w:r>
        <w:t>Entre sus posibles manifestaciones se encuentran:</w:t>
      </w:r>
    </w:p>
    <w:p>
      <w:pPr>
        <w:pStyle w:val="ListBullet"/>
      </w:pPr>
      <w:r>
        <w:t>Problemas de crecimiento.</w:t>
      </w:r>
    </w:p>
    <w:p>
      <w:pPr>
        <w:pStyle w:val="ListBullet"/>
      </w:pPr>
      <w:r>
        <w:t>Bajo peso al nacer.</w:t>
      </w:r>
    </w:p>
    <w:p>
      <w:pPr>
        <w:pStyle w:val="ListBullet"/>
      </w:pPr>
      <w:r>
        <w:t>Dificultades de memoria y      atención.</w:t>
      </w:r>
    </w:p>
    <w:p>
      <w:pPr>
        <w:pStyle w:val="ListBullet"/>
      </w:pPr>
      <w:r>
        <w:t>Problemas para aprender.</w:t>
      </w:r>
    </w:p>
    <w:p>
      <w:pPr>
        <w:pStyle w:val="ListBullet"/>
      </w:pPr>
      <w:r>
        <w:t>Falta de control de los      impulsos.</w:t>
      </w:r>
    </w:p>
    <w:p>
      <w:pPr>
        <w:pStyle w:val="ListBullet"/>
      </w:pPr>
      <w:r>
        <w:t>Dificultades para      comprender las consecuencias.</w:t>
      </w:r>
    </w:p>
    <w:p>
      <w:pPr>
        <w:pStyle w:val="ListBullet"/>
      </w:pPr>
      <w:r>
        <w:t>Alteraciones de la coordinación.</w:t>
      </w:r>
    </w:p>
    <w:p>
      <w:pPr>
        <w:pStyle w:val="ListBullet"/>
      </w:pPr>
      <w:r>
        <w:t>Problemas escolares y sociales.</w:t>
      </w:r>
    </w:p>
    <w:p>
      <w:pPr>
        <w:pStyle w:val="ListBullet"/>
      </w:pPr>
      <w:r>
        <w:t>Determinadas      características físicas en los casos más graves.</w:t>
      </w:r>
    </w:p>
    <w:p>
      <w:r>
        <w:t>No todos los niños expuestos presentan las mismas consecuencias. Algunos daños pueden ser evidentes al nacer, mientras otros se descubren cuando el niño comienza la escuela y tiene dificultades para concentrarse, recordar instrucciones o controlar su conducta.</w:t>
      </w:r>
    </w:p>
    <w:p>
      <w:r>
        <w:t>Estas limitaciones no son culpa del niño. Tampoco deben confundirse con pereza o mala educación. Puede necesitar evaluación, apoyo escolar y atención especializada durante muchos años.</w:t>
      </w:r>
    </w:p>
    <w:p>
      <w:pPr>
        <w:pStyle w:val="Heading3"/>
      </w:pPr>
      <w:r>
        <w:t>Aborto, muerte fetal y nacimiento prematuro</w:t>
      </w:r>
    </w:p>
    <w:p>
      <w:r>
        <w:t>El consumo de alcohol durante el embarazo también puede aumentar el riesgo de aborto espontáneo, muerte fetal, parto prematuro y otras complicaciones. ([CDC](https://www.cdc.gov/mmwr/volumes/75/wr/mm7522a2.htm))</w:t>
      </w:r>
    </w:p>
    <w:p>
      <w:r>
        <w:t>Una mujer puede beber durante las primeras semanas sin saber que está embarazada. Esa posibilidad explica por qué la prevención debe comenzar cuando se intenta concebir o existe la posibilidad de un embarazo.</w:t>
      </w:r>
    </w:p>
    <w:p>
      <w:r>
        <w:t>Si una mujer descubre que está embarazada después de haber consumido alcohol, no debe pensar que todo está perdido. Debe dejar de beber y hablar con su profesional de salud. Los CDC recalcan que nunca es demasiado tarde para detener el consumo y que hacerlo puede mejorar la salud y el bienestar del niño. ([CDC](https://www.cdc.gov/alcohol-pregnancy/about/index.html))</w:t>
      </w:r>
    </w:p>
    <w:p>
      <w:r>
        <w:t>La culpa y el miedo no deben impedir la atención prenatal.</w:t>
      </w:r>
    </w:p>
    <w:p>
      <w:pPr>
        <w:pStyle w:val="Heading3"/>
      </w:pPr>
      <w:r>
        <w:t>Los opioides y el recién nacido</w:t>
      </w:r>
    </w:p>
    <w:p>
      <w:r>
        <w:t>Los opioides incluyen la heroína, el fentanilo y determinados medicamentos recetados para el dolor. Su consumo durante el embarazo puede relacionarse con nacimiento prematuro, bajo peso y otros problemas.</w:t>
      </w:r>
    </w:p>
    <w:p>
      <w:r>
        <w:t>Un niño expuesto regularmente a opioides antes de nacer puede presentar síntomas de abstinencia después del parto. Esta condición se conoce como síndrome de abstinencia neonatal por opioides.</w:t>
      </w:r>
    </w:p>
    <w:p>
      <w:r>
        <w:t>El recién nacido puede sufrir:</w:t>
      </w:r>
    </w:p>
    <w:p>
      <w:pPr>
        <w:pStyle w:val="ListBullet"/>
      </w:pPr>
      <w:r>
        <w:t>Llanto excesivo.</w:t>
      </w:r>
    </w:p>
    <w:p>
      <w:pPr>
        <w:pStyle w:val="ListBullet"/>
      </w:pPr>
      <w:r>
        <w:t>Irritabilidad.</w:t>
      </w:r>
    </w:p>
    <w:p>
      <w:pPr>
        <w:pStyle w:val="ListBullet"/>
      </w:pPr>
      <w:r>
        <w:t>Temblores.</w:t>
      </w:r>
    </w:p>
    <w:p>
      <w:pPr>
        <w:pStyle w:val="ListBullet"/>
      </w:pPr>
      <w:r>
        <w:t>Dificultades para dormir.</w:t>
      </w:r>
    </w:p>
    <w:p>
      <w:pPr>
        <w:pStyle w:val="ListBullet"/>
      </w:pPr>
      <w:r>
        <w:t>Problemas para alimentarse.</w:t>
      </w:r>
    </w:p>
    <w:p>
      <w:pPr>
        <w:pStyle w:val="ListBullet"/>
      </w:pPr>
      <w:r>
        <w:t>Vómitos o diarrea.</w:t>
      </w:r>
    </w:p>
    <w:p>
      <w:pPr>
        <w:pStyle w:val="ListBullet"/>
      </w:pPr>
      <w:r>
        <w:t>Convulsiones en algunos casos.</w:t>
      </w:r>
    </w:p>
    <w:p>
      <w:r>
        <w:t>Estos niños pueden necesitar observación y tratamiento hospitalario.</w:t>
      </w:r>
    </w:p>
    <w:p>
      <w:r>
        <w:t>La madre con dependencia de opioides no debe intentar suspenderlos repentinamente sin orientación médica. Existen tratamientos con medicamentos, como la metadona y la buprenorfina, que pueden utilizarse durante el embarazo bajo supervisión profesional. El tratamiento reduce riesgos como el nacimiento prematuro y el bajo peso, además de ayudar a la madre a estabilizar su vida. ([NIDA](https://nida.nih.gov/research-topics/medications-opioid-use-disorder))</w:t>
      </w:r>
    </w:p>
    <w:p>
      <w:r>
        <w:t>Buscar tratamiento protege a la madre y al hijo. Castigarla o humillarla puede hacer que evite los servicios médicos y aumentar el peligro para ambos.</w:t>
      </w:r>
    </w:p>
    <w:p>
      <w:pPr>
        <w:pStyle w:val="Heading3"/>
      </w:pPr>
      <w:r>
        <w:t>Cocaína y embarazo</w:t>
      </w:r>
    </w:p>
    <w:p>
      <w:r>
        <w:t>La cocaína puede afectar gravemente el sistema cardiovascular de la madre y aumentar el riesgo de presión arterial peligrosamente elevada, convulsiones y otras emergencias.</w:t>
      </w:r>
    </w:p>
    <w:p>
      <w:r>
        <w:t>También se ha relacionado con:</w:t>
      </w:r>
    </w:p>
    <w:p>
      <w:pPr>
        <w:pStyle w:val="ListBullet"/>
      </w:pPr>
      <w:r>
        <w:t>Aborto espontáneo.</w:t>
      </w:r>
    </w:p>
    <w:p>
      <w:pPr>
        <w:pStyle w:val="ListBullet"/>
      </w:pPr>
      <w:r>
        <w:t>Parto prematuro.</w:t>
      </w:r>
    </w:p>
    <w:p>
      <w:pPr>
        <w:pStyle w:val="ListBullet"/>
      </w:pPr>
      <w:r>
        <w:t>Ruptura prematura de membranas.</w:t>
      </w:r>
    </w:p>
    <w:p>
      <w:pPr>
        <w:pStyle w:val="ListBullet"/>
      </w:pPr>
      <w:r>
        <w:t>Desprendimiento de la placenta.</w:t>
      </w:r>
    </w:p>
    <w:p>
      <w:pPr>
        <w:pStyle w:val="ListBullet"/>
      </w:pPr>
      <w:r>
        <w:t>Bajo peso al nacer.</w:t>
      </w:r>
    </w:p>
    <w:p>
      <w:pPr>
        <w:pStyle w:val="ListBullet"/>
      </w:pPr>
      <w:r>
        <w:t>Menor tamaño y      circunferencia de la cabeza del recién nacido.</w:t>
      </w:r>
    </w:p>
    <w:p>
      <w:r>
        <w:t>El desprendimiento de la placenta ocurre cuando esta se separa antes del nacimiento. Puede provocar hemorragia grave y poner en peligro tanto a la madre como al hijo. ([NIDA](https://nida.nih.gov/publications/research-reports/substance-use-in-women/substance-use-while-pregnant-breastfeeding))</w:t>
      </w:r>
    </w:p>
    <w:p>
      <w:r>
        <w:t>La cocaína tampoco debe considerarse una droga de diversión pasajera durante el embarazo. Una sola emergencia puede terminar en tragedia.</w:t>
      </w:r>
    </w:p>
    <w:p>
      <w:pPr>
        <w:pStyle w:val="Heading3"/>
      </w:pPr>
      <w:r>
        <w:t>Metanfetamina y embarazo</w:t>
      </w:r>
    </w:p>
    <w:p>
      <w:r>
        <w:t>El consumo de metanfetamina durante el embarazo se ha relacionado con un mayor riesgo de desprendimiento de placenta, parto prematuro, aborto espontáneo, muerte infantil y bajo peso al nacer.</w:t>
      </w:r>
    </w:p>
    <w:p>
      <w:r>
        <w:t>También se han observado menor tamaño y circunferencia de la cabeza, menor estado de alerta y problemas posteriores en el desarrollo motor. ([NIDA](https://nida.nih.gov/research-topics/methamphetamine))</w:t>
      </w:r>
    </w:p>
    <w:p>
      <w:r>
        <w:t>Pero existe una razón para mantener la esperanza: abandonar el consumo en cualquier momento del embarazo puede mejorar los resultados del nacimiento.</w:t>
      </w:r>
    </w:p>
    <w:p>
      <w:r>
        <w:t>La mujer necesita atención médica y tratamiento, no insultos. Si continúa consumiendo por miedo a reconocer el problema, el peligro aumenta.</w:t>
      </w:r>
    </w:p>
    <w:p>
      <w:pPr>
        <w:pStyle w:val="Heading3"/>
      </w:pPr>
      <w:r>
        <w:t>Cannabis: no debe suponerse que es seguro</w:t>
      </w:r>
    </w:p>
    <w:p>
      <w:r>
        <w:t>Algunas personas consideran que el cannabis es natural y, por tanto, inofensivo durante el embarazo. Esa conclusión es equivocada.</w:t>
      </w:r>
    </w:p>
    <w:p>
      <w:r>
        <w:t>Los productos actuales pueden contener concentraciones variables de sus componentes activos y consumirse fumados, vaporizados o ingeridos. Además, es difícil separar sus efectos de otros factores que pueden acompañar el consumo.</w:t>
      </w:r>
    </w:p>
    <w:p>
      <w:r>
        <w:t>Las organizaciones médicas aconsejan no utilizar cannabis durante el embarazo. La ausencia de una respuesta definitiva para cada consecuencia posible no equivale a una demostración de seguridad.</w:t>
      </w:r>
    </w:p>
    <w:p>
      <w:r>
        <w:t>Durante la formación de un ser humano no debe realizarse un experimento cuyas consecuencias podrían aparecer años después.</w:t>
      </w:r>
    </w:p>
    <w:p>
      <w:pPr>
        <w:pStyle w:val="Heading3"/>
      </w:pPr>
      <w:r>
        <w:t>Tabaco, nicotina y humo ajeno</w:t>
      </w:r>
    </w:p>
    <w:p>
      <w:r>
        <w:t>El tabaco puede afectar la fertilidad y el desarrollo del embarazo. Fumar durante la gestación se relaciona con complicaciones que pueden perjudicar a la madre y al niño.</w:t>
      </w:r>
    </w:p>
    <w:p>
      <w:r>
        <w:t>El padre y otras personas del hogar también tienen responsabilidad. No basta con pedirle a la embarazada que no fume mientras se consume tabaco a su alrededor. El humo ajeno contiene sustancias dañinas y debe evitarse.</w:t>
      </w:r>
    </w:p>
    <w:p>
      <w:r>
        <w:t>Después del nacimiento, un hogar lleno de humo continúa exponiendo al bebé. Fumar junto a una ventana o en otra habitación no elimina completamente el riesgo de contaminación del ambiente.</w:t>
      </w:r>
    </w:p>
    <w:p>
      <w:r>
        <w:t>Los cigarrillos electrónicos y otros productos con nicotina tampoco deben tratarse automáticamente como inofensivos. Que no produzcan el mismo olor no significa que sean seguros para el embarazo o para un recién nacido.</w:t>
      </w:r>
    </w:p>
    <w:p>
      <w:pPr>
        <w:pStyle w:val="Heading3"/>
      </w:pPr>
      <w:r>
        <w:t>Medicamentos recetados</w:t>
      </w:r>
    </w:p>
    <w:p>
      <w:r>
        <w:t>No todo medicamento perjudica al embarazo y muchas mujeres necesitan tratamientos esenciales. El peligro consiste en suspender, iniciar, compartir o modificar un medicamento sin orientación profesional.</w:t>
      </w:r>
    </w:p>
    <w:p>
      <w:r>
        <w:t>Una mujer embarazada no debe abandonar por sí sola un tratamiento necesario por miedo a causar daño. Tampoco debe aceptar pastillas de amigos ni utilizar medicamentos recetados a otra persona.</w:t>
      </w:r>
    </w:p>
    <w:p>
      <w:r>
        <w:t>El profesional debe evaluar los riesgos y beneficios de cada medicamento. En algunos casos, la enfermedad no tratada puede resultar más peligrosa que el propio tratamiento.</w:t>
      </w:r>
    </w:p>
    <w:p>
      <w:r>
        <w:t>La regla responsable no es “ningún medicamento”. Es ningún medicamento utilizado irresponsablemente.</w:t>
      </w:r>
    </w:p>
    <w:p>
      <w:pPr>
        <w:pStyle w:val="Heading3"/>
      </w:pPr>
      <w:r>
        <w:t>El papel del padre</w:t>
      </w:r>
    </w:p>
    <w:p>
      <w:r>
        <w:t>Durante mucho tiempo, toda la responsabilidad se colocó sobre la madre. Esta visión es injusta e incompleta.</w:t>
      </w:r>
    </w:p>
    <w:p>
      <w:r>
        <w:t>El padre debe participar activamente en la protección de la descendencia. Si continúa consumiendo alcohol o drogas en el hogar, dificulta que su pareja abandone el consumo. También puede gastar el dinero necesario para alimentos y atención médica, provocar discusiones o crear un ambiente inseguro.</w:t>
      </w:r>
    </w:p>
    <w:p>
      <w:r>
        <w:t>Su responsabilidad incluye:</w:t>
      </w:r>
    </w:p>
    <w:p>
      <w:pPr>
        <w:pStyle w:val="ListBullet"/>
      </w:pPr>
      <w:r>
        <w:t>Examinar su propio      consumo antes de buscar un hijo.</w:t>
      </w:r>
    </w:p>
    <w:p>
      <w:pPr>
        <w:pStyle w:val="ListBullet"/>
      </w:pPr>
      <w:r>
        <w:t>Buscar tratamiento si      existe dependencia.</w:t>
      </w:r>
    </w:p>
    <w:p>
      <w:pPr>
        <w:pStyle w:val="ListBullet"/>
      </w:pPr>
      <w:r>
        <w:t>No ofrecer bebidas ni      sustancias a la mujer embarazada.</w:t>
      </w:r>
    </w:p>
    <w:p>
      <w:pPr>
        <w:pStyle w:val="ListBullet"/>
      </w:pPr>
      <w:r>
        <w:t>Mantener el hogar libre      de humo y drogas.</w:t>
      </w:r>
    </w:p>
    <w:p>
      <w:pPr>
        <w:pStyle w:val="ListBullet"/>
      </w:pPr>
      <w:r>
        <w:t>Acompañar las consultas      médicas cuando sea posible.</w:t>
      </w:r>
    </w:p>
    <w:p>
      <w:pPr>
        <w:pStyle w:val="ListBullet"/>
      </w:pPr>
      <w:r>
        <w:t>Contribuir a la      estabilidad económica y emocional.</w:t>
      </w:r>
    </w:p>
    <w:p>
      <w:pPr>
        <w:pStyle w:val="ListBullet"/>
      </w:pPr>
      <w:r>
        <w:t>Proteger a la madre de      ambientes de consumo.</w:t>
      </w:r>
    </w:p>
    <w:p>
      <w:pPr>
        <w:pStyle w:val="ListBullet"/>
      </w:pPr>
      <w:r>
        <w:t>Participar      responsablemente en el cuidado del niño.</w:t>
      </w:r>
    </w:p>
    <w:p>
      <w:r>
        <w:t>El padre no protege a su hijo únicamente aportando dinero. También lo protege con su conducta.</w:t>
      </w:r>
    </w:p>
    <w:p>
      <w:pPr>
        <w:pStyle w:val="Heading3"/>
      </w:pPr>
      <w:r>
        <w:t>Lo que todavía se investiga</w:t>
      </w:r>
    </w:p>
    <w:p>
      <w:r>
        <w:t>Existe un interés creciente en los posibles efectos del consumo paterno antes de la concepción sobre el esperma y la salud de la descendencia. Algunos estudios investigan cambios epigenéticos, es decir, modificaciones que podrían influir en la actividad de los genes sin cambiar la secuencia genética.</w:t>
      </w:r>
    </w:p>
    <w:p>
      <w:r>
        <w:t>Este campo todavía presenta incertidumbres. Muchos resultados proceden de estudios con animales o de investigaciones humanas en las que resulta difícil separar el consumo de otros factores.</w:t>
      </w:r>
    </w:p>
    <w:p>
      <w:r>
        <w:t>Por eso no debemos afirmar que todos los daños sufridos por un niño provienen directamente del consumo anterior del padre. Tampoco debemos ignorar que el alcohol, el tabaco y otras drogas pueden perjudicar la salud reproductiva y la estabilidad necesaria para criar.</w:t>
      </w:r>
    </w:p>
    <w:p>
      <w:r>
        <w:t>La prudencia científica exige reconocer lo comprobado y señalar honestamente lo que continúa estudiándose.</w:t>
      </w:r>
    </w:p>
    <w:p>
      <w:pPr>
        <w:pStyle w:val="Heading3"/>
      </w:pPr>
      <w:r>
        <w:t>Después del nacimiento</w:t>
      </w:r>
    </w:p>
    <w:p>
      <w:r>
        <w:t>El peligro no termina con el parto. Algunas sustancias pueden pasar a la leche materna y afectar al bebé. La madre debe informar al profesional de salud sobre cualquier consumo o medicamento antes de amamantar.</w:t>
      </w:r>
    </w:p>
    <w:p>
      <w:r>
        <w:t>El padre, la madre y otros cuidadores tampoco deben atender al niño mientras están intoxicados. Una persona bajo los efectos del alcohol o de las drogas puede:</w:t>
      </w:r>
    </w:p>
    <w:p>
      <w:pPr>
        <w:pStyle w:val="ListBullet"/>
      </w:pPr>
      <w:r>
        <w:t>Dejar caer al bebé.</w:t>
      </w:r>
    </w:p>
    <w:p>
      <w:pPr>
        <w:pStyle w:val="ListBullet"/>
      </w:pPr>
      <w:r>
        <w:t>Dormirse mientras lo sostiene.</w:t>
      </w:r>
    </w:p>
    <w:p>
      <w:pPr>
        <w:pStyle w:val="ListBullet"/>
      </w:pPr>
      <w:r>
        <w:t>Olvidar alimentarlo.</w:t>
      </w:r>
    </w:p>
    <w:p>
      <w:pPr>
        <w:pStyle w:val="ListBullet"/>
      </w:pPr>
      <w:r>
        <w:t>Administrarle incorrectamente un      medicamento.</w:t>
      </w:r>
    </w:p>
    <w:p>
      <w:pPr>
        <w:pStyle w:val="ListBullet"/>
      </w:pPr>
      <w:r>
        <w:t>Conducir con el niño      dentro del vehículo.</w:t>
      </w:r>
    </w:p>
    <w:p>
      <w:pPr>
        <w:pStyle w:val="ListBullet"/>
      </w:pPr>
      <w:r>
        <w:t>Reaccionar violentamente      ante el llanto.</w:t>
      </w:r>
    </w:p>
    <w:p>
      <w:pPr>
        <w:pStyle w:val="ListBullet"/>
      </w:pPr>
      <w:r>
        <w:t>Dejar sustancias al      alcance de sus manos.</w:t>
      </w:r>
    </w:p>
    <w:p>
      <w:r>
        <w:t>Las pastillas, las bebidas y las drogas deben mantenerse completamente fuera del alcance de los menores. Una pequeña cantidad capaz de ser tolerada por un adulto puede resultar mortal para un niño.</w:t>
      </w:r>
    </w:p>
    <w:p>
      <w:pPr>
        <w:pStyle w:val="Heading3"/>
      </w:pPr>
      <w:r>
        <w:t>El daño emocional y familiar</w:t>
      </w:r>
    </w:p>
    <w:p>
      <w:r>
        <w:t>La descendencia también puede sufrir aunque nunca haya estado expuesta físicamente a una sustancia.</w:t>
      </w:r>
    </w:p>
    <w:p>
      <w:r>
        <w:t>Crecer con padres dominados por las drogas o el alcohol puede significar vivir entre promesas incumplidas, cambios repentinos de carácter, abandono, discusiones, violencia y dificultades económicas.</w:t>
      </w:r>
    </w:p>
    <w:p>
      <w:r>
        <w:t>El niño puede sentir que debe cuidar al adulto. Aprende a esconder botellas, inventar excusas y proteger a sus hermanos. Vive atento a los sonidos de la puerta y trata de adivinar en qué estado llegará su padre o su madre.</w:t>
      </w:r>
    </w:p>
    <w:p>
      <w:r>
        <w:t>Esta infancia deja heridas emocionales. Algunos niños desarrollan ansiedad, problemas escolares, desconfianza o dificultad para expresar sus sentimientos.</w:t>
      </w:r>
    </w:p>
    <w:p>
      <w:r>
        <w:t>No todo hijo de una persona dependiente tendrá necesariamente esos problemas. La presencia de un adulto estable, la atención profesional y un ambiente seguro pueden protegerlo. Pero el riesgo no debe minimizarse.</w:t>
      </w:r>
    </w:p>
    <w:p>
      <w:pPr>
        <w:pStyle w:val="Heading3"/>
      </w:pPr>
      <w:r>
        <w:t>El peligro de repetir la historia</w:t>
      </w:r>
    </w:p>
    <w:p>
      <w:r>
        <w:t>Los hijos observan y aprenden. Si crecen viendo que sus padres utilizan alcohol o drogas para enfrentar la tristeza, el enojo y la frustración, pueden llegar a considerar esa conducta normal.</w:t>
      </w:r>
    </w:p>
    <w:p>
      <w:r>
        <w:t>También pueden existir factores biológicos, psicológicos y ambientales que aumenten su vulnerabilidad. Pero vulnerabilidad no significa destino.</w:t>
      </w:r>
    </w:p>
    <w:p>
      <w:r>
        <w:t>La educación, las relaciones saludables, la prevención y el apoyo pueden impedir que la historia se repita. El hijo de una persona dependiente no está condenado a convertirse en consumidor.</w:t>
      </w:r>
    </w:p>
    <w:p>
      <w:r>
        <w:t>Precisamente por conocer el sufrimiento, puede decidir construir una vida diferente.</w:t>
      </w:r>
    </w:p>
    <w:p>
      <w:pPr>
        <w:pStyle w:val="Heading3"/>
      </w:pPr>
      <w:r>
        <w:t>Buscar ayuda protege a toda la familia</w:t>
      </w:r>
    </w:p>
    <w:p>
      <w:r>
        <w:t>Una pareja que desea tener hijos debe hablar con profesionales si existe consumo de drogas, dependencia del alcohol o uso problemático de medicamentos.</w:t>
      </w:r>
    </w:p>
    <w:p>
      <w:r>
        <w:t>Si el embarazo ya comenzó, debe buscarse ayuda inmediatamente. Ocultar la situación por vergüenza no protege al niño.</w:t>
      </w:r>
    </w:p>
    <w:p>
      <w:r>
        <w:t>La atención puede incluir:</w:t>
      </w:r>
    </w:p>
    <w:p>
      <w:pPr>
        <w:pStyle w:val="ListBullet"/>
      </w:pPr>
      <w:r>
        <w:t>Evaluación médica.</w:t>
      </w:r>
    </w:p>
    <w:p>
      <w:pPr>
        <w:pStyle w:val="ListBullet"/>
      </w:pPr>
      <w:r>
        <w:t>Tratamiento para la dependencia.</w:t>
      </w:r>
    </w:p>
    <w:p>
      <w:pPr>
        <w:pStyle w:val="ListBullet"/>
      </w:pPr>
      <w:r>
        <w:t>Atención prenatal constante.</w:t>
      </w:r>
    </w:p>
    <w:p>
      <w:pPr>
        <w:pStyle w:val="ListBullet"/>
      </w:pPr>
      <w:r>
        <w:t>Orientación psicológica.</w:t>
      </w:r>
    </w:p>
    <w:p>
      <w:pPr>
        <w:pStyle w:val="ListBullet"/>
      </w:pPr>
      <w:r>
        <w:t>Apoyo nutricional.</w:t>
      </w:r>
    </w:p>
    <w:p>
      <w:pPr>
        <w:pStyle w:val="ListBullet"/>
      </w:pPr>
      <w:r>
        <w:t>Servicios sociales.</w:t>
      </w:r>
    </w:p>
    <w:p>
      <w:pPr>
        <w:pStyle w:val="ListBullet"/>
      </w:pPr>
      <w:r>
        <w:t>Protección frente a la      violencia.</w:t>
      </w:r>
    </w:p>
    <w:p>
      <w:pPr>
        <w:pStyle w:val="ListBullet"/>
      </w:pPr>
      <w:r>
        <w:t>Planificación del cuidado      del recién nacido.</w:t>
      </w:r>
    </w:p>
    <w:p>
      <w:r>
        <w:t>El tratamiento debe adaptarse a cada sustancia y a cada persona. En especial, no deben suspenderse abruptamente el alcohol, los opioides, las benzodiacepinas u otras sustancias después de un consumo intenso o prolongado sin recibir orientación médica, porque la abstinencia puede causar complicaciones.</w:t>
      </w:r>
    </w:p>
    <w:p>
      <w:pPr>
        <w:pStyle w:val="Heading3"/>
      </w:pPr>
      <w:r>
        <w:t>Una responsabilidad compartida</w:t>
      </w:r>
    </w:p>
    <w:p>
      <w:r>
        <w:t>La decisión de traer un hijo al mundo exige más que amor y buenas intenciones. Requiere conducta responsable.</w:t>
      </w:r>
    </w:p>
    <w:p>
      <w:r>
        <w:t>La madre debe evitar las sustancias que pueden llegar directamente al organismo en desarrollo. El padre debe proteger su salud, apoyar a su pareja y evitar que el hogar se convierta en un lugar de consumo. Ambos deben buscar ayuda cuando no puedan hacerlo solos.</w:t>
      </w:r>
    </w:p>
    <w:p>
      <w:r>
        <w:t>El hijo no puede escoger las condiciones en las que será concebido, se desarrollará o nacerá. Tampoco puede defenderse de aquello que sus padres introducen en el hogar.</w:t>
      </w:r>
    </w:p>
    <w:p>
      <w:r>
        <w:t>Por eso, la responsabilidad pertenece a los adultos.</w:t>
      </w:r>
    </w:p>
    <w:p>
      <w:r>
        <w:t>Abandonar una droga puede ser difícil. Reconocer una dependencia puede causar vergüenza. Someterse a tratamiento puede exigir sacrificios. Pero ningún sacrificio es demasiado grande cuando puede proteger la salud y el porvenir de un hijo.</w:t>
      </w:r>
    </w:p>
    <w:p>
      <w:r>
        <w:t>Las drogas y el alcohol no siempre se conforman con destruir a quien consume.</w:t>
      </w:r>
    </w:p>
    <w:p>
      <w:r>
        <w:t>A veces extienden sus consecuencias hacia la generación siguiente.</w:t>
      </w:r>
    </w:p>
    <w:p>
      <w:r>
        <w:t>Impedirlo es una obligación de la pareja, de la familia y de toda sociedad que afirme defender la vida.</w:t>
      </w:r>
    </w:p>
    <w:p>
      <w:r>
        <w:br w:type="page"/>
      </w:r>
    </w:p>
    <w:p>
      <w:pPr>
        <w:pStyle w:val="Heading1"/>
      </w:pPr>
      <w:r>
        <w:t>CAPÍTULO 10</w:t>
      </w:r>
    </w:p>
    <w:p>
      <w:r>
        <w:t>La adolescencia es una etapa de descubrimientos, cambios y búsqueda de independencia. El joven comienza a tomar decisiones propias, cuestiona las normas y desea experimentar el mundo sin la vigilancia constante de los adultos.</w:t>
      </w:r>
    </w:p>
    <w:p>
      <w:r>
        <w:t>Esa exploración forma parte del crecimiento. El problema aparece cuando las drogas y el alcohol se presentan como instrumentos para demostrar madurez, pertenecer a un grupo o escapar de emociones difíciles.</w:t>
      </w:r>
    </w:p>
    <w:p>
      <w:r>
        <w:t>El adolescente puede tener un cuerpo casi adulto, hablar con seguridad y exigir libertad. Sin embargo, su cerebro continúa desarrollándose.</w:t>
      </w:r>
    </w:p>
    <w:p>
      <w:r>
        <w:t>Esto no significa que sea incapaz de tomar buenas decisiones. Significa que determinadas situaciones —la presión de los amigos, la búsqueda de emociones intensas y la recompensa inmediata— pueden ejercer sobre él una influencia especialmente poderosa.</w:t>
      </w:r>
    </w:p>
    <w:p>
      <w:pPr>
        <w:pStyle w:val="Heading3"/>
      </w:pPr>
      <w:r>
        <w:t>Un cerebro en construcción</w:t>
      </w:r>
    </w:p>
    <w:p>
      <w:r>
        <w:t>El cerebro adolescente no es un cerebro defectuoso. Es un órgano en proceso de reorganización y maduración.</w:t>
      </w:r>
    </w:p>
    <w:p>
      <w:r>
        <w:t>Durante esa etapa se fortalecen conexiones, se eliminan otras y se desarrollan capacidades necesarias para la vida adulta. Las experiencias, los aprendizajes y las relaciones contribuyen a ese proceso.</w:t>
      </w:r>
    </w:p>
    <w:p>
      <w:r>
        <w:t>La corteza prefrontal participa en la planificación, la evaluación de consecuencias, la resolución de problemas y el control de los impulsos. Es una de las últimas regiones cerebrales en completar su maduración, proceso que continúa durante los primeros años de la adultez. ([NIDA](https://nida.nih.gov/publications/drugs-brains-behavior-science-addiction/preventing-drug-misuse-addiction-best-strategy))</w:t>
      </w:r>
    </w:p>
    <w:p>
      <w:r>
        <w:t>Mientras tanto, los sistemas relacionados con las recompensas y las emociones pueden responder intensamente. Esto ayuda a explicar por qué algunos jóvenes buscan experiencias nuevas y toman riesgos que un adulto evaluaría de otra manera.</w:t>
      </w:r>
    </w:p>
    <w:p>
      <w:r>
        <w:t>No es una excusa para actuar irresponsablemente. Es una razón para fortalecer la educación, la supervisión y la prevención.</w:t>
      </w:r>
    </w:p>
    <w:p>
      <w:pPr>
        <w:pStyle w:val="Heading3"/>
      </w:pPr>
      <w:r>
        <w:t>La recompensa inmediata</w:t>
      </w:r>
    </w:p>
    <w:p>
      <w:r>
        <w:t>El adolescente puede comprender intelectualmente que una droga representa un peligro futuro. Pero, frente a la oportunidad de obtener placer, aceptación o alivio inmediato, ese futuro parece distante.</w:t>
      </w:r>
    </w:p>
    <w:p>
      <w:r>
        <w:t>La sustancia ofrece una recompensa rápida:</w:t>
      </w:r>
    </w:p>
    <w:p>
      <w:pPr>
        <w:pStyle w:val="ListBullet"/>
      </w:pPr>
      <w:r>
        <w:t>Sentirse parte del grupo.</w:t>
      </w:r>
    </w:p>
    <w:p>
      <w:pPr>
        <w:pStyle w:val="ListBullet"/>
      </w:pPr>
      <w:r>
        <w:t>Perder la timidez.</w:t>
      </w:r>
    </w:p>
    <w:p>
      <w:pPr>
        <w:pStyle w:val="ListBullet"/>
      </w:pPr>
      <w:r>
        <w:t>Experimentar euforia.</w:t>
      </w:r>
    </w:p>
    <w:p>
      <w:pPr>
        <w:pStyle w:val="ListBullet"/>
      </w:pPr>
      <w:r>
        <w:t>Olvidar una preocupación.</w:t>
      </w:r>
    </w:p>
    <w:p>
      <w:pPr>
        <w:pStyle w:val="ListBullet"/>
      </w:pPr>
      <w:r>
        <w:t>Desafiar una prohibición.</w:t>
      </w:r>
    </w:p>
    <w:p>
      <w:r>
        <w:t>Las consecuencias, en cambio, se perciben como posibilidades lejanas.</w:t>
      </w:r>
    </w:p>
    <w:p>
      <w:r>
        <w:t>—Eso nunca me ocurrirá.</w:t>
      </w:r>
    </w:p>
    <w:p>
      <w:r>
        <w:t>—Solo será esta vez.</w:t>
      </w:r>
    </w:p>
    <w:p>
      <w:r>
        <w:t>—Sé cuidarme.</w:t>
      </w:r>
    </w:p>
    <w:p>
      <w:r>
        <w:t>—Todos lo hacen y siguen bien.</w:t>
      </w:r>
    </w:p>
    <w:p>
      <w:r>
        <w:t>Esta diferencia entre el beneficio inmediato y el daño futuro favorece decisiones impulsivas.</w:t>
      </w:r>
    </w:p>
    <w:p>
      <w:pPr>
        <w:pStyle w:val="Heading3"/>
      </w:pPr>
      <w:r>
        <w:t>La presión del grupo</w:t>
      </w:r>
    </w:p>
    <w:p>
      <w:r>
        <w:t>Durante la adolescencia, pertenecer puede parecer indispensable. La opinión de los amigos adquiere una importancia enorme y el rechazo puede sentirse como una tragedia.</w:t>
      </w:r>
    </w:p>
    <w:p>
      <w:r>
        <w:t>Un joven que rechazaría una droga estando solo puede aceptarla frente a un grupo. No quiere ser considerado cobarde, inmaduro o aburrido.</w:t>
      </w:r>
    </w:p>
    <w:p>
      <w:r>
        <w:t>La presión no siempre se expresa mediante amenazas. Puede aparecer como una broma:</w:t>
      </w:r>
    </w:p>
    <w:p>
      <w:r>
        <w:t>—¿Todavía tienes que pedirle permiso a tu mamá?</w:t>
      </w:r>
    </w:p>
    <w:p>
      <w:r>
        <w:t>O como una falsa prueba de amistad:</w:t>
      </w:r>
    </w:p>
    <w:p>
      <w:r>
        <w:t>—Si confiaras en nosotros, la probarías.</w:t>
      </w:r>
    </w:p>
    <w:p>
      <w:r>
        <w:t>El adolescente necesita aprender que una amistad que exige poner en peligro su salud no es una amistad verdadera.</w:t>
      </w:r>
    </w:p>
    <w:p>
      <w:r>
        <w:t>También debe practicar cómo responder. Una decisión ensayada resulta más fácil de mantener bajo presión.</w:t>
      </w:r>
    </w:p>
    <w:p>
      <w:pPr>
        <w:pStyle w:val="Heading3"/>
      </w:pPr>
      <w:r>
        <w:t>La curiosidad y la sensación de invulnerabilidad</w:t>
      </w:r>
    </w:p>
    <w:p>
      <w:r>
        <w:t>Los jóvenes desean saber cómo se siente aquello de lo que todos hablan. La curiosidad los impulsa a aprender, pero también puede acercarlos a experiencias peligrosas.</w:t>
      </w:r>
    </w:p>
    <w:p>
      <w:r>
        <w:t>A esto se añade una sensación frecuente de invulnerabilidad. El adolescente conoce historias de sobredosis y accidentes, pero cree que pertenecen a otras personas.</w:t>
      </w:r>
    </w:p>
    <w:p>
      <w:r>
        <w:t>Piensa que será más inteligente, que utilizará una cantidad menor o que reconocerá el momento de detenerse.</w:t>
      </w:r>
    </w:p>
    <w:p>
      <w:r>
        <w:t>Pero una sustancia ilegal puede contener componentes desconocidos. Una pastilla falsa puede incluir fentanilo y provocar una intoxicación antes de que exista una segunda oportunidad.</w:t>
      </w:r>
    </w:p>
    <w:p>
      <w:r>
        <w:t>La inteligencia no permite conocer la composición de una droga fabricada sin control.</w:t>
      </w:r>
    </w:p>
    <w:p>
      <w:pPr>
        <w:pStyle w:val="Heading3"/>
      </w:pPr>
      <w:r>
        <w:t>Comenzar temprano aumenta el peligro</w:t>
      </w:r>
    </w:p>
    <w:p>
      <w:r>
        <w:t>El inicio temprano del consumo se relaciona con una mayor probabilidad de utilizar otras sustancias y desarrollar posteriormente un trastorno por consumo. Esto no significa que cada joven que pruebe alcohol o drogas desarrollará una adicción, pero el riesgo merece atención. ([NIDA](https://nida.nih.gov/research-topics/adolescent-brain-substance-use))</w:t>
      </w:r>
    </w:p>
    <w:p>
      <w:r>
        <w:t>Cuanto más joven comienza una persona, más tiempo tiene el consumo para incorporarse a sus rutinas, relaciones y maneras de enfrentar las emociones.</w:t>
      </w:r>
    </w:p>
    <w:p>
      <w:r>
        <w:t>El adolescente que aprende a beber para conversar puede llegar a creer que no sabe relacionarse estando sobrio. Quien consume para soportar la tristeza no desarrolla otras herramientas para enfrentarla.</w:t>
      </w:r>
    </w:p>
    <w:p>
      <w:r>
        <w:t>La sustancia termina ocupando el espacio donde deberían construirse capacidades personales.</w:t>
      </w:r>
    </w:p>
    <w:p>
      <w:pPr>
        <w:pStyle w:val="Heading3"/>
      </w:pPr>
      <w:r>
        <w:t>El alcohol y el cerebro adolescente</w:t>
      </w:r>
    </w:p>
    <w:p>
      <w:r>
        <w:t>El alcohol puede alterar la coordinación, la memoria y la capacidad de evaluar riesgos. En un cerebro todavía en desarrollo, el consumo intenso resulta especialmente preocupante.</w:t>
      </w:r>
    </w:p>
    <w:p>
      <w:r>
        <w:t>El Instituto Nacional sobre el Abuso del Alcohol y el Alcoholismo indica que beber en exceso durante la adolescencia puede alterar procesos importantes del desarrollo cerebral y producir cambios duraderos en la estructura y el funcionamiento. ([NIAAA](https://www.niaaa.nih.gov/publications/alcohol-and-brain-overview))</w:t>
      </w:r>
    </w:p>
    <w:p>
      <w:r>
        <w:t>El joven puede olvidar partes de lo ocurrido durante una intoxicación. Esto no significa necesariamente que haya perdido el conocimiento. Puede continuar hablando, caminando y realizando acciones mientras su cerebro deja de formar recuerdos completos.</w:t>
      </w:r>
    </w:p>
    <w:p>
      <w:r>
        <w:t>Al día siguiente no puede recordar con quién estuvo, qué dijo o qué riesgos asumió.</w:t>
      </w:r>
    </w:p>
    <w:p>
      <w:r>
        <w:t>La ausencia de memoria no elimina las consecuencias.</w:t>
      </w:r>
    </w:p>
    <w:p>
      <w:pPr>
        <w:pStyle w:val="Heading3"/>
      </w:pPr>
      <w:r>
        <w:t>Aprendizaje y rendimiento escolar</w:t>
      </w:r>
    </w:p>
    <w:p>
      <w:r>
        <w:t>El cerebro adolescente está dedicado a aprender. Las drogas y el alcohol pueden interferir precisamente con las capacidades necesarias para aprovechar esa etapa.</w:t>
      </w:r>
    </w:p>
    <w:p>
      <w:r>
        <w:t>El estudiante puede experimentar:</w:t>
      </w:r>
    </w:p>
    <w:p>
      <w:pPr>
        <w:pStyle w:val="ListBullet"/>
      </w:pPr>
      <w:r>
        <w:t>Dificultades de atención.</w:t>
      </w:r>
    </w:p>
    <w:p>
      <w:pPr>
        <w:pStyle w:val="ListBullet"/>
      </w:pPr>
      <w:r>
        <w:t>Problemas de memoria.</w:t>
      </w:r>
    </w:p>
    <w:p>
      <w:pPr>
        <w:pStyle w:val="ListBullet"/>
      </w:pPr>
      <w:r>
        <w:t>Falta de motivación.</w:t>
      </w:r>
    </w:p>
    <w:p>
      <w:pPr>
        <w:pStyle w:val="ListBullet"/>
      </w:pPr>
      <w:r>
        <w:t>Alteraciones del sueño.</w:t>
      </w:r>
    </w:p>
    <w:p>
      <w:pPr>
        <w:pStyle w:val="ListBullet"/>
      </w:pPr>
      <w:r>
        <w:t>Ausencias frecuentes.</w:t>
      </w:r>
    </w:p>
    <w:p>
      <w:pPr>
        <w:pStyle w:val="ListBullet"/>
      </w:pPr>
      <w:r>
        <w:t>Disminución de las calificaciones.</w:t>
      </w:r>
    </w:p>
    <w:p>
      <w:pPr>
        <w:pStyle w:val="ListBullet"/>
      </w:pPr>
      <w:r>
        <w:t>Abandono de actividades.</w:t>
      </w:r>
    </w:p>
    <w:p>
      <w:r>
        <w:t>El bajo rendimiento no siempre es causado por una sustancia. Pero cuando aparece junto con cambios de amistades, secretos, problemas de dinero y alteraciones físicas, debe investigarse.</w:t>
      </w:r>
    </w:p>
    <w:p>
      <w:r>
        <w:t>La educación perdida durante esos años puede limitar oportunidades durante toda la vida.</w:t>
      </w:r>
    </w:p>
    <w:p>
      <w:pPr>
        <w:pStyle w:val="Heading3"/>
      </w:pPr>
      <w:r>
        <w:t>Cannabis y adolescencia</w:t>
      </w:r>
    </w:p>
    <w:p>
      <w:r>
        <w:t>El cannabis suele presentarse como una sustancia natural y completamente inofensiva. Esa idea impide que muchos jóvenes consideren sus riesgos.</w:t>
      </w:r>
    </w:p>
    <w:p>
      <w:r>
        <w:t>Los CDC advierten que el consumo iniciado en la adolescencia, especialmente cuando es frecuente o intenso, puede afectar el cerebro en desarrollo. Puede perjudicar la atención, la memoria, el aprendizaje, la coordinación y el desempeño escolar. ([CDC](https://www.cdc.gov/cannabis/health-effects/cannabis-and-teens.html))</w:t>
      </w:r>
    </w:p>
    <w:p>
      <w:r>
        <w:t>Los productos tampoco son todos iguales. Pueden variar considerablemente en potencia y forma de administración.</w:t>
      </w:r>
    </w:p>
    <w:p>
      <w:r>
        <w:t>El hecho de que una sustancia sea menos propensa a causar una sobredosis mortal que el fentanilo no significa que carezca de consecuencias.</w:t>
      </w:r>
    </w:p>
    <w:p>
      <w:pPr>
        <w:pStyle w:val="Heading3"/>
      </w:pPr>
      <w:r>
        <w:t>Nicotina y vapeo</w:t>
      </w:r>
    </w:p>
    <w:p>
      <w:r>
        <w:t>Algunos adolescentes que jamás fumarían un cigarrillo comienzan a utilizar dispositivos electrónicos porque parecen modernos, limpios y menos peligrosos.</w:t>
      </w:r>
    </w:p>
    <w:p>
      <w:r>
        <w:t>Los sabores, colores y diseños reducen la percepción del riesgo. Pero muchos de esos productos contienen nicotina, una sustancia capaz de producir dependencia.</w:t>
      </w:r>
    </w:p>
    <w:p>
      <w:r>
        <w:t>El joven puede comenzar por curiosidad y terminar necesitando utilizar el dispositivo repetidamente durante el día. La irritabilidad y la ansiedad aparecen cuando no tiene acceso.</w:t>
      </w:r>
    </w:p>
    <w:p>
      <w:r>
        <w:t>El vapeo demuestra cómo una presentación atractiva puede ocultar una sustancia adictiva.</w:t>
      </w:r>
    </w:p>
    <w:p>
      <w:pPr>
        <w:pStyle w:val="Heading3"/>
      </w:pPr>
      <w:r>
        <w:t>Medicamentos y pastillas falsas</w:t>
      </w:r>
    </w:p>
    <w:p>
      <w:r>
        <w:t>Un adolescente puede creer que una pastilla es más segura que una droga en polvo porque parece un medicamento.</w:t>
      </w:r>
    </w:p>
    <w:p>
      <w:r>
        <w:t>Quizás la reciba de un compañero que afirma utilizarla para estudiar, dormir o tranquilizarse. También puede comprarla mediante redes sociales.</w:t>
      </w:r>
    </w:p>
    <w:p>
      <w:r>
        <w:t>Existen dos peligros.</w:t>
      </w:r>
    </w:p>
    <w:p>
      <w:r>
        <w:t>El primero es utilizar sin supervisión un medicamento legítimo que fue recetado para otra persona.</w:t>
      </w:r>
    </w:p>
    <w:p>
      <w:r>
        <w:t>El segundo es recibir una pastilla falsificada que contiene sustancias diferentes, incluyendo fentanilo.</w:t>
      </w:r>
    </w:p>
    <w:p>
      <w:r>
        <w:t>La regla debe ser clara:</w:t>
      </w:r>
    </w:p>
    <w:p>
      <w:r>
        <w:t>Ningún joven debe ingerir una pastilla que no haya sido recetada para él y entregada por una fuente legítima.</w:t>
      </w:r>
    </w:p>
    <w:p>
      <w:pPr>
        <w:pStyle w:val="Heading3"/>
      </w:pPr>
      <w:r>
        <w:t>Salud mental</w:t>
      </w:r>
    </w:p>
    <w:p>
      <w:r>
        <w:t>Muchos jóvenes no consumen únicamente para divertirse. Lo hacen para aliviar tristeza, ansiedad, soledad, dolor emocional o dificultades para dormir.</w:t>
      </w:r>
    </w:p>
    <w:p>
      <w:r>
        <w:t>Los CDC han informado que los adolescentes mencionan con frecuencia el deseo de sentirse bien, aliviar dolor o afrontar problemas de sueño como motivos para utilizar sustancias. ([CDC](https://www.cdc.gov/mmwr/volumes/73/wr/mm7305a1.htm))</w:t>
      </w:r>
    </w:p>
    <w:p>
      <w:r>
        <w:t>Cuando el consumo funciona como intento de automedicación, la prevención debe atender la causa.</w:t>
      </w:r>
    </w:p>
    <w:p>
      <w:r>
        <w:t>Decir simplemente “no consumas” será insuficiente si el joven continúa sufriendo en silencio. Necesita una alternativa real: atención de salud mental, apoyo familiar, protección frente al acoso o ayuda para enfrentar un trauma.</w:t>
      </w:r>
    </w:p>
    <w:p>
      <w:r>
        <w:t>La sustancia puede aliviar temporalmente un síntoma, pero agravar el problema general.</w:t>
      </w:r>
    </w:p>
    <w:p>
      <w:pPr>
        <w:pStyle w:val="Heading3"/>
      </w:pPr>
      <w:r>
        <w:t>Los padres como modelos</w:t>
      </w:r>
    </w:p>
    <w:p>
      <w:r>
        <w:t>Los adolescentes observan cuidadosamente las contradicciones de los adultos.</w:t>
      </w:r>
    </w:p>
    <w:p>
      <w:r>
        <w:t>Un padre pierde autoridad cuando le exige a su hijo que no consuma, pero se embriaga frecuentemente. También envía un mensaje confuso si utiliza alcohol cada vez que está triste, enojado o estresado.</w:t>
      </w:r>
    </w:p>
    <w:p>
      <w:r>
        <w:t>El joven aprende que las sustancias sirven para manejar las emociones.</w:t>
      </w:r>
    </w:p>
    <w:p>
      <w:r>
        <w:t>La prevención comienza con el ejemplo. No se trata de exigir padres perfectos, sino coherentes.</w:t>
      </w:r>
    </w:p>
    <w:p>
      <w:r>
        <w:t>Si un adulto tiene un problema, reconocerlo y buscar ayuda puede enseñar una lección poderosa: nadie debe avergonzarse por corregir su conducta.</w:t>
      </w:r>
    </w:p>
    <w:p>
      <w:pPr>
        <w:pStyle w:val="Heading3"/>
      </w:pPr>
      <w:r>
        <w:t>Supervisión sin persecución</w:t>
      </w:r>
    </w:p>
    <w:p>
      <w:r>
        <w:t>Los adolescentes necesitan privacidad y una independencia creciente. Pero todavía requieren normas, horarios y supervisión.</w:t>
      </w:r>
    </w:p>
    <w:p>
      <w:r>
        <w:t>Los padres deben saber:</w:t>
      </w:r>
    </w:p>
    <w:p>
      <w:pPr>
        <w:pStyle w:val="ListBullet"/>
      </w:pPr>
      <w:r>
        <w:t>Dónde se encuentran.</w:t>
      </w:r>
    </w:p>
    <w:p>
      <w:pPr>
        <w:pStyle w:val="ListBullet"/>
      </w:pPr>
      <w:r>
        <w:t>Con quiénes están.</w:t>
      </w:r>
    </w:p>
    <w:p>
      <w:pPr>
        <w:pStyle w:val="ListBullet"/>
      </w:pPr>
      <w:r>
        <w:t>Cómo regresarán.</w:t>
      </w:r>
    </w:p>
    <w:p>
      <w:pPr>
        <w:pStyle w:val="ListBullet"/>
      </w:pPr>
      <w:r>
        <w:t>Si habrá adultos responsables.</w:t>
      </w:r>
    </w:p>
    <w:p>
      <w:pPr>
        <w:pStyle w:val="ListBullet"/>
      </w:pPr>
      <w:r>
        <w:t>Qué harán si alguien les      ofrece una sustancia.</w:t>
      </w:r>
    </w:p>
    <w:p>
      <w:r>
        <w:t>Supervisar no significa registrar secretamente cada pensamiento ni acusar sin pruebas. Significa permanecer presente y establecer límites adecuados.</w:t>
      </w:r>
    </w:p>
    <w:p>
      <w:r>
        <w:t>Un joven puede protestar contra las normas y, al mismo tiempo, sentirse protegido por ellas.</w:t>
      </w:r>
    </w:p>
    <w:p>
      <w:pPr>
        <w:pStyle w:val="Heading3"/>
      </w:pPr>
      <w:r>
        <w:t>Fortalecer, no solamente prohibir</w:t>
      </w:r>
    </w:p>
    <w:p>
      <w:r>
        <w:t>La prevención más efectiva no consiste únicamente en enumerar peligros. Debe desarrollar capacidades.</w:t>
      </w:r>
    </w:p>
    <w:p>
      <w:r>
        <w:t>El adolescente necesita aprender a:</w:t>
      </w:r>
    </w:p>
    <w:p>
      <w:pPr>
        <w:pStyle w:val="ListBullet"/>
      </w:pPr>
      <w:r>
        <w:t>Tomar decisiones.</w:t>
      </w:r>
    </w:p>
    <w:p>
      <w:pPr>
        <w:pStyle w:val="ListBullet"/>
      </w:pPr>
      <w:r>
        <w:t>Resistir la presión.</w:t>
      </w:r>
    </w:p>
    <w:p>
      <w:pPr>
        <w:pStyle w:val="ListBullet"/>
      </w:pPr>
      <w:r>
        <w:t>Manejar la frustración.</w:t>
      </w:r>
    </w:p>
    <w:p>
      <w:pPr>
        <w:pStyle w:val="ListBullet"/>
      </w:pPr>
      <w:r>
        <w:t>Pedir ayuda.</w:t>
      </w:r>
    </w:p>
    <w:p>
      <w:pPr>
        <w:pStyle w:val="ListBullet"/>
      </w:pPr>
      <w:r>
        <w:t>Reconocer amistades peligrosas.</w:t>
      </w:r>
    </w:p>
    <w:p>
      <w:pPr>
        <w:pStyle w:val="ListBullet"/>
      </w:pPr>
      <w:r>
        <w:t>Abandonar una situación insegura.</w:t>
      </w:r>
    </w:p>
    <w:p>
      <w:pPr>
        <w:pStyle w:val="ListBullet"/>
      </w:pPr>
      <w:r>
        <w:t>Encontrar actividades que      le proporcionen propósito.</w:t>
      </w:r>
    </w:p>
    <w:p>
      <w:pPr>
        <w:pStyle w:val="ListBullet"/>
      </w:pPr>
      <w:r>
        <w:t>Hablar de sus emociones.</w:t>
      </w:r>
    </w:p>
    <w:p>
      <w:r>
        <w:t>Los deportes, el arte, la música, el estudio, la espiritualidad y el servicio comunitario pueden ofrecer identidad y pertenencia. No son una garantía absoluta, pero fortalecen los factores protectores.</w:t>
      </w:r>
    </w:p>
    <w:p>
      <w:r>
        <w:t>Un joven con metas tiene razones concretas para defender su futuro.</w:t>
      </w:r>
    </w:p>
    <w:p>
      <w:pPr>
        <w:pStyle w:val="Heading3"/>
      </w:pPr>
      <w:r>
        <w:t>Hablar sin sermonear</w:t>
      </w:r>
    </w:p>
    <w:p>
      <w:r>
        <w:t>Una conversación interminable llena de amenazas puede lograr que el adolescente deje de escuchar.</w:t>
      </w:r>
    </w:p>
    <w:p>
      <w:r>
        <w:t>Los padres deben hablar con claridad y permitir preguntas. También deben reconocer lo que no saben y buscar información confiable.</w:t>
      </w:r>
    </w:p>
    <w:p>
      <w:r>
        <w:t>Conviene utilizar situaciones reales:</w:t>
      </w:r>
    </w:p>
    <w:p>
      <w:r>
        <w:t>—¿Qué harías si tu mejor amigo te ofreciera una pastilla?</w:t>
      </w:r>
    </w:p>
    <w:p>
      <w:r>
        <w:t>—¿Cómo regresarías a casa si quien debía conducir comenzó a beber?</w:t>
      </w:r>
    </w:p>
    <w:p>
      <w:r>
        <w:t>—¿A quién llamarías sin temor a un castigo inmediato?</w:t>
      </w:r>
    </w:p>
    <w:p>
      <w:r>
        <w:t>Estas preguntas preparan para decisiones concretas.</w:t>
      </w:r>
    </w:p>
    <w:p>
      <w:r>
        <w:t>La conversación debe repetirse a lo largo de los años. Una sola charla no protege toda la adolescencia.</w:t>
      </w:r>
    </w:p>
    <w:p>
      <w:pPr>
        <w:pStyle w:val="Heading3"/>
      </w:pPr>
      <w:r>
        <w:t>Un cerebro vulnerable y lleno de posibilidades</w:t>
      </w:r>
    </w:p>
    <w:p>
      <w:r>
        <w:t>Hablar de la vulnerabilidad del cerebro adolescente no debe servir para despreciar a los jóvenes.</w:t>
      </w:r>
    </w:p>
    <w:p>
      <w:r>
        <w:t>La misma capacidad de cambio que aumenta determinados riesgos también facilita el aprendizaje, la adaptación y la recuperación. La adolescencia es una etapa extraordinaria para desarrollar habilidades, descubrir talentos y construir propósitos.</w:t>
      </w:r>
    </w:p>
    <w:p>
      <w:r>
        <w:t>El joven no está condenado por su biología.</w:t>
      </w:r>
    </w:p>
    <w:p>
      <w:r>
        <w:t>Necesita información, oportunidades, relaciones saludables y adultos que combinen confianza con supervisión.</w:t>
      </w:r>
    </w:p>
    <w:p>
      <w:pPr>
        <w:pStyle w:val="Heading3"/>
      </w:pPr>
      <w:r>
        <w:t>Proteger el futuro</w:t>
      </w:r>
    </w:p>
    <w:p>
      <w:r>
        <w:t>El adolescente puede creer que la advertencia de los adultos pretende quitarle libertad. En realidad, intenta proteger la libertad que necesitará durante el resto de su vida.</w:t>
      </w:r>
    </w:p>
    <w:p>
      <w:r>
        <w:t>Una dependencia limita las decisiones.</w:t>
      </w:r>
    </w:p>
    <w:p>
      <w:r>
        <w:t>Una sobredosis puede eliminarlas para siempre.</w:t>
      </w:r>
    </w:p>
    <w:p>
      <w:r>
        <w:t>Las drogas ofrecen una recompensa inmediata y cobran con intereses durante años.</w:t>
      </w:r>
    </w:p>
    <w:p>
      <w:r>
        <w:t>Por eso, retrasar o evitar el consumo no significa perder una experiencia indispensable. Significa permitir que el cerebro, la personalidad y los proyectos se desarrollen sin quedar subordinados a una sustancia.</w:t>
      </w:r>
    </w:p>
    <w:p>
      <w:r>
        <w:t>El joven todavía está construyendo la persona que llegará a ser.</w:t>
      </w:r>
    </w:p>
    <w:p>
      <w:r>
        <w:t>Las drogas y el alcohol no deben recibir el poder de participar en esa construcción</w:t>
      </w:r>
    </w:p>
    <w:p>
      <w:r>
        <w:br w:type="page"/>
      </w:r>
    </w:p>
    <w:p>
      <w:pPr>
        <w:pStyle w:val="Heading1"/>
      </w:pPr>
      <w:r>
        <w:t>CAPÍTULO 11</w:t>
      </w:r>
    </w:p>
    <w:p>
      <w:r>
        <w:t>Descubrir que un hijo puede estar consumiendo drogas constituye uno de los mayores temores de una familia. Algunos padres se niegan a reconocer las señales porque les resulta demasiado doloroso. Otros reaccionan impulsivamente, acusan sin pruebas y convierten una sospecha en una batalla.</w:t>
      </w:r>
    </w:p>
    <w:p>
      <w:r>
        <w:t>Ninguno de esos extremos ayuda.</w:t>
      </w:r>
    </w:p>
    <w:p>
      <w:r>
        <w:t>La familia debe observar con atención, hablar con serenidad y actuar con firmeza. Una sola señal no demuestra necesariamente que exista consumo. Los adolescentes pueden cambiar de ánimo, buscar mayor privacidad o modificar sus amistades sin estar utilizando drogas.</w:t>
      </w:r>
    </w:p>
    <w:p>
      <w:r>
        <w:t>Pero cuando aparecen varios cambios al mismo tiempo, se mantienen durante cierto tiempo y afectan diferentes aspectos de su vida, es necesario investigar responsablemente.</w:t>
      </w:r>
    </w:p>
    <w:p>
      <w:r>
        <w:t>Descubrir el problema temprano puede impedir consecuencias mucho más graves.</w:t>
      </w:r>
    </w:p>
    <w:p>
      <w:pPr>
        <w:pStyle w:val="Heading3"/>
      </w:pPr>
      <w:r>
        <w:t>Los padres también pueden equivocarse</w:t>
      </w:r>
    </w:p>
    <w:p>
      <w:r>
        <w:t>Antes de acusar, debemos reconocer que muchas señales asociadas con el consumo también pueden tener otras causas.</w:t>
      </w:r>
    </w:p>
    <w:p>
      <w:r>
        <w:t>El cansancio puede deberse a falta de sueño.</w:t>
      </w:r>
    </w:p>
    <w:p>
      <w:r>
        <w:t>Las calificaciones pueden disminuir por dificultades de aprendizaje.</w:t>
      </w:r>
    </w:p>
    <w:p>
      <w:r>
        <w:t>El aislamiento puede relacionarse con depresión, ansiedad o acoso escolar.</w:t>
      </w:r>
    </w:p>
    <w:p>
      <w:r>
        <w:t>Los ojos enrojecidos pueden tener una causa médica.</w:t>
      </w:r>
    </w:p>
    <w:p>
      <w:r>
        <w:t>El enojo puede formar parte de un conflicto familiar.</w:t>
      </w:r>
    </w:p>
    <w:p>
      <w:r>
        <w:t>Por eso no debemos basarnos en un solo indicio. El objetivo no es atrapar al hijo en una mentira, sino descubrir qué le está sucediendo.</w:t>
      </w:r>
    </w:p>
    <w:p>
      <w:r>
        <w:t>Incluso si no existe consumo, los cambios importantes pueden revelar otro problema que necesita atención.</w:t>
      </w:r>
    </w:p>
    <w:p>
      <w:pPr>
        <w:pStyle w:val="Heading3"/>
      </w:pPr>
      <w:r>
        <w:t>Cambios en la conducta</w:t>
      </w:r>
    </w:p>
    <w:p>
      <w:r>
        <w:t>Los padres deben prestar atención cuando un hijo modifica repentinamente su manera habitual de comportarse.</w:t>
      </w:r>
    </w:p>
    <w:p>
      <w:r>
        <w:t>Algunas señales pueden ser:</w:t>
      </w:r>
    </w:p>
    <w:p>
      <w:pPr>
        <w:pStyle w:val="ListBullet"/>
      </w:pPr>
      <w:r>
        <w:t>Irritabilidad intensa.</w:t>
      </w:r>
    </w:p>
    <w:p>
      <w:pPr>
        <w:pStyle w:val="ListBullet"/>
      </w:pPr>
      <w:r>
        <w:t>Cambios bruscos de ánimo.</w:t>
      </w:r>
    </w:p>
    <w:p>
      <w:pPr>
        <w:pStyle w:val="ListBullet"/>
      </w:pPr>
      <w:r>
        <w:t>Secretos constantes.</w:t>
      </w:r>
    </w:p>
    <w:p>
      <w:pPr>
        <w:pStyle w:val="ListBullet"/>
      </w:pPr>
      <w:r>
        <w:t>Ausencias sin explicación.</w:t>
      </w:r>
    </w:p>
    <w:p>
      <w:pPr>
        <w:pStyle w:val="ListBullet"/>
      </w:pPr>
      <w:r>
        <w:t>Incumplimiento de horarios.</w:t>
      </w:r>
    </w:p>
    <w:p>
      <w:pPr>
        <w:pStyle w:val="ListBullet"/>
      </w:pPr>
      <w:r>
        <w:t>Pérdida de interés en      actividades que antes disfrutaba.</w:t>
      </w:r>
    </w:p>
    <w:p>
      <w:pPr>
        <w:pStyle w:val="ListBullet"/>
      </w:pPr>
      <w:r>
        <w:t>Aislamiento de la familia.</w:t>
      </w:r>
    </w:p>
    <w:p>
      <w:pPr>
        <w:pStyle w:val="ListBullet"/>
      </w:pPr>
      <w:r>
        <w:t>Reacciones exageradas      ante preguntas sencillas.</w:t>
      </w:r>
    </w:p>
    <w:p>
      <w:pPr>
        <w:pStyle w:val="ListBullet"/>
      </w:pPr>
      <w:r>
        <w:t>Mentiras frecuentes.</w:t>
      </w:r>
    </w:p>
    <w:p>
      <w:pPr>
        <w:pStyle w:val="ListBullet"/>
      </w:pPr>
      <w:r>
        <w:t>Descuido de responsabilidades.</w:t>
      </w:r>
    </w:p>
    <w:p>
      <w:r>
        <w:t>Ninguna de estas conductas prueba por sí sola el consumo. Pero varias de ellas, especialmente cuando aparecen repentinamente, justifican una conversación seria.</w:t>
      </w:r>
    </w:p>
    <w:p>
      <w:pPr>
        <w:pStyle w:val="Heading3"/>
      </w:pPr>
      <w:r>
        <w:t>Cambios en las amistades</w:t>
      </w:r>
    </w:p>
    <w:p>
      <w:r>
        <w:t>Durante la adolescencia, las amistades cambian. Esto forma parte del crecimiento. Sin embargo, resulta preocupante que el joven abandone bruscamente a todos sus amigos anteriores y se relacione exclusivamente con personas que oculta.</w:t>
      </w:r>
    </w:p>
    <w:p>
      <w:r>
        <w:t>Puede negarse a presentarlas, evitar decir dónde viven o reaccionar con enojo cuando se le pregunta por ellas.</w:t>
      </w:r>
    </w:p>
    <w:p>
      <w:r>
        <w:t>Los padres no necesitan aprobar a cada amigo, pero sí tienen la responsabilidad de conocer el ambiente donde se mueve su hijo.</w:t>
      </w:r>
    </w:p>
    <w:p>
      <w:r>
        <w:t>Una amistad responsable no exige secretos permanentes, no presiona para consumir y no separa al joven de todas las personas que desean protegerlo.</w:t>
      </w:r>
    </w:p>
    <w:p>
      <w:pPr>
        <w:pStyle w:val="Heading3"/>
      </w:pPr>
      <w:r>
        <w:t>Problemas en la escuela</w:t>
      </w:r>
    </w:p>
    <w:p>
      <w:r>
        <w:t>El consumo puede reflejarse en el rendimiento escolar:</w:t>
      </w:r>
    </w:p>
    <w:p>
      <w:pPr>
        <w:pStyle w:val="ListBullet"/>
      </w:pPr>
      <w:r>
        <w:t>Descenso repentino de las      calificaciones.</w:t>
      </w:r>
    </w:p>
    <w:p>
      <w:pPr>
        <w:pStyle w:val="ListBullet"/>
      </w:pPr>
      <w:r>
        <w:t>Ausencias o retrasos frecuentes.</w:t>
      </w:r>
    </w:p>
    <w:p>
      <w:pPr>
        <w:pStyle w:val="ListBullet"/>
      </w:pPr>
      <w:r>
        <w:t>Pérdida de interés por      estudiar.</w:t>
      </w:r>
    </w:p>
    <w:p>
      <w:pPr>
        <w:pStyle w:val="ListBullet"/>
      </w:pPr>
      <w:r>
        <w:t>Problemas de disciplina.</w:t>
      </w:r>
    </w:p>
    <w:p>
      <w:pPr>
        <w:pStyle w:val="ListBullet"/>
      </w:pPr>
      <w:r>
        <w:t>Abandono de actividades      deportivas o culturales.</w:t>
      </w:r>
    </w:p>
    <w:p>
      <w:pPr>
        <w:pStyle w:val="ListBullet"/>
      </w:pPr>
      <w:r>
        <w:t>Dificultad para concentrarse.</w:t>
      </w:r>
    </w:p>
    <w:p>
      <w:pPr>
        <w:pStyle w:val="ListBullet"/>
      </w:pPr>
      <w:r>
        <w:t>Conflictos con maestros y      compañeros.</w:t>
      </w:r>
    </w:p>
    <w:p>
      <w:pPr>
        <w:pStyle w:val="ListBullet"/>
      </w:pPr>
      <w:r>
        <w:t>Suspensiones.</w:t>
      </w:r>
    </w:p>
    <w:p>
      <w:r>
        <w:t>Los padres deben comunicarse con la escuela. No para pedir que espíen al joven, sino para comparar observaciones.</w:t>
      </w:r>
    </w:p>
    <w:p>
      <w:r>
        <w:t>Puede comportarse de una manera en el hogar y de otra completamente distinta en el centro educativo. Reunir información permite formar una imagen más completa.</w:t>
      </w:r>
    </w:p>
    <w:p>
      <w:pPr>
        <w:pStyle w:val="Heading3"/>
      </w:pPr>
      <w:r>
        <w:t>Cambios físicos</w:t>
      </w:r>
    </w:p>
    <w:p>
      <w:r>
        <w:t>Algunas sustancias producen alteraciones visibles. Entre las posibles señales se encuentran:</w:t>
      </w:r>
    </w:p>
    <w:p>
      <w:pPr>
        <w:pStyle w:val="ListBullet"/>
      </w:pPr>
      <w:r>
        <w:t>Ojos enrojecidos o      pupilas muy dilatadas o contraídas.</w:t>
      </w:r>
    </w:p>
    <w:p>
      <w:pPr>
        <w:pStyle w:val="ListBullet"/>
      </w:pPr>
      <w:r>
        <w:t>Olores desconocidos en la      ropa o el aliento.</w:t>
      </w:r>
    </w:p>
    <w:p>
      <w:pPr>
        <w:pStyle w:val="ListBullet"/>
      </w:pPr>
      <w:r>
        <w:t>Cambios marcados de peso.</w:t>
      </w:r>
    </w:p>
    <w:p>
      <w:pPr>
        <w:pStyle w:val="ListBullet"/>
      </w:pPr>
      <w:r>
        <w:t>Falta de coordinación.</w:t>
      </w:r>
    </w:p>
    <w:p>
      <w:pPr>
        <w:pStyle w:val="ListBullet"/>
      </w:pPr>
      <w:r>
        <w:t>Habla confusa.</w:t>
      </w:r>
    </w:p>
    <w:p>
      <w:pPr>
        <w:pStyle w:val="ListBullet"/>
      </w:pPr>
      <w:r>
        <w:t>Somnolencia excesiva.</w:t>
      </w:r>
    </w:p>
    <w:p>
      <w:pPr>
        <w:pStyle w:val="ListBullet"/>
      </w:pPr>
      <w:r>
        <w:t>Periodos de agitación o      energía inusual.</w:t>
      </w:r>
    </w:p>
    <w:p>
      <w:pPr>
        <w:pStyle w:val="ListBullet"/>
      </w:pPr>
      <w:r>
        <w:t>Temblores.</w:t>
      </w:r>
    </w:p>
    <w:p>
      <w:pPr>
        <w:pStyle w:val="ListBullet"/>
      </w:pPr>
      <w:r>
        <w:t>Problemas frecuentes de nariz.</w:t>
      </w:r>
    </w:p>
    <w:p>
      <w:pPr>
        <w:pStyle w:val="ListBullet"/>
      </w:pPr>
      <w:r>
        <w:t>Quemaduras o marcas inexplicables.</w:t>
      </w:r>
    </w:p>
    <w:p>
      <w:pPr>
        <w:pStyle w:val="ListBullet"/>
      </w:pPr>
      <w:r>
        <w:t>Deterioro de la higiene.</w:t>
      </w:r>
    </w:p>
    <w:p>
      <w:r>
        <w:t>Estas señales también pueden tener causas médicas. Si son repetidas o intensas, requieren evaluación profesional.</w:t>
      </w:r>
    </w:p>
    <w:p>
      <w:pPr>
        <w:pStyle w:val="Heading3"/>
      </w:pPr>
      <w:r>
        <w:t>Objetos desconocidos</w:t>
      </w:r>
    </w:p>
    <w:p>
      <w:r>
        <w:t>La presencia de ciertos objetos puede aumentar la preocupación:</w:t>
      </w:r>
    </w:p>
    <w:p>
      <w:pPr>
        <w:pStyle w:val="ListBullet"/>
      </w:pPr>
      <w:r>
        <w:t>Pastillas sin envase farmacéutico.</w:t>
      </w:r>
    </w:p>
    <w:p>
      <w:pPr>
        <w:pStyle w:val="ListBullet"/>
      </w:pPr>
      <w:r>
        <w:t>Bolsitas con polvos o      residuos.</w:t>
      </w:r>
    </w:p>
    <w:p>
      <w:pPr>
        <w:pStyle w:val="ListBullet"/>
      </w:pPr>
      <w:r>
        <w:t>Papeles para enrollar.</w:t>
      </w:r>
    </w:p>
    <w:p>
      <w:pPr>
        <w:pStyle w:val="ListBullet"/>
      </w:pPr>
      <w:r>
        <w:t>Pipetas o dispositivos improvisados.</w:t>
      </w:r>
    </w:p>
    <w:p>
      <w:pPr>
        <w:pStyle w:val="ListBullet"/>
      </w:pPr>
      <w:r>
        <w:t>Jeringas.</w:t>
      </w:r>
    </w:p>
    <w:p>
      <w:pPr>
        <w:pStyle w:val="ListBullet"/>
      </w:pPr>
      <w:r>
        <w:t>Encendedores en cantidades inusuales.</w:t>
      </w:r>
    </w:p>
    <w:p>
      <w:pPr>
        <w:pStyle w:val="ListBullet"/>
      </w:pPr>
      <w:r>
        <w:t>Frascos o recipientes      pequeños sin explicación.</w:t>
      </w:r>
    </w:p>
    <w:p>
      <w:pPr>
        <w:pStyle w:val="ListBullet"/>
      </w:pPr>
      <w:r>
        <w:t>Medicamentos que      desaparecen del hogar.</w:t>
      </w:r>
    </w:p>
    <w:p>
      <w:pPr>
        <w:pStyle w:val="ListBullet"/>
      </w:pPr>
      <w:r>
        <w:t>Envases utilizados para      ocultar sustancias.</w:t>
      </w:r>
    </w:p>
    <w:p>
      <w:r>
        <w:t>Los padres no tienen que conocer todas las formas en que se presentan las drogas. Ante un objeto desconocido, deben evitar tocarlo directamente, especialmente si contiene polvo o residuos, y buscar orientación responsable.</w:t>
      </w:r>
    </w:p>
    <w:p>
      <w:pPr>
        <w:pStyle w:val="Heading3"/>
      </w:pPr>
      <w:r>
        <w:t>Dinero y pertenencias</w:t>
      </w:r>
    </w:p>
    <w:p>
      <w:r>
        <w:t>Cuando el consumo necesita financiarse, pueden aparecer problemas económicos.</w:t>
      </w:r>
    </w:p>
    <w:p>
      <w:r>
        <w:t>El joven pide dinero con mayor frecuencia, pero no puede explicar en qué lo gastó. Desaparecen billetes, joyas, aparatos electrónicos o medicamentos.</w:t>
      </w:r>
    </w:p>
    <w:p>
      <w:r>
        <w:t>También puede vender objetos personales que antes valoraba.</w:t>
      </w:r>
    </w:p>
    <w:p>
      <w:r>
        <w:t>Los padres deben evitar entregar dinero repetidamente para resolver supuestas emergencias sin verificar la necesidad. Cuando sea posible, pueden pagar directamente el gasto legítimo.</w:t>
      </w:r>
    </w:p>
    <w:p>
      <w:r>
        <w:t>La desaparición de dinero no demuestra automáticamente que exista consumo, pero nunca debe ignorarse.</w:t>
      </w:r>
    </w:p>
    <w:p>
      <w:pPr>
        <w:pStyle w:val="Heading3"/>
      </w:pPr>
      <w:r>
        <w:t>Sueño y alimentación</w:t>
      </w:r>
    </w:p>
    <w:p>
      <w:r>
        <w:t>Las drogas pueden alterar profundamente los horarios.</w:t>
      </w:r>
    </w:p>
    <w:p>
      <w:r>
        <w:t>El joven permanece despierto durante toda la noche o duerme durante periodos inusualmente largos. Pasa varios días con mucha energía y después queda agotado.</w:t>
      </w:r>
    </w:p>
    <w:p>
      <w:r>
        <w:t>También pueden aparecer pérdida extrema del apetito, hambre repentina o cambios de peso.</w:t>
      </w:r>
    </w:p>
    <w:p>
      <w:r>
        <w:t>Los adolescentes suelen modificar sus rutinas, pero cuando el sueño y la alimentación se alteran junto con el rendimiento, el estado de ánimo y las amistades, la familia debe actuar.</w:t>
      </w:r>
    </w:p>
    <w:p>
      <w:pPr>
        <w:pStyle w:val="Heading3"/>
      </w:pPr>
      <w:r>
        <w:t>El uso de perfumes y ambientadores</w:t>
      </w:r>
    </w:p>
    <w:p>
      <w:r>
        <w:t>Algunos jóvenes utilizan perfumes, gotas para los ojos, goma de mascar o ambientadores para ocultar señales del consumo.</w:t>
      </w:r>
    </w:p>
    <w:p>
      <w:r>
        <w:t>También pueden cambiarse de ropa al regresar, lavarla inmediatamente o evitar acercarse a sus padres.</w:t>
      </w:r>
    </w:p>
    <w:p>
      <w:r>
        <w:t>Ninguno de estos comportamientos constituye una prueba. Pero unido a otras señales puede aumentar la preocupación.</w:t>
      </w:r>
    </w:p>
    <w:p>
      <w:pPr>
        <w:pStyle w:val="Heading3"/>
      </w:pPr>
      <w:r>
        <w:t>El peligro de las redes sociales</w:t>
      </w:r>
    </w:p>
    <w:p>
      <w:r>
        <w:t>Las drogas y las pastillas falsas pueden ofrecerse mediante redes sociales y aplicaciones de mensajería. El vendedor puede presentarse como un amigo y utilizar palabras, símbolos o imágenes que los padres no comprenden.</w:t>
      </w:r>
    </w:p>
    <w:p>
      <w:r>
        <w:t>Esto no justifica vigilar de manera secreta cada conversación sin considerar la edad y las circunstancias. Pero los padres deben educar sobre un peligro fundamental: una pastilla comprada en internet o recibida de un amigo puede no contener lo que promete.</w:t>
      </w:r>
    </w:p>
    <w:p>
      <w:r>
        <w:t>El joven nunca debe ingerir un medicamento que no haya sido recetado para él y entregado por una fuente legítima.</w:t>
      </w:r>
    </w:p>
    <w:p>
      <w:pPr>
        <w:pStyle w:val="Heading3"/>
      </w:pPr>
      <w:r>
        <w:t>Cómo iniciar la conversación</w:t>
      </w:r>
    </w:p>
    <w:p>
      <w:r>
        <w:t>La conversación debe ocurrir en un momento seguro, cuando nadie se encuentre intoxicado ni dominado por la ira.</w:t>
      </w:r>
    </w:p>
    <w:p>
      <w:r>
        <w:t>No conviene comenzar diciendo:</w:t>
      </w:r>
    </w:p>
    <w:p>
      <w:r>
        <w:t>—Eres un drogadicto.</w:t>
      </w:r>
    </w:p>
    <w:p>
      <w:r>
        <w:t>—Has destruido esta familia.</w:t>
      </w:r>
    </w:p>
    <w:p>
      <w:r>
        <w:t>—Sabía que no podía confiar en ti.</w:t>
      </w:r>
    </w:p>
    <w:p>
      <w:r>
        <w:t>Estas acusaciones provocan defensa y cierran la comunicación.</w:t>
      </w:r>
    </w:p>
    <w:p>
      <w:r>
        <w:t>Resulta preferible expresar observaciones concretas:</w:t>
      </w:r>
    </w:p>
    <w:p>
      <w:r>
        <w:t>—He notado que faltaste varias veces a clases, desapareció dinero y llegaste en un estado que me preocupa.</w:t>
      </w:r>
    </w:p>
    <w:p>
      <w:r>
        <w:t>—No quiero humillarte. Necesito saber qué está ocurriendo para poder ayudarte y protegerte.</w:t>
      </w:r>
    </w:p>
    <w:p>
      <w:r>
        <w:t>La conversación debe ser directa. Evitar la crueldad no significa aceptar respuestas evasivas.</w:t>
      </w:r>
    </w:p>
    <w:p>
      <w:pPr>
        <w:pStyle w:val="Heading3"/>
      </w:pPr>
      <w:r>
        <w:t>Escuchar sin aprobar</w:t>
      </w:r>
    </w:p>
    <w:p>
      <w:r>
        <w:t>Si el hijo reconoce que consumió, los padres deben permitirle hablar. Necesitan saber qué sustancia utilizó, cuándo comenzó, con qué frecuencia consume y quién se la proporciona.</w:t>
      </w:r>
    </w:p>
    <w:p>
      <w:r>
        <w:t>Escuchar no significa aprobar.</w:t>
      </w:r>
    </w:p>
    <w:p>
      <w:r>
        <w:t>La familia puede rechazar firmemente el consumo y, al mismo tiempo, evitar insultos que dificulten la sinceridad.</w:t>
      </w:r>
    </w:p>
    <w:p>
      <w:r>
        <w:t>También debe preguntar por qué comenzó. Quizás exista presión social, acoso, tristeza, trauma, ansiedad o algún otro sufrimiento que necesite tratamiento.</w:t>
      </w:r>
    </w:p>
    <w:p>
      <w:r>
        <w:t>Eliminar la sustancia sin atender la causa puede dejar intacta la necesidad de escapar.</w:t>
      </w:r>
    </w:p>
    <w:p>
      <w:pPr>
        <w:pStyle w:val="Heading3"/>
      </w:pPr>
      <w:r>
        <w:t>No hacer promesas que no se cumplirán</w:t>
      </w:r>
    </w:p>
    <w:p>
      <w:r>
        <w:t>Durante el miedo, los padres pueden amenazar:</w:t>
      </w:r>
    </w:p>
    <w:p>
      <w:r>
        <w:t>—Nunca volverás a salir.</w:t>
      </w:r>
    </w:p>
    <w:p>
      <w:r>
        <w:t>—Te enviaré lejos.</w:t>
      </w:r>
    </w:p>
    <w:p>
      <w:r>
        <w:t>—Llamaré a la policía ahora mismo.</w:t>
      </w:r>
    </w:p>
    <w:p>
      <w:r>
        <w:t>Si esas amenazas no pueden o no deben cumplirse, perderán autoridad.</w:t>
      </w:r>
    </w:p>
    <w:p>
      <w:r>
        <w:t>Los límites deben ser claros y realistas:</w:t>
      </w:r>
    </w:p>
    <w:p>
      <w:pPr>
        <w:pStyle w:val="ListBullet"/>
      </w:pPr>
      <w:r>
        <w:t>No se permitirán drogas      dentro del hogar.</w:t>
      </w:r>
    </w:p>
    <w:p>
      <w:pPr>
        <w:pStyle w:val="ListBullet"/>
      </w:pPr>
      <w:r>
        <w:t>No se entregará dinero      sin conocer su destino.</w:t>
      </w:r>
    </w:p>
    <w:p>
      <w:pPr>
        <w:pStyle w:val="ListBullet"/>
      </w:pPr>
      <w:r>
        <w:t>Será necesaria una      evaluación profesional.</w:t>
      </w:r>
    </w:p>
    <w:p>
      <w:pPr>
        <w:pStyle w:val="ListBullet"/>
      </w:pPr>
      <w:r>
        <w:t>Se limitará el contacto      con determinados ambientes de riesgo.</w:t>
      </w:r>
    </w:p>
    <w:p>
      <w:pPr>
        <w:pStyle w:val="ListBullet"/>
      </w:pPr>
      <w:r>
        <w:t>No podrá conducir ni      cuidar a otros si existe consumo.</w:t>
      </w:r>
    </w:p>
    <w:p>
      <w:pPr>
        <w:pStyle w:val="ListBullet"/>
      </w:pPr>
      <w:r>
        <w:t>La violencia tendrá      consecuencias inmediatas.</w:t>
      </w:r>
    </w:p>
    <w:p>
      <w:r>
        <w:t>La firmeza funciona mejor cuando no está acompañada de gritos.</w:t>
      </w:r>
    </w:p>
    <w:p>
      <w:pPr>
        <w:pStyle w:val="Heading3"/>
      </w:pPr>
      <w:r>
        <w:t>La evaluación profesional</w:t>
      </w:r>
    </w:p>
    <w:p>
      <w:r>
        <w:t>Los padres no deben intentar diagnosticar por sí solos la gravedad del consumo.</w:t>
      </w:r>
    </w:p>
    <w:p>
      <w:r>
        <w:t>Un profesional puede evaluar:</w:t>
      </w:r>
    </w:p>
    <w:p>
      <w:pPr>
        <w:pStyle w:val="ListBullet"/>
      </w:pPr>
      <w:r>
        <w:t>Qué sustancias se utilizaron.</w:t>
      </w:r>
    </w:p>
    <w:p>
      <w:pPr>
        <w:pStyle w:val="ListBullet"/>
      </w:pPr>
      <w:r>
        <w:t>Con qué frecuencia.</w:t>
      </w:r>
    </w:p>
    <w:p>
      <w:pPr>
        <w:pStyle w:val="ListBullet"/>
      </w:pPr>
      <w:r>
        <w:t>Si existe dependencia.</w:t>
      </w:r>
    </w:p>
    <w:p>
      <w:pPr>
        <w:pStyle w:val="ListBullet"/>
      </w:pPr>
      <w:r>
        <w:t>Si hay síntomas de      abstinencia.</w:t>
      </w:r>
    </w:p>
    <w:p>
      <w:pPr>
        <w:pStyle w:val="ListBullet"/>
      </w:pPr>
      <w:r>
        <w:t>Si existen problemas de      salud mental.</w:t>
      </w:r>
    </w:p>
    <w:p>
      <w:pPr>
        <w:pStyle w:val="ListBullet"/>
      </w:pPr>
      <w:r>
        <w:t>Qué clase de tratamiento      resulta apropiado.</w:t>
      </w:r>
    </w:p>
    <w:p>
      <w:r>
        <w:t>La evaluación temprana no convierte automáticamente al joven en un paciente internado. Permite conocer el problema y seleccionar la respuesta necesaria.</w:t>
      </w:r>
    </w:p>
    <w:p>
      <w:pPr>
        <w:pStyle w:val="Heading3"/>
      </w:pPr>
      <w:r>
        <w:t>Las pruebas de drogas</w:t>
      </w:r>
    </w:p>
    <w:p>
      <w:r>
        <w:t>Algunas familias consideran utilizar pruebas de detección. Estas pueden ofrecer información en determinadas circunstancias, pero no deben emplearse como sustituto de una evaluación ni interpretarse sin conocer sus limitaciones.</w:t>
      </w:r>
    </w:p>
    <w:p>
      <w:r>
        <w:t>Una prueba puede no detectar todas las sustancias, producir resultados difíciles de interpretar o provocar nuevos conflictos si se utiliza únicamente como instrumento de castigo.</w:t>
      </w:r>
    </w:p>
    <w:p>
      <w:r>
        <w:t>Cuando se considere necesaria, conviene hacerlo con orientación profesional y dentro de un plan más amplio.</w:t>
      </w:r>
    </w:p>
    <w:p>
      <w:r>
        <w:t>El objetivo no es ganar una discusión. Es proteger la salud.</w:t>
      </w:r>
    </w:p>
    <w:p>
      <w:pPr>
        <w:pStyle w:val="Heading3"/>
      </w:pPr>
      <w:r>
        <w:t>Cuándo existe una emergencia</w:t>
      </w:r>
    </w:p>
    <w:p>
      <w:r>
        <w:t>Hay situaciones en las que no debe esperarse una conversación familiar.</w:t>
      </w:r>
    </w:p>
    <w:p>
      <w:r>
        <w:t>Si el joven no responde, respira de forma lenta o irregular, tiene los labios azulados, sufre convulsiones, presenta dolor intenso en el pecho, está extremadamente confundido o amenaza con hacerse daño, debe solicitarse ayuda de emergencia inmediatamente.</w:t>
      </w:r>
    </w:p>
    <w:p>
      <w:r>
        <w:t>No debe dejarse solo.</w:t>
      </w:r>
    </w:p>
    <w:p>
      <w:r>
        <w:t>Tampoco debe suponerse que simplemente necesita dormir. Algunas sobredosis parecen sueño, pero la persona puede estar perdiendo la capacidad de respirar.</w:t>
      </w:r>
    </w:p>
    <w:p>
      <w:r>
        <w:t>Cuando se sospecha una sobredosis de opioides y se dispone de naloxona, debe utilizarse siguiendo las indicaciones y llamar a emergencias. La naloxona no sustituye la atención médica.</w:t>
      </w:r>
    </w:p>
    <w:p>
      <w:r>
        <w:t>El temor al castigo nunca debe retrasar una llamada que puede salvar una vida.</w:t>
      </w:r>
    </w:p>
    <w:p>
      <w:pPr>
        <w:pStyle w:val="Heading3"/>
      </w:pPr>
      <w:r>
        <w:t>Proteger a los demás hijos</w:t>
      </w:r>
    </w:p>
    <w:p>
      <w:r>
        <w:t>Cuando un hijo consume, toda la familia concentra su atención en él. Los hermanos pueden sentirse olvidados, avergonzados o atemorizados.</w:t>
      </w:r>
    </w:p>
    <w:p>
      <w:r>
        <w:t>También pueden quedar expuestos a sustancias dentro del hogar, a personas desconocidas o a conductas violentas.</w:t>
      </w:r>
    </w:p>
    <w:p>
      <w:r>
        <w:t>Los padres deben:</w:t>
      </w:r>
    </w:p>
    <w:p>
      <w:pPr>
        <w:pStyle w:val="ListBullet"/>
      </w:pPr>
      <w:r>
        <w:t>Mantener las sustancias y      medicamentos bajo control.</w:t>
      </w:r>
    </w:p>
    <w:p>
      <w:pPr>
        <w:pStyle w:val="ListBullet"/>
      </w:pPr>
      <w:r>
        <w:t>Proteger el dinero y los      objetos importantes.</w:t>
      </w:r>
    </w:p>
    <w:p>
      <w:pPr>
        <w:pStyle w:val="ListBullet"/>
      </w:pPr>
      <w:r>
        <w:t>Evitar que los hermanos      menores actúen como vigilantes.</w:t>
      </w:r>
    </w:p>
    <w:p>
      <w:pPr>
        <w:pStyle w:val="ListBullet"/>
      </w:pPr>
      <w:r>
        <w:t>Hablar con ellos de      acuerdo con su edad.</w:t>
      </w:r>
    </w:p>
    <w:p>
      <w:pPr>
        <w:pStyle w:val="ListBullet"/>
      </w:pPr>
      <w:r>
        <w:t>Escuchar sus temores.</w:t>
      </w:r>
    </w:p>
    <w:p>
      <w:pPr>
        <w:pStyle w:val="ListBullet"/>
      </w:pPr>
      <w:r>
        <w:t>Mantener, en lo posible,      sus actividades y rutinas.</w:t>
      </w:r>
    </w:p>
    <w:p>
      <w:r>
        <w:t>El hijo que consume necesita ayuda, pero no debe permitirse que la vida de todos los demás quede completamente destruida.</w:t>
      </w:r>
    </w:p>
    <w:p>
      <w:pPr>
        <w:pStyle w:val="Heading3"/>
      </w:pPr>
      <w:r>
        <w:t>Evitar la vergüenza</w:t>
      </w:r>
    </w:p>
    <w:p>
      <w:r>
        <w:t>Algunos padres ocultan el problema porque temen que los familiares, vecinos o miembros de su comunidad los juzguen.</w:t>
      </w:r>
    </w:p>
    <w:p>
      <w:r>
        <w:t>Ese silencio puede retrasar la ayuda.</w:t>
      </w:r>
    </w:p>
    <w:p>
      <w:r>
        <w:t>Buscar tratamiento no significa admitir que fueron malos padres. La adicción puede aparecer en familias amorosas y responsables. Lo importante no es proteger una imagen perfecta, sino proteger la vida del hijo.</w:t>
      </w:r>
    </w:p>
    <w:p>
      <w:r>
        <w:t>Debe escogerse cuidadosamente a quién informar, pero no es prudente enfrentar el problema completamente solos.</w:t>
      </w:r>
    </w:p>
    <w:p>
      <w:pPr>
        <w:pStyle w:val="Heading3"/>
      </w:pPr>
      <w:r>
        <w:t>Una señal no es una sentencia</w:t>
      </w:r>
    </w:p>
    <w:p>
      <w:r>
        <w:t>Descubrir consumo no significa que el hijo esté condenado.</w:t>
      </w:r>
    </w:p>
    <w:p>
      <w:r>
        <w:t>Algunos jóvenes han probado una sustancia una vez y pueden detenerse con orientación y límites. Otros han desarrollado un patrón grave que necesitará tratamiento prolongado.</w:t>
      </w:r>
    </w:p>
    <w:p>
      <w:r>
        <w:t>La respuesta debe corresponder a la realidad.</w:t>
      </w:r>
    </w:p>
    <w:p>
      <w:r>
        <w:t>Minimizar un problema serio resulta peligroso. Tratar una sola experiencia como si toda la vida estuviera perdida también puede ser perjudicial.</w:t>
      </w:r>
    </w:p>
    <w:p>
      <w:r>
        <w:t>La evaluación profesional ayudará a distinguir.</w:t>
      </w:r>
    </w:p>
    <w:p>
      <w:pPr>
        <w:pStyle w:val="Heading3"/>
      </w:pPr>
      <w:r>
        <w:t>Actuar a tiempo</w:t>
      </w:r>
    </w:p>
    <w:p>
      <w:r>
        <w:t>Los padres no pueden acompañar a sus hijos durante cada minuto ni impedir todas sus decisiones. Pero pueden construir una relación donde resulte posible hablar, observar los cambios y actuar rápidamente.</w:t>
      </w:r>
    </w:p>
    <w:p>
      <w:r>
        <w:t>Deben conocer a sus hijos antes de poder reconocer que algo cambió.</w:t>
      </w:r>
    </w:p>
    <w:p>
      <w:r>
        <w:t>Deben escuchar antes de exigir que les cuenten la verdad.</w:t>
      </w:r>
    </w:p>
    <w:p>
      <w:r>
        <w:t>Deben dar ejemplo antes de pedir responsabilidad.</w:t>
      </w:r>
    </w:p>
    <w:p>
      <w:r>
        <w:t>Deben establecer límites antes de que llegue una crisis.</w:t>
      </w:r>
    </w:p>
    <w:p>
      <w:r>
        <w:t>Si descubren consumo, no deben paralizarse por la culpa ni reaccionar únicamente con ira.</w:t>
      </w:r>
    </w:p>
    <w:p>
      <w:r>
        <w:t>La pregunta más útil no es:</w:t>
      </w:r>
    </w:p>
    <w:p>
      <w:r>
        <w:t>—¿Cómo pudiste hacernos esto?</w:t>
      </w:r>
    </w:p>
    <w:p>
      <w:r>
        <w:t>La pregunta debe ser:</w:t>
      </w:r>
    </w:p>
    <w:p>
      <w:r>
        <w:t>—¿Qué está ocurriendo y qué tenemos que hacer desde hoy para detenerlo?</w:t>
      </w:r>
    </w:p>
    <w:p>
      <w:r>
        <w:t>Descubrir el problema temprano no garantiza un camino fácil. Pero cada día ganado puede impedir una sobredosis, una dependencia más profunda o una consecuencia irreversible.</w:t>
      </w:r>
    </w:p>
    <w:p>
      <w:r>
        <w:t>Observar con atención es responsabilidad.</w:t>
      </w:r>
    </w:p>
    <w:p>
      <w:r>
        <w:t>Preguntar con respeto es amor.</w:t>
      </w:r>
    </w:p>
    <w:p>
      <w:r>
        <w:t>Establecer límites es protección.</w:t>
      </w:r>
    </w:p>
    <w:p>
      <w:r>
        <w:t>Y buscar ayuda a tiempo puede salvar la vida de un hijo.</w:t>
      </w:r>
    </w:p>
    <w:p>
      <w:r>
        <w:br w:type="page"/>
      </w:r>
    </w:p>
    <w:p>
      <w:pPr>
        <w:pStyle w:val="Heading1"/>
      </w:pPr>
      <w:r>
        <w:t>CAPÍTULO 12</w:t>
      </w:r>
    </w:p>
    <w:p>
      <w:r>
        <w:t>La adicción suele observarse desde afuera. Los demás ven las botellas vacías, las ausencias, el dinero perdido, las mentiras y las promesas incumplidas. Pero dentro de quien consume se libra una batalla que no siempre resulta visible.</w:t>
      </w:r>
    </w:p>
    <w:p>
      <w:r>
        <w:t>La persona puede comprender que está destruyendo su vida y, aun así, sentirse incapaz de detenerse. Desea cambiar, pero teme abandonar la sustancia. Se arrepiente de lo que hizo y después vuelve a repetirlo. Quiere recuperar el respeto de su familia, aunque continúa realizando acciones que lo alejan de ella.</w:t>
      </w:r>
    </w:p>
    <w:p>
      <w:r>
        <w:t>Esa contradicción constituye una de las partes más dolorosas de la dependencia.</w:t>
      </w:r>
    </w:p>
    <w:p>
      <w:r>
        <w:t>El adicto no deja de ser una persona. Continúa teniendo recuerdos, sentimientos, valores y deseos. Pero la sustancia va ocupando progresivamente el lugar que antes pertenecía a su voluntad.</w:t>
      </w:r>
    </w:p>
    <w:p>
      <w:pPr>
        <w:pStyle w:val="Heading3"/>
      </w:pPr>
      <w:r>
        <w:t>La pérdida del dominio propio</w:t>
      </w:r>
    </w:p>
    <w:p>
      <w:r>
        <w:t>Al principio, la persona decide consumir. Escoge el momento, el lugar y la cantidad. Puede pasar días sin hacerlo y considera que eso demuestra control.</w:t>
      </w:r>
    </w:p>
    <w:p>
      <w:r>
        <w:t>Después comienzan las excepciones.</w:t>
      </w:r>
    </w:p>
    <w:p>
      <w:r>
        <w:t>Consume con mayor frecuencia, aumenta las cantidades y rompe las reglas que ella misma había establecido. Lo que se hacía solamente en compañía empieza a hacerse a solas. Lo que se reservaba para los fines de semana invade los demás días.</w:t>
      </w:r>
    </w:p>
    <w:p>
      <w:r>
        <w:t>Finalmente, la sustancia comienza a imponer sus propias condiciones.</w:t>
      </w:r>
    </w:p>
    <w:p>
      <w:r>
        <w:t>La persona ya no consume solamente para sentir placer. Puede hacerlo para evitar el malestar, tranquilizarse, dormir, encontrar valor o sentirse capaz de funcionar.</w:t>
      </w:r>
    </w:p>
    <w:p>
      <w:r>
        <w:t>La droga deja de ser una elección y se convierte en una exigencia.</w:t>
      </w:r>
    </w:p>
    <w:p>
      <w:r>
        <w:t>Perder el dominio propio no significa que desaparezca toda responsabilidad. Significa que la capacidad de elegir se encuentra seriamente debilitada y necesita ser recuperada mediante tratamiento, apoyo y decisiones constantes.</w:t>
      </w:r>
    </w:p>
    <w:p>
      <w:pPr>
        <w:pStyle w:val="Heading3"/>
      </w:pPr>
      <w:r>
        <w:t>La ocupación de la mente</w:t>
      </w:r>
    </w:p>
    <w:p>
      <w:r>
        <w:t>La adicción no domina únicamente el cuerpo. También ocupa el pensamiento.</w:t>
      </w:r>
    </w:p>
    <w:p>
      <w:r>
        <w:t>La persona calcula cuánto dinero necesita, dónde conseguirá la sustancia y cuándo podrá volver a consumir. Mientras trabaja, conversa con sus hijos o participa en una reunión, una parte de su mente permanece concentrada en la próxima dosis.</w:t>
      </w:r>
    </w:p>
    <w:p>
      <w:r>
        <w:t>Todo lo demás comienza a parecer secundario.</w:t>
      </w:r>
    </w:p>
    <w:p>
      <w:r>
        <w:t>Los familiares son vistos como obstáculos cuando preguntan, reclaman o intentan establecer límites. Las responsabilidades se convierten en molestias que interrumpen el consumo.</w:t>
      </w:r>
    </w:p>
    <w:p>
      <w:r>
        <w:t>La persona quizá no desee conscientemente abandonar a quienes ama. Pero sus pensamientos y actos empiezan a organizarse alrededor de la sustancia.</w:t>
      </w:r>
    </w:p>
    <w:p>
      <w:pPr>
        <w:pStyle w:val="Heading3"/>
      </w:pPr>
      <w:r>
        <w:t>El autoengaño</w:t>
      </w:r>
    </w:p>
    <w:p>
      <w:r>
        <w:t>Antes de mentirles a los demás, muchas personas aprenden a mentirse a sí mismas.</w:t>
      </w:r>
    </w:p>
    <w:p>
      <w:r>
        <w:t>—No estoy tan mal.</w:t>
      </w:r>
    </w:p>
    <w:p>
      <w:r>
        <w:t>—Puedo dejarlo cuando quiera.</w:t>
      </w:r>
    </w:p>
    <w:p>
      <w:r>
        <w:t>—Todos consumen.</w:t>
      </w:r>
    </w:p>
    <w:p>
      <w:r>
        <w:t>—Mi familia exagera.</w:t>
      </w:r>
    </w:p>
    <w:p>
      <w:r>
        <w:t>—Trabajo demasiado y merezco relajarme.</w:t>
      </w:r>
    </w:p>
    <w:p>
      <w:r>
        <w:t>—La sustancia es lo único que me ayuda.</w:t>
      </w:r>
    </w:p>
    <w:p>
      <w:r>
        <w:t>El autoengaño permite continuar sin aceptar completamente la gravedad del problema. Cada consecuencia recibe una explicación que protege al consumo.</w:t>
      </w:r>
    </w:p>
    <w:p>
      <w:r>
        <w:t>Si pierde el trabajo, culpa al jefe.</w:t>
      </w:r>
    </w:p>
    <w:p>
      <w:r>
        <w:t>Si la pareja se marcha, dice que nunca lo comprendió.</w:t>
      </w:r>
    </w:p>
    <w:p>
      <w:r>
        <w:t>Si falta dinero, culpa a la situación económica.</w:t>
      </w:r>
    </w:p>
    <w:p>
      <w:r>
        <w:t>Si el médico le advierte, piensa que está exagerando.</w:t>
      </w:r>
    </w:p>
    <w:p>
      <w:r>
        <w:t>Mientras la causa siempre se encuentre fuera de sí mismo, no tendrá que cambiar.</w:t>
      </w:r>
    </w:p>
    <w:p>
      <w:pPr>
        <w:pStyle w:val="Heading3"/>
      </w:pPr>
      <w:r>
        <w:t>Las mentiras</w:t>
      </w:r>
    </w:p>
    <w:p>
      <w:r>
        <w:t>La adicción necesita tiempo, dinero y secreto. Para obtenerlos, aparecen las mentiras.</w:t>
      </w:r>
    </w:p>
    <w:p>
      <w:r>
        <w:t>Primero pueden parecer pequeñas. La persona oculta cuánto bebió o dónde estuvo. Después inventa gastos, promete devolver dinero y niega hechos evidentes.</w:t>
      </w:r>
    </w:p>
    <w:p>
      <w:r>
        <w:t>Cada mentira facilita la siguiente.</w:t>
      </w:r>
    </w:p>
    <w:p>
      <w:r>
        <w:t>El consumidor puede llegar a mentir sin detenerse a pensar. La falsedad se convierte en una defensa automática frente a cualquier pregunta que amenace su acceso a la sustancia.</w:t>
      </w:r>
    </w:p>
    <w:p>
      <w:r>
        <w:t>Pero mentir constantemente tiene un costo interior. La persona comienza a perder el respeto por sí misma. Sabe que está traicionando valores que antes consideraba importantes.</w:t>
      </w:r>
    </w:p>
    <w:p>
      <w:r>
        <w:t>Cuando se encuentra sobria, la vergüenza puede ser insoportable.</w:t>
      </w:r>
    </w:p>
    <w:p>
      <w:pPr>
        <w:pStyle w:val="Heading3"/>
      </w:pPr>
      <w:r>
        <w:t>La pérdida de identidad</w:t>
      </w:r>
    </w:p>
    <w:p>
      <w:r>
        <w:t>Una persona no nace siendo adicta. Antes de la dependencia fue hija, madre, padre, estudiante, trabajador, amigo, artista o soñador. Tuvo proyectos y cualidades que los demás admiraban.</w:t>
      </w:r>
    </w:p>
    <w:p>
      <w:r>
        <w:t>Con el avance del consumo, todo comienza a reducirse a una sola palabra:</w:t>
      </w:r>
    </w:p>
    <w:p>
      <w:r>
        <w:t>—Es un adicto.</w:t>
      </w:r>
    </w:p>
    <w:p>
      <w:r>
        <w:t>Los demás dejan de preguntarle qué piensa o desea. Solo quieren saber si consumió. Ella misma puede terminar creyendo que la adicción constituye toda su identidad.</w:t>
      </w:r>
    </w:p>
    <w:p>
      <w:r>
        <w:t>Pero una persona es mucho más que su enfermedad y sus peores actos.</w:t>
      </w:r>
    </w:p>
    <w:p>
      <w:r>
        <w:t>La recuperación requiere que vuelva a descubrir quién era y quién desea llegar a ser. No se trata únicamente de abandonar una sustancia, sino de reconstruir una identidad que ya no dependa de ella.</w:t>
      </w:r>
    </w:p>
    <w:p>
      <w:pPr>
        <w:pStyle w:val="Heading3"/>
      </w:pPr>
      <w:r>
        <w:t>El cuerpo deteriorado</w:t>
      </w:r>
    </w:p>
    <w:p>
      <w:r>
        <w:t>Las diferentes sustancias producen daños distintos, pero todas pueden alterar el funcionamiento del organismo.</w:t>
      </w:r>
    </w:p>
    <w:p>
      <w:r>
        <w:t>La persona pierde el sueño, el apetito o la coordinación. Puede sufrir enfermedades, infecciones, problemas cardiovasculares, alteraciones neurológicas y lesiones provocadas por accidentes.</w:t>
      </w:r>
    </w:p>
    <w:p>
      <w:r>
        <w:t>A veces reconoce el deterioro y aun así continúa consumiendo. Se observa en el espejo, nota los cambios y promete detenerse. Después la necesidad vuelve a imponerse.</w:t>
      </w:r>
    </w:p>
    <w:p>
      <w:r>
        <w:t>El cuerpo envía advertencias antes de sufrir un colapso definitivo:</w:t>
      </w:r>
    </w:p>
    <w:p>
      <w:pPr>
        <w:pStyle w:val="ListBullet"/>
      </w:pPr>
      <w:r>
        <w:t>Temblores.</w:t>
      </w:r>
    </w:p>
    <w:p>
      <w:pPr>
        <w:pStyle w:val="ListBullet"/>
      </w:pPr>
      <w:r>
        <w:t>Pérdida o aumento marcado      de peso.</w:t>
      </w:r>
    </w:p>
    <w:p>
      <w:pPr>
        <w:pStyle w:val="ListBullet"/>
      </w:pPr>
      <w:r>
        <w:t>Problemas para dormir.</w:t>
      </w:r>
    </w:p>
    <w:p>
      <w:pPr>
        <w:pStyle w:val="ListBullet"/>
      </w:pPr>
      <w:r>
        <w:t>Dificultades de memoria.</w:t>
      </w:r>
    </w:p>
    <w:p>
      <w:pPr>
        <w:pStyle w:val="ListBullet"/>
      </w:pPr>
      <w:r>
        <w:t>Cambios de ánimo.</w:t>
      </w:r>
    </w:p>
    <w:p>
      <w:pPr>
        <w:pStyle w:val="ListBullet"/>
      </w:pPr>
      <w:r>
        <w:t>Caídas y accidentes frecuentes.</w:t>
      </w:r>
    </w:p>
    <w:p>
      <w:pPr>
        <w:pStyle w:val="ListBullet"/>
      </w:pPr>
      <w:r>
        <w:t>Enfermedades que no se      atienden.</w:t>
      </w:r>
    </w:p>
    <w:p>
      <w:pPr>
        <w:pStyle w:val="ListBullet"/>
      </w:pPr>
      <w:r>
        <w:t>Falta de higiene y      cuidado personal.</w:t>
      </w:r>
    </w:p>
    <w:p>
      <w:r>
        <w:t>Ignorar estas señales no las elimina. Solo permite que el daño continúe.</w:t>
      </w:r>
    </w:p>
    <w:p>
      <w:pPr>
        <w:pStyle w:val="Heading3"/>
      </w:pPr>
      <w:r>
        <w:t>La mente herida</w:t>
      </w:r>
    </w:p>
    <w:p>
      <w:r>
        <w:t>La relación entre el consumo y la salud mental puede ser compleja. Algunas personas comienzan a consumir para aliviar ansiedad, depresión, trauma o soledad. En otras, la sustancia produce o agrava esos problemas.</w:t>
      </w:r>
    </w:p>
    <w:p>
      <w:r>
        <w:t>La persona puede experimentar paranoia, irritabilidad, desesperanza, confusión y cambios bruscos de ánimo. Después de actuar bajo los efectos de una sustancia, puede sentir una culpa profunda.</w:t>
      </w:r>
    </w:p>
    <w:p>
      <w:r>
        <w:t>Entonces vuelve a consumir para escapar de la culpa provocada por el consumo.</w:t>
      </w:r>
    </w:p>
    <w:p>
      <w:r>
        <w:t>Así se forma un círculo:</w:t>
      </w:r>
    </w:p>
    <w:p>
      <w:r>
        <w:t>Sufre y consume.</w:t>
      </w:r>
    </w:p>
    <w:p>
      <w:r>
        <w:t>Consume y causa daños.</w:t>
      </w:r>
    </w:p>
    <w:p>
      <w:r>
        <w:t>Reconoce los daños y sufre.</w:t>
      </w:r>
    </w:p>
    <w:p>
      <w:r>
        <w:t>Vuelve a consumir para no sentir ese sufrimiento.</w:t>
      </w:r>
    </w:p>
    <w:p>
      <w:r>
        <w:t>Romper el círculo requiere atender tanto la dependencia como los problemas emocionales que la acompañan.</w:t>
      </w:r>
    </w:p>
    <w:p>
      <w:pPr>
        <w:pStyle w:val="Heading3"/>
      </w:pPr>
      <w:r>
        <w:t>La dignidad comprometida</w:t>
      </w:r>
    </w:p>
    <w:p>
      <w:r>
        <w:t>La necesidad puede empujar a la persona a realizar actos que anteriormente habría considerado inconcebibles.</w:t>
      </w:r>
    </w:p>
    <w:p>
      <w:r>
        <w:t>Puede mendigar, robar, manipular, engañar o exponerse a situaciones humillantes. Quizás abandone su higiene, duerma en lugares inseguros o acepte maltratos para obtener la sustancia.</w:t>
      </w:r>
    </w:p>
    <w:p>
      <w:r>
        <w:t>Cada límite cruzado produce una nueva herida en su dignidad.</w:t>
      </w:r>
    </w:p>
    <w:p>
      <w:r>
        <w:t>Sin embargo, la dignidad humana no desaparece completamente. Puede quedar sepultada bajo la dependencia, la vergüenza y las malas decisiones, pero continúa existiendo.</w:t>
      </w:r>
    </w:p>
    <w:p>
      <w:r>
        <w:t>Tratar al adicto como basura no lo ayuda a recuperarse. Tampoco debemos fingir que sus actos carecen de importancia.</w:t>
      </w:r>
    </w:p>
    <w:p>
      <w:r>
        <w:t>La respuesta correcta combina dos verdades:</w:t>
      </w:r>
    </w:p>
    <w:p>
      <w:r>
        <w:t>—Usted debe responder por el daño que ha causado.</w:t>
      </w:r>
    </w:p>
    <w:p>
      <w:r>
        <w:t>—Usted continúa siendo un ser humano capaz de cambiar.</w:t>
      </w:r>
    </w:p>
    <w:p>
      <w:pPr>
        <w:pStyle w:val="Heading3"/>
      </w:pPr>
      <w:r>
        <w:t>El abandono de los principios</w:t>
      </w:r>
    </w:p>
    <w:p>
      <w:r>
        <w:t>Muchas personas dependientes conservan en su memoria los valores que aprendieron: honradez, responsabilidad, respeto y amor familiar. El problema es que sus actos dejan de corresponder con esos principios.</w:t>
      </w:r>
    </w:p>
    <w:p>
      <w:r>
        <w:t>Para disminuir el conflicto interior, comienzan a justificar lo injustificable.</w:t>
      </w:r>
    </w:p>
    <w:p>
      <w:r>
        <w:t>—Tomé el dinero, pero pensaba devolverlo.</w:t>
      </w:r>
    </w:p>
    <w:p>
      <w:r>
        <w:t>—Mentí porque mi familia no me comprende.</w:t>
      </w:r>
    </w:p>
    <w:p>
      <w:r>
        <w:t>—Fui violento porque me provocaron.</w:t>
      </w:r>
    </w:p>
    <w:p>
      <w:r>
        <w:t>—Abandoné a mis hijos porque nadie me ayudó.</w:t>
      </w:r>
    </w:p>
    <w:p>
      <w:r>
        <w:t>Las circunstancias pueden explicar una parte de la conducta, pero no borran la responsabilidad.</w:t>
      </w:r>
    </w:p>
    <w:p>
      <w:r>
        <w:t>La recuperación exige abandonar las justificaciones y decir:</w:t>
      </w:r>
    </w:p>
    <w:p>
      <w:r>
        <w:t>—Yo lo hice.</w:t>
      </w:r>
    </w:p>
    <w:p>
      <w:r>
        <w:t>—Causé daño.</w:t>
      </w:r>
    </w:p>
    <w:p>
      <w:r>
        <w:t>—Necesito cambiar.</w:t>
      </w:r>
    </w:p>
    <w:p>
      <w:r>
        <w:t>Esta aceptación puede ser dolorosa, pero también devuelve a la persona una parte del dominio que había perdido.</w:t>
      </w:r>
    </w:p>
    <w:p>
      <w:pPr>
        <w:pStyle w:val="Heading3"/>
      </w:pPr>
      <w:r>
        <w:t>La vergüenza y el aislamiento</w:t>
      </w:r>
    </w:p>
    <w:p>
      <w:r>
        <w:t>El adicto suele vivir entre dos temores: que nadie descubra su problema y que nadie acuda a salvarlo.</w:t>
      </w:r>
    </w:p>
    <w:p>
      <w:r>
        <w:t>Oculta el consumo porque siente vergüenza. Se aleja de quienes podrían confrontarlo y busca la compañía de personas que también consumen.</w:t>
      </w:r>
    </w:p>
    <w:p>
      <w:r>
        <w:t>Con el tiempo, queda aislado.</w:t>
      </w:r>
    </w:p>
    <w:p>
      <w:r>
        <w:t>Puede pensar que su familia lo odia y que ya no merece ayuda. Esa desesperanza favorece el consumo. Si cree que todo está perdido, no encuentra razones para luchar.</w:t>
      </w:r>
    </w:p>
    <w:p>
      <w:r>
        <w:t>La culpa dice:</w:t>
      </w:r>
    </w:p>
    <w:p>
      <w:r>
        <w:t>—He hecho algo malo.</w:t>
      </w:r>
    </w:p>
    <w:p>
      <w:r>
        <w:t>La vergüenza destructiva dice:</w:t>
      </w:r>
    </w:p>
    <w:p>
      <w:r>
        <w:t>—Yo soy irremediablemente malo.</w:t>
      </w:r>
    </w:p>
    <w:p>
      <w:r>
        <w:t>La primera puede conducir a la reparación. La segunda puede mantener a una persona encadenada.</w:t>
      </w:r>
    </w:p>
    <w:p>
      <w:pPr>
        <w:pStyle w:val="Heading3"/>
      </w:pPr>
      <w:r>
        <w:t>La responsabilidad personal</w:t>
      </w:r>
    </w:p>
    <w:p>
      <w:r>
        <w:t>La adicción puede ser una enfermedad, pero esa realidad no elimina toda responsabilidad.</w:t>
      </w:r>
    </w:p>
    <w:p>
      <w:r>
        <w:t>La persona no escogió necesariamente desarrollar una dependencia, pero sí debe asumir la responsabilidad de buscar tratamiento y proteger a los demás de su conducta.</w:t>
      </w:r>
    </w:p>
    <w:p>
      <w:r>
        <w:t>No puede utilizar su enfermedad para justificar:</w:t>
      </w:r>
    </w:p>
    <w:p>
      <w:pPr>
        <w:pStyle w:val="ListBullet"/>
      </w:pPr>
      <w:r>
        <w:t>La violencia.</w:t>
      </w:r>
    </w:p>
    <w:p>
      <w:pPr>
        <w:pStyle w:val="ListBullet"/>
      </w:pPr>
      <w:r>
        <w:t>El abandono de los hijos.</w:t>
      </w:r>
    </w:p>
    <w:p>
      <w:pPr>
        <w:pStyle w:val="ListBullet"/>
      </w:pPr>
      <w:r>
        <w:t>La conducción bajo los      efectos de sustancias.</w:t>
      </w:r>
    </w:p>
    <w:p>
      <w:pPr>
        <w:pStyle w:val="ListBullet"/>
      </w:pPr>
      <w:r>
        <w:t>El robo.</w:t>
      </w:r>
    </w:p>
    <w:p>
      <w:pPr>
        <w:pStyle w:val="ListBullet"/>
      </w:pPr>
      <w:r>
        <w:t>Las amenazas.</w:t>
      </w:r>
    </w:p>
    <w:p>
      <w:pPr>
        <w:pStyle w:val="ListBullet"/>
      </w:pPr>
      <w:r>
        <w:t>El maltrato.</w:t>
      </w:r>
    </w:p>
    <w:p>
      <w:pPr>
        <w:pStyle w:val="ListBullet"/>
      </w:pPr>
      <w:r>
        <w:t>La negativa permanente a      recibir ayuda.</w:t>
      </w:r>
    </w:p>
    <w:p>
      <w:r>
        <w:t>Comprender la adicción permite tratarla. No significa concederle permiso para destruir a otras personas.</w:t>
      </w:r>
    </w:p>
    <w:p>
      <w:r>
        <w:t>La recuperación comienza cuando el consumidor deja de preguntar únicamente qué le hicieron los demás y se atreve a examinar qué ha hecho él.</w:t>
      </w:r>
    </w:p>
    <w:p>
      <w:pPr>
        <w:pStyle w:val="Heading3"/>
      </w:pPr>
      <w:r>
        <w:t>El temor de vivir sin la sustancia</w:t>
      </w:r>
    </w:p>
    <w:p>
      <w:r>
        <w:t>Desde afuera, parece evidente que abandonar el consumo mejorará la vida. Pero quien lleva años dependiendo de una sustancia puede sentir terror ante esa posibilidad.</w:t>
      </w:r>
    </w:p>
    <w:p>
      <w:r>
        <w:t>No recuerda cómo dormir sin ella.</w:t>
      </w:r>
    </w:p>
    <w:p>
      <w:r>
        <w:t>No sabe cómo relacionarse estando sobrio.</w:t>
      </w:r>
    </w:p>
    <w:p>
      <w:r>
        <w:t>Teme enfrentar los recuerdos que intentaba olvidar.</w:t>
      </w:r>
    </w:p>
    <w:p>
      <w:r>
        <w:t>No sabe qué hará con su tiempo.</w:t>
      </w:r>
    </w:p>
    <w:p>
      <w:r>
        <w:t>Piensa que perderá a todas sus amistades.</w:t>
      </w:r>
    </w:p>
    <w:p>
      <w:r>
        <w:t>La sustancia lo destruye, pero también se ha convertido en parte de su rutina e identidad.</w:t>
      </w:r>
    </w:p>
    <w:p>
      <w:r>
        <w:t>Por eso, la recuperación no puede limitarse a retirar la droga. Hay que enseñar a la persona a vivir nuevamente.</w:t>
      </w:r>
    </w:p>
    <w:p>
      <w:r>
        <w:t>Necesitará hábitos, relaciones, metas y formas saludables de enfrentar las emociones. Tendrá que aprender a soportar la frustración sin escapar y a disfrutar sin intoxicarse.</w:t>
      </w:r>
    </w:p>
    <w:p>
      <w:pPr>
        <w:pStyle w:val="Heading3"/>
      </w:pPr>
      <w:r>
        <w:t>Pedir ayuda</w:t>
      </w:r>
    </w:p>
    <w:p>
      <w:r>
        <w:t>Uno de los momentos más difíciles ocurre cuando la persona reconoce:</w:t>
      </w:r>
    </w:p>
    <w:p>
      <w:r>
        <w:t>—No puedo hacerlo solo.</w:t>
      </w:r>
    </w:p>
    <w:p>
      <w:r>
        <w:t>Esta frase puede parecer una derrota, pero en realidad constituye un acto de valentía.</w:t>
      </w:r>
    </w:p>
    <w:p>
      <w:r>
        <w:t>La arrogancia protege la adicción. La sinceridad abre la puerta de la recuperación.</w:t>
      </w:r>
    </w:p>
    <w:p>
      <w:r>
        <w:t>Buscar ayuda puede significar hablar con un médico, ingresar en un programa de tratamiento, participar en grupos de apoyo o recibir atención psicológica. En algunos casos se necesitarán medicamentos y supervisión profesional.</w:t>
      </w:r>
    </w:p>
    <w:p>
      <w:r>
        <w:t>La clase de ayuda dependerá de la sustancia, la gravedad del consumo y las condiciones personales.</w:t>
      </w:r>
    </w:p>
    <w:p>
      <w:r>
        <w:t>Lo importante es dejar de confiar únicamente en promesas pronunciadas después de una crisis.</w:t>
      </w:r>
    </w:p>
    <w:p>
      <w:pPr>
        <w:pStyle w:val="Heading3"/>
      </w:pPr>
      <w:r>
        <w:t>La recuperación de la voluntad</w:t>
      </w:r>
    </w:p>
    <w:p>
      <w:r>
        <w:t>La voluntad no regresa de una sola vez. Se fortalece con decisiones pequeñas y repetidas.</w:t>
      </w:r>
    </w:p>
    <w:p>
      <w:r>
        <w:t>Acudir a una cita.</w:t>
      </w:r>
    </w:p>
    <w:p>
      <w:r>
        <w:t>Decir la verdad.</w:t>
      </w:r>
    </w:p>
    <w:p>
      <w:r>
        <w:t>Evitar un lugar peligroso.</w:t>
      </w:r>
    </w:p>
    <w:p>
      <w:r>
        <w:t>Llamar a alguien antes de consumir.</w:t>
      </w:r>
    </w:p>
    <w:p>
      <w:r>
        <w:t>Aceptar un límite.</w:t>
      </w:r>
    </w:p>
    <w:p>
      <w:r>
        <w:t>Cumplir una responsabilidad.</w:t>
      </w:r>
    </w:p>
    <w:p>
      <w:r>
        <w:t>Reconocer una tentación.</w:t>
      </w:r>
    </w:p>
    <w:p>
      <w:r>
        <w:t>Pedir perdón sin exigirlo.</w:t>
      </w:r>
    </w:p>
    <w:p>
      <w:r>
        <w:t>Cada acto devuelve una parte del dominio personal.</w:t>
      </w:r>
    </w:p>
    <w:p>
      <w:r>
        <w:t>Habrá días difíciles. Pueden aparecer deseos intensos, miedo y dudas. Una recaída puede ocurrir, pero no debe convertirse en excusa para abandonar por completo el esfuerzo.</w:t>
      </w:r>
    </w:p>
    <w:p>
      <w:r>
        <w:t>La caída necesita análisis y acción. ¿Qué la provocó? ¿Qué señal se ignoró? ¿Qué debe cambiarse en el tratamiento?</w:t>
      </w:r>
    </w:p>
    <w:p>
      <w:pPr>
        <w:pStyle w:val="Heading3"/>
      </w:pPr>
      <w:r>
        <w:t>Reparar el daño causado</w:t>
      </w:r>
    </w:p>
    <w:p>
      <w:r>
        <w:t>Dejar de consumir es esencial, pero no basta para reparar automáticamente todo lo sucedido.</w:t>
      </w:r>
    </w:p>
    <w:p>
      <w:r>
        <w:t>La persona deberá enfrentar deudas, relaciones destruidas y oportunidades perdidas. Algunas consecuencias podrán corregirse; otras serán permanentes.</w:t>
      </w:r>
    </w:p>
    <w:p>
      <w:r>
        <w:t>No puede exigir confianza inmediata porque lleva varios días o meses sin consumir. Tampoco debe convertir sus disculpas en una nueva forma de presión.</w:t>
      </w:r>
    </w:p>
    <w:p>
      <w:r>
        <w:t>La reparación necesita:</w:t>
      </w:r>
    </w:p>
    <w:p>
      <w:pPr>
        <w:pStyle w:val="ListBullet"/>
      </w:pPr>
      <w:r>
        <w:t>Reconocimiento sincero.</w:t>
      </w:r>
    </w:p>
    <w:p>
      <w:pPr>
        <w:pStyle w:val="ListBullet"/>
      </w:pPr>
      <w:r>
        <w:t>Cambios comprobables.</w:t>
      </w:r>
    </w:p>
    <w:p>
      <w:pPr>
        <w:pStyle w:val="ListBullet"/>
      </w:pPr>
      <w:r>
        <w:t>Cumplimiento constante.</w:t>
      </w:r>
    </w:p>
    <w:p>
      <w:pPr>
        <w:pStyle w:val="ListBullet"/>
      </w:pPr>
      <w:r>
        <w:t>Respeto al tiempo de los      demás.</w:t>
      </w:r>
    </w:p>
    <w:p>
      <w:pPr>
        <w:pStyle w:val="ListBullet"/>
      </w:pPr>
      <w:r>
        <w:t>Restitución cuando sea posible.</w:t>
      </w:r>
    </w:p>
    <w:p>
      <w:pPr>
        <w:pStyle w:val="ListBullet"/>
      </w:pPr>
      <w:r>
        <w:t>Aceptación de las consecuencias.</w:t>
      </w:r>
    </w:p>
    <w:p>
      <w:r>
        <w:t>La persona recupera su dignidad no solamente dejando la sustancia, sino aprendiendo nuevamente a vivir con responsabilidad.</w:t>
      </w:r>
    </w:p>
    <w:p>
      <w:pPr>
        <w:pStyle w:val="Heading3"/>
      </w:pPr>
      <w:r>
        <w:t>Volver a encontrarse</w:t>
      </w:r>
    </w:p>
    <w:p>
      <w:r>
        <w:t>Durante la adicción, la persona puede olvidar sus talentos, sueños y capacidades. Todo queda subordinado al consumo.</w:t>
      </w:r>
    </w:p>
    <w:p>
      <w:r>
        <w:t>La recuperación permite redescubrirlos.</w:t>
      </w:r>
    </w:p>
    <w:p>
      <w:r>
        <w:t>Quizás vuelva a estudiar.</w:t>
      </w:r>
    </w:p>
    <w:p>
      <w:r>
        <w:t>Tal vez repare la relación con sus hijos.</w:t>
      </w:r>
    </w:p>
    <w:p>
      <w:r>
        <w:t>Puede aprender un oficio, recuperar su salud o ayudar a otros que atraviesan la misma lucha.</w:t>
      </w:r>
    </w:p>
    <w:p>
      <w:r>
        <w:t>No volverá exactamente a ser quien era antes. Llevará consigo las consecuencias y enseñanzas de lo vivido. Pero puede convertirse en alguien más consciente, responsable y compasivo.</w:t>
      </w:r>
    </w:p>
    <w:p>
      <w:r>
        <w:t>El pasado no desaparece, aunque tampoco tiene que gobernar para siempre.</w:t>
      </w:r>
    </w:p>
    <w:p>
      <w:pPr>
        <w:pStyle w:val="Heading3"/>
      </w:pPr>
      <w:r>
        <w:t>El adicto sigue siendo un ser humano</w:t>
      </w:r>
    </w:p>
    <w:p>
      <w:r>
        <w:t>No debemos romantizar la adicción. Puede transformar profundamente la conducta y provocar sufrimientos terribles.</w:t>
      </w:r>
    </w:p>
    <w:p>
      <w:r>
        <w:t>Pero tampoco debemos borrar a la persona detrás del problema.</w:t>
      </w:r>
    </w:p>
    <w:p>
      <w:r>
        <w:t>El adicto siente miedo.</w:t>
      </w:r>
    </w:p>
    <w:p>
      <w:r>
        <w:t>Siente vergüenza.</w:t>
      </w:r>
    </w:p>
    <w:p>
      <w:r>
        <w:t>Recuerda quién fue.</w:t>
      </w:r>
    </w:p>
    <w:p>
      <w:r>
        <w:t>Sabe, en momentos de lucidez, cuánto ha perdido.</w:t>
      </w:r>
    </w:p>
    <w:p>
      <w:r>
        <w:t>Quizás haya dejado de creer en sí mismo.</w:t>
      </w:r>
    </w:p>
    <w:p>
      <w:r>
        <w:t>La familia y la sociedad pueden exigir responsabilidad sin negarle una oportunidad. El tratamiento debe defender su vida, pero él tiene que participar activamente en esa defensa.</w:t>
      </w:r>
    </w:p>
    <w:p>
      <w:r>
        <w:t>Nadie puede prometer que la recuperación será fácil. Habrá tentaciones, consecuencias y relaciones que tardarán en sanar.</w:t>
      </w:r>
    </w:p>
    <w:p>
      <w:r>
        <w:t>Sin embargo, mientras la persona conserve la capacidad de reconocer la verdad y aceptar ayuda, todavía existe un camino.</w:t>
      </w:r>
    </w:p>
    <w:p>
      <w:r>
        <w:t>El adicto puede haber entregado su voluntad a una sustancia, pero no tiene que entregarle también el resto de su existencia.</w:t>
      </w:r>
    </w:p>
    <w:p>
      <w:r>
        <w:t>Puede recuperar su cuerpo.</w:t>
      </w:r>
    </w:p>
    <w:p>
      <w:r>
        <w:t>Puede recuperar sus principios.</w:t>
      </w:r>
    </w:p>
    <w:p>
      <w:r>
        <w:t>Puede recuperar su dignidad.</w:t>
      </w:r>
    </w:p>
    <w:p>
      <w:r>
        <w:t>Puede recuperar su nombre.</w:t>
      </w:r>
    </w:p>
    <w:p>
      <w:r>
        <w:t>Y volver a ser reconocido no solamente por aquello que lo destruyó, sino por el valor con que decidió levantarse.</w:t>
      </w:r>
    </w:p>
    <w:p>
      <w:r>
        <w:br w:type="page"/>
      </w:r>
    </w:p>
    <w:p>
      <w:pPr>
        <w:pStyle w:val="Heading1"/>
      </w:pPr>
      <w:r>
        <w:t>CAPÍTULO 13</w:t>
      </w:r>
    </w:p>
    <w:p>
      <w:r>
        <w:t>La adicción nunca permanece encerrada dentro de quien consume. Entra en la casa, modifica las relaciones y obliga a todos a adaptarse a sus exigencias.</w:t>
      </w:r>
    </w:p>
    <w:p>
      <w:r>
        <w:t>Aunque una sola persona utilice la sustancia, toda la familia comienza a sufrir sus efectos. La pareja pierde la confianza. Los hijos sienten miedo. Los padres se culpan. Los hermanos discuten sobre la mejor manera de actuar.</w:t>
      </w:r>
    </w:p>
    <w:p>
      <w:r>
        <w:t>Poco a poco, el hogar gira alrededor de la adicción.</w:t>
      </w:r>
    </w:p>
    <w:p>
      <w:r>
        <w:t>La familia ama a la persona, pero rechaza su conducta. Desea ayudarla, aunque no siempre sabe cómo hacerlo. Perdona porque conserva la esperanza, pero cada nueva promesa incumplida aumenta el dolor.</w:t>
      </w:r>
    </w:p>
    <w:p>
      <w:r>
        <w:t>Así comienza una lucha en la que nadie sale ileso.</w:t>
      </w:r>
    </w:p>
    <w:p>
      <w:pPr>
        <w:pStyle w:val="Heading3"/>
      </w:pPr>
      <w:r>
        <w:t>Dos personas dentro del mismo ser humano</w:t>
      </w:r>
    </w:p>
    <w:p>
      <w:r>
        <w:t>Los familiares suelen decir:</w:t>
      </w:r>
    </w:p>
    <w:p>
      <w:r>
        <w:t>—Cuando no consume es una buena persona, pero cuando bebe o usa drogas se transforma.</w:t>
      </w:r>
    </w:p>
    <w:p>
      <w:r>
        <w:t>En la sobriedad puede mostrarse cariñoso, arrepentido y dispuesto a cambiar. Bajo los efectos de la sustancia puede mentir, insultar, amenazar o ignorar completamente las necesidades de los demás.</w:t>
      </w:r>
    </w:p>
    <w:p>
      <w:r>
        <w:t>La familia queda atrapada entre esas dos imágenes. Recuerda a la persona responsable que conoció y espera que regrese definitivamente. Esa esperanza la lleva a conceder nuevas oportunidades.</w:t>
      </w:r>
    </w:p>
    <w:p>
      <w:r>
        <w:t>Pero el cariño no puede medirse únicamente por las palabras pronunciadas durante el arrepentimiento. Debe demostrarse mediante tratamiento, sobriedad, responsabilidad y respeto.</w:t>
      </w:r>
    </w:p>
    <w:p>
      <w:pPr>
        <w:pStyle w:val="Heading3"/>
      </w:pPr>
      <w:r>
        <w:t>La confianza destruida</w:t>
      </w:r>
    </w:p>
    <w:p>
      <w:r>
        <w:t>La primera víctima familiar suele ser la confianza.</w:t>
      </w:r>
    </w:p>
    <w:p>
      <w:r>
        <w:t>La persona promete llegar temprano y no regresa. Asegura que no consumió, aunque las señales resulten evidentes. Pide dinero para una necesidad y lo utiliza para comprar la sustancia.</w:t>
      </w:r>
    </w:p>
    <w:p>
      <w:r>
        <w:t>Después de muchas mentiras, la familia comienza a desconfiar de todo.</w:t>
      </w:r>
    </w:p>
    <w:p>
      <w:r>
        <w:t>Revisa bolsillos, llamadas y cuentas bancarias. Esconde dinero y objetos de valor. Confirma cada explicación y teme que cualquier descuido facilite una nueva crisis.</w:t>
      </w:r>
    </w:p>
    <w:p>
      <w:r>
        <w:t>Esta vigilancia permanente agota a todos. El consumidor se queja de que nadie confía en él, pero no reconoce que la confianza no puede exigirse después de haber sido traicionada repetidamente.</w:t>
      </w:r>
    </w:p>
    <w:p>
      <w:r>
        <w:t>Debe recuperarla mediante hechos.</w:t>
      </w:r>
    </w:p>
    <w:p>
      <w:pPr>
        <w:pStyle w:val="Heading3"/>
      </w:pPr>
      <w:r>
        <w:t>La pareja</w:t>
      </w:r>
    </w:p>
    <w:p>
      <w:r>
        <w:t>La pareja del consumidor puede convertirse en administradora, vigilante, enfermera y protectora. Asume responsabilidades que antes compartían y trata de mantener el hogar funcionando.</w:t>
      </w:r>
    </w:p>
    <w:p>
      <w:r>
        <w:t>También puede experimentar humillaciones, abandono emocional, infidelidad, violencia o dificultades económicas.</w:t>
      </w:r>
    </w:p>
    <w:p>
      <w:r>
        <w:t>En algunos momentos siente compasión. En otros, rabia. Puede desear marcharse y, al mismo tiempo, temer que su partida provoque una tragedia.</w:t>
      </w:r>
    </w:p>
    <w:p>
      <w:r>
        <w:t>Estas emociones contradictorias no significan falta de amor. Reflejan el agotamiento de alguien que ha intentado resolver un problema fuera de su control.</w:t>
      </w:r>
    </w:p>
    <w:p>
      <w:r>
        <w:t>La pareja tiene derecho a protegerse, establecer límites y buscar ayuda. No debe sacrificar su seguridad para demostrar fidelidad.</w:t>
      </w:r>
    </w:p>
    <w:p>
      <w:pPr>
        <w:pStyle w:val="Heading3"/>
      </w:pPr>
      <w:r>
        <w:t>Los hijos</w:t>
      </w:r>
    </w:p>
    <w:p>
      <w:r>
        <w:t>Los hijos viven la adicción de una manera distinta. Dependen de los adultos y no siempre pueden abandonar el hogar ni comprender lo que sucede.</w:t>
      </w:r>
    </w:p>
    <w:p>
      <w:r>
        <w:t>Aprenden a reconocer el estado del consumidor por su manera de caminar, hablar o cerrar la puerta. Saben cuándo deben guardar silencio y cuándo resulta peligroso pedir algo.</w:t>
      </w:r>
    </w:p>
    <w:p>
      <w:r>
        <w:t>Algunos intentan ser invisibles. Otros reaccionan con rebeldía. También existen quienes asumen responsabilidades de adultos: cocinan, cuidan a sus hermanos y protegen al padre o a la madre que no consume.</w:t>
      </w:r>
    </w:p>
    <w:p>
      <w:r>
        <w:t>Ningún niño debe cargar con esa misión.</w:t>
      </w:r>
    </w:p>
    <w:p>
      <w:r>
        <w:t>Los hijos necesitan escuchar que no causaron la adicción, que no pueden curarla y que tienen derecho a recibir protección.</w:t>
      </w:r>
    </w:p>
    <w:p>
      <w:pPr>
        <w:pStyle w:val="Heading3"/>
      </w:pPr>
      <w:r>
        <w:t>La vergüenza de los hijos</w:t>
      </w:r>
    </w:p>
    <w:p>
      <w:r>
        <w:t>Muchos niños evitan invitar amigos a su casa. Inventan explicaciones para las ausencias de sus padres y temen que alguien descubra el secreto familiar.</w:t>
      </w:r>
    </w:p>
    <w:p>
      <w:r>
        <w:t>En la escuela pueden mostrarse distraídos, agresivos o excesivamente callados. Sus calificaciones bajan porque no duermen o porque pasan el día preocupados.</w:t>
      </w:r>
    </w:p>
    <w:p>
      <w:r>
        <w:t>Otros se convierten en estudiantes perfectos. Creen que, si no causan problemas, podrán mantener unida a la familia. Ese buen comportamiento puede ocultar un sufrimiento profundo.</w:t>
      </w:r>
    </w:p>
    <w:p>
      <w:r>
        <w:t>Los adultos responsables deben escuchar al niño sin obligarlo a defender o acusar a sus padres. Su bienestar debe ocupar el primer lugar.</w:t>
      </w:r>
    </w:p>
    <w:p>
      <w:pPr>
        <w:pStyle w:val="Heading3"/>
      </w:pPr>
      <w:r>
        <w:t>Los padres del adicto</w:t>
      </w:r>
    </w:p>
    <w:p>
      <w:r>
        <w:t>Los padres continúan viendo al adulto dependiente como el hijo que deben proteger. Recuerdan su infancia, sus cualidades y los sueños que tuvieron para él.</w:t>
      </w:r>
    </w:p>
    <w:p>
      <w:r>
        <w:t>Se preguntan:</w:t>
      </w:r>
    </w:p>
    <w:p>
      <w:r>
        <w:t>—¿En qué fallamos?</w:t>
      </w:r>
    </w:p>
    <w:p>
      <w:r>
        <w:t>—¿Qué pudimos haber hecho de otra manera?</w:t>
      </w:r>
    </w:p>
    <w:p>
      <w:r>
        <w:t>—¿Por qué no vimos las señales?</w:t>
      </w:r>
    </w:p>
    <w:p>
      <w:r>
        <w:t>La revisión honrada del pasado puede ser útil, pero la culpa permanente no resuelve el presente. Una persona adulta debe asumir sus decisiones y participar en su recuperación.</w:t>
      </w:r>
    </w:p>
    <w:p>
      <w:r>
        <w:t>Los padres pueden ayudarlo a buscar tratamiento, pero no deben entregar todos sus ahorros, tolerar abusos ni poner en peligro a otros integrantes de la familia.</w:t>
      </w:r>
    </w:p>
    <w:p>
      <w:r>
        <w:t>Amar a un hijo no exige obedecer todas las demandas de su adicción.</w:t>
      </w:r>
    </w:p>
    <w:p>
      <w:pPr>
        <w:pStyle w:val="Heading3"/>
      </w:pPr>
      <w:r>
        <w:t>Los hermanos</w:t>
      </w:r>
    </w:p>
    <w:p>
      <w:r>
        <w:t>Los hermanos pueden responder de maneras opuestas.</w:t>
      </w:r>
    </w:p>
    <w:p>
      <w:r>
        <w:t>Uno entrega dinero porque teme que el consumidor robe o se exponga a un peligro. Otro se niega porque considera que eso facilita el consumo. Uno desea permitirle regresar al hogar; otro recuerda las crisis anteriores.</w:t>
      </w:r>
    </w:p>
    <w:p>
      <w:r>
        <w:t>Estas diferencias pueden destruir la relación entre ellos.</w:t>
      </w:r>
    </w:p>
    <w:p>
      <w:r>
        <w:t>El consumidor aprende rápidamente a acudir al familiar más vulnerable o comprensivo. Puede contar versiones diferentes de la misma historia para obtener dinero, alojamiento o protección.</w:t>
      </w:r>
    </w:p>
    <w:p>
      <w:r>
        <w:t>La familia necesita establecer acuerdos básicos y comunicarse. Una respuesta común reduce la posibilidad de manipulación.</w:t>
      </w:r>
    </w:p>
    <w:p>
      <w:pPr>
        <w:pStyle w:val="Heading3"/>
      </w:pPr>
      <w:r>
        <w:t>El encubrimiento</w:t>
      </w:r>
    </w:p>
    <w:p>
      <w:r>
        <w:t>La familia encubre cuando evita que el consumidor enfrente las consecuencias naturales de sus decisiones.</w:t>
      </w:r>
    </w:p>
    <w:p>
      <w:r>
        <w:t>Puede llamar al trabajo para justificar una ausencia, pagar una multa, saldar una deuda o mentirles a otros familiares. Lo hace por amor, miedo o vergüenza.</w:t>
      </w:r>
    </w:p>
    <w:p>
      <w:r>
        <w:t>El encubrimiento ofrece alivio inmediato, pero puede prolongar la dependencia. Si alguien repara constantemente el daño, el consumidor tiene menos razones para reconocer la gravedad de su situación.</w:t>
      </w:r>
    </w:p>
    <w:p>
      <w:r>
        <w:t>Ayudar no significa eliminar todas las consecuencias.</w:t>
      </w:r>
    </w:p>
    <w:p>
      <w:r>
        <w:t>La familia puede ofrecer tratamiento, alimentos y un lugar seguro sujeto a normas claras. No tiene que entregar dinero ni ocultar conductas peligrosas.</w:t>
      </w:r>
    </w:p>
    <w:p>
      <w:pPr>
        <w:pStyle w:val="Heading3"/>
      </w:pPr>
      <w:r>
        <w:t>El dinero de la familia</w:t>
      </w:r>
    </w:p>
    <w:p>
      <w:r>
        <w:t>La adicción convierte los recursos del hogar en motivo de conflicto.</w:t>
      </w:r>
    </w:p>
    <w:p>
      <w:r>
        <w:t>Desaparecen pequeñas cantidades. Después faltan objetos. Llegan deudas desconocidas y cuentas sin pagar. El consumidor inventa emergencias o promete devolver el dinero.</w:t>
      </w:r>
    </w:p>
    <w:p>
      <w:r>
        <w:t>La familia debe proteger sus recursos:</w:t>
      </w:r>
    </w:p>
    <w:p>
      <w:pPr>
        <w:pStyle w:val="ListBullet"/>
      </w:pPr>
      <w:r>
        <w:t>Controlar el acceso a      cuentas compartidas cuando exista riesgo.</w:t>
      </w:r>
    </w:p>
    <w:p>
      <w:pPr>
        <w:pStyle w:val="ListBullet"/>
      </w:pPr>
      <w:r>
        <w:t>Guardar documentos y      objetos importantes.</w:t>
      </w:r>
    </w:p>
    <w:p>
      <w:pPr>
        <w:pStyle w:val="ListBullet"/>
      </w:pPr>
      <w:r>
        <w:t>No entregar dinero en      efectivo destinado supuestamente a resolver una crisis.</w:t>
      </w:r>
    </w:p>
    <w:p>
      <w:pPr>
        <w:pStyle w:val="ListBullet"/>
      </w:pPr>
      <w:r>
        <w:t>Pagar directamente una      necesidad legítima cuando decida ayudar.</w:t>
      </w:r>
    </w:p>
    <w:p>
      <w:pPr>
        <w:pStyle w:val="ListBullet"/>
      </w:pPr>
      <w:r>
        <w:t>Buscar asesoramiento      legal o financiero si la situación lo requiere.</w:t>
      </w:r>
    </w:p>
    <w:p>
      <w:r>
        <w:t>Estas medidas pueden parecer duras, pero protegen a los niños y evitan que la sustancia consuma también el patrimonio familiar.</w:t>
      </w:r>
    </w:p>
    <w:p>
      <w:pPr>
        <w:pStyle w:val="Heading3"/>
      </w:pPr>
      <w:r>
        <w:t>La violencia</w:t>
      </w:r>
    </w:p>
    <w:p>
      <w:r>
        <w:t>La violencia nunca debe justificarse con la adicción.</w:t>
      </w:r>
    </w:p>
    <w:p>
      <w:r>
        <w:t>El alcohol y algunas drogas pueden disminuir el autocontrol o agravar determinados conflictos, pero una intoxicación no convierte los golpes y amenazas en actos aceptables.</w:t>
      </w:r>
    </w:p>
    <w:p>
      <w:r>
        <w:t>Si existe peligro, la familia debe buscar protección. Los niños no deben permanecer en un lugar donde puedan ser agredidos o presenciar violencia repetida.</w:t>
      </w:r>
    </w:p>
    <w:p>
      <w:r>
        <w:t>No es recomendable discutir con una persona gravemente intoxicada cuando hacerlo aumenta el riesgo. La conversación y los límites deberán plantearse en un momento seguro.</w:t>
      </w:r>
    </w:p>
    <w:p>
      <w:r>
        <w:t>La prioridad no es proteger la reputación familiar.</w:t>
      </w:r>
    </w:p>
    <w:p>
      <w:r>
        <w:t>Es proteger la vida.</w:t>
      </w:r>
    </w:p>
    <w:p>
      <w:pPr>
        <w:pStyle w:val="Heading3"/>
      </w:pPr>
      <w:r>
        <w:t>Los límites</w:t>
      </w:r>
    </w:p>
    <w:p>
      <w:r>
        <w:t>Un límite establece aquello que la familia hará para protegerse. No es una amenaza vacía ni un intento de controlar cada movimiento del consumidor.</w:t>
      </w:r>
    </w:p>
    <w:p>
      <w:r>
        <w:t>Algunos límites pueden ser:</w:t>
      </w:r>
    </w:p>
    <w:p>
      <w:r>
        <w:t>—No te entregaré dinero.</w:t>
      </w:r>
    </w:p>
    <w:p>
      <w:r>
        <w:t>—No podrás permanecer aquí si traes drogas.</w:t>
      </w:r>
    </w:p>
    <w:p>
      <w:r>
        <w:t>—No cuidarás a los niños después de consumir.</w:t>
      </w:r>
    </w:p>
    <w:p>
      <w:r>
        <w:t>—No subiré a un vehículo conducido por ti cuando hayas bebido.</w:t>
      </w:r>
    </w:p>
    <w:p>
      <w:r>
        <w:t>—Si existe violencia, buscaré ayuda y protección.</w:t>
      </w:r>
    </w:p>
    <w:p>
      <w:r>
        <w:t>—Estoy dispuesto a acompañarte a recibir tratamiento.</w:t>
      </w:r>
    </w:p>
    <w:p>
      <w:r>
        <w:t>El límite debe ser claro, posible y constante. Si se anuncia una consecuencia y nunca se cumple, pierde todo valor.</w:t>
      </w:r>
    </w:p>
    <w:p>
      <w:pPr>
        <w:pStyle w:val="Heading3"/>
      </w:pPr>
      <w:r>
        <w:t>Cuando el consumidor pide ayuda</w:t>
      </w:r>
    </w:p>
    <w:p>
      <w:r>
        <w:t>La familia debe aprender a reconocer la diferencia entre una petición sincera y una promesa destinada a resolver una crisis inmediata.</w:t>
      </w:r>
    </w:p>
    <w:p>
      <w:r>
        <w:t>La sinceridad se demuestra mediante acciones:</w:t>
      </w:r>
    </w:p>
    <w:p>
      <w:pPr>
        <w:pStyle w:val="ListBullet"/>
      </w:pPr>
      <w:r>
        <w:t>Aceptar una evaluación.</w:t>
      </w:r>
    </w:p>
    <w:p>
      <w:pPr>
        <w:pStyle w:val="ListBullet"/>
      </w:pPr>
      <w:r>
        <w:t>Cumplir las citas.</w:t>
      </w:r>
    </w:p>
    <w:p>
      <w:pPr>
        <w:pStyle w:val="ListBullet"/>
      </w:pPr>
      <w:r>
        <w:t>Seguir el tratamiento.</w:t>
      </w:r>
    </w:p>
    <w:p>
      <w:pPr>
        <w:pStyle w:val="ListBullet"/>
      </w:pPr>
      <w:r>
        <w:t>Apartarse de ambientes de      consumo.</w:t>
      </w:r>
    </w:p>
    <w:p>
      <w:pPr>
        <w:pStyle w:val="ListBullet"/>
      </w:pPr>
      <w:r>
        <w:t>Respetar las normas del      hogar.</w:t>
      </w:r>
    </w:p>
    <w:p>
      <w:pPr>
        <w:pStyle w:val="ListBullet"/>
      </w:pPr>
      <w:r>
        <w:t>Decir la verdad sobre una      recaída.</w:t>
      </w:r>
    </w:p>
    <w:p>
      <w:pPr>
        <w:pStyle w:val="ListBullet"/>
      </w:pPr>
      <w:r>
        <w:t>Asumir responsabilidades.</w:t>
      </w:r>
    </w:p>
    <w:p>
      <w:r>
        <w:t>Nadie debe exigir perfección inmediata, pero sí un compromiso comprobable.</w:t>
      </w:r>
    </w:p>
    <w:p>
      <w:r>
        <w:t>La recuperación pertenece al consumidor. La familia puede acompañarlo, pero no puede realizarla en su lugar.</w:t>
      </w:r>
    </w:p>
    <w:p>
      <w:pPr>
        <w:pStyle w:val="Heading3"/>
      </w:pPr>
      <w:r>
        <w:t>La recaída</w:t>
      </w:r>
    </w:p>
    <w:p>
      <w:r>
        <w:t>Una recaída produce temor, enojo y decepción. La familia siente que todo el esfuerzo fue inútil.</w:t>
      </w:r>
    </w:p>
    <w:p>
      <w:r>
        <w:t>Pero una recaída no significa necesariamente que la recuperación haya terminado. Indica que el plan necesita revisarse y que existieron señales, situaciones o necesidades que no fueron atendidas.</w:t>
      </w:r>
    </w:p>
    <w:p>
      <w:r>
        <w:t>Tampoco debe presentarse como un hecho sin importancia. Puede terminar en sobredosis, especialmente si la tolerancia disminuyó durante la abstinencia.</w:t>
      </w:r>
    </w:p>
    <w:p>
      <w:r>
        <w:t>La respuesta responsable consiste en buscar ayuda, examinar lo sucedido y fortalecer el tratamiento. No debe ocultarse la recaída ni convertirse en una excusa para regresar completamente al consumo.</w:t>
      </w:r>
    </w:p>
    <w:p>
      <w:pPr>
        <w:pStyle w:val="Heading3"/>
      </w:pPr>
      <w:r>
        <w:t>La reparación de las relaciones</w:t>
      </w:r>
    </w:p>
    <w:p>
      <w:r>
        <w:t>La abstinencia no borra automáticamente los años de sufrimiento.</w:t>
      </w:r>
    </w:p>
    <w:p>
      <w:r>
        <w:t>La persona puede esperar que su familia celebre su cambio y confíe inmediatamente. Pero quienes fueron heridos necesitan tiempo.</w:t>
      </w:r>
    </w:p>
    <w:p>
      <w:r>
        <w:t>La reparación requiere:</w:t>
      </w:r>
    </w:p>
    <w:p>
      <w:pPr>
        <w:pStyle w:val="ListBullet"/>
      </w:pPr>
      <w:r>
        <w:t>Reconocer cada daño sin      justificarlo.</w:t>
      </w:r>
    </w:p>
    <w:p>
      <w:pPr>
        <w:pStyle w:val="ListBullet"/>
      </w:pPr>
      <w:r>
        <w:t>Pedir perdón sin exigirlo.</w:t>
      </w:r>
    </w:p>
    <w:p>
      <w:pPr>
        <w:pStyle w:val="ListBullet"/>
      </w:pPr>
      <w:r>
        <w:t>Cumplir las promesas pequeñas.</w:t>
      </w:r>
    </w:p>
    <w:p>
      <w:pPr>
        <w:pStyle w:val="ListBullet"/>
      </w:pPr>
      <w:r>
        <w:t>Respetar los límites.</w:t>
      </w:r>
    </w:p>
    <w:p>
      <w:pPr>
        <w:pStyle w:val="ListBullet"/>
      </w:pPr>
      <w:r>
        <w:t>Devolver dinero cuando      sea posible.</w:t>
      </w:r>
    </w:p>
    <w:p>
      <w:pPr>
        <w:pStyle w:val="ListBullet"/>
      </w:pPr>
      <w:r>
        <w:t>Participar      responsablemente en el hogar.</w:t>
      </w:r>
    </w:p>
    <w:p>
      <w:pPr>
        <w:pStyle w:val="ListBullet"/>
      </w:pPr>
      <w:r>
        <w:t>Aceptar que algunas      relaciones quizá no puedan recuperarse.</w:t>
      </w:r>
    </w:p>
    <w:p>
      <w:r>
        <w:t>Las palabras pueden iniciar la reconciliación, pero solo la conducta constante logra sostenerla.</w:t>
      </w:r>
    </w:p>
    <w:p>
      <w:pPr>
        <w:pStyle w:val="Heading3"/>
      </w:pPr>
      <w:r>
        <w:t>El perdón</w:t>
      </w:r>
    </w:p>
    <w:p>
      <w:r>
        <w:t>Perdonar no significa declarar que nada ocurrió. Tampoco obliga a permitir que continúen los abusos.</w:t>
      </w:r>
    </w:p>
    <w:p>
      <w:r>
        <w:t>El perdón puede liberar a la familia del odio, pero necesita caminar junto a la prudencia.</w:t>
      </w:r>
    </w:p>
    <w:p>
      <w:r>
        <w:t>Una madre puede perdonar a su hijo y negarse a entregarle dinero.</w:t>
      </w:r>
    </w:p>
    <w:p>
      <w:r>
        <w:t>Una esposa puede dejar de odiar y decidir que no volverá a vivir con violencia.</w:t>
      </w:r>
    </w:p>
    <w:p>
      <w:r>
        <w:t>Un hermano puede desear la recuperación y mantener cierta distancia.</w:t>
      </w:r>
    </w:p>
    <w:p>
      <w:r>
        <w:t>El amor no siempre exige proximidad. En ocasiones, la distancia es necesaria para protegerse y permitir que el consumidor enfrente la realidad.</w:t>
      </w:r>
    </w:p>
    <w:p>
      <w:pPr>
        <w:pStyle w:val="Heading3"/>
      </w:pPr>
      <w:r>
        <w:t>La familia también necesita tratamiento</w:t>
      </w:r>
    </w:p>
    <w:p>
      <w:r>
        <w:t>Durante años, los familiares pueden vivir en estado de alerta. Duermen mal, pierden amistades y abandonan sus propios proyectos.</w:t>
      </w:r>
    </w:p>
    <w:p>
      <w:r>
        <w:t>Aunque el consumidor comience a recuperarse, ellos continúan esperando la próxima crisis. Un retraso o una llamada despiertan nuevamente el miedo.</w:t>
      </w:r>
    </w:p>
    <w:p>
      <w:r>
        <w:t>Por eso la familia necesita su propio proceso de recuperación. Puede beneficiarse de orientación psicológica, grupos de apoyo y conversaciones guiadas.</w:t>
      </w:r>
    </w:p>
    <w:p>
      <w:r>
        <w:t>Debe aprender a vivir sin vigilar cada minuto y recuperar actividades que abandonó.</w:t>
      </w:r>
    </w:p>
    <w:p>
      <w:r>
        <w:t>Ayudar al consumidor no significa dejar de existir.</w:t>
      </w:r>
    </w:p>
    <w:p>
      <w:pPr>
        <w:pStyle w:val="Heading3"/>
      </w:pPr>
      <w:r>
        <w:t>Cuando la recuperación une nuevamente</w:t>
      </w:r>
    </w:p>
    <w:p>
      <w:r>
        <w:t>Muchas familias logran reconstruirse. No regresan exactamente a la vida anterior, pero pueden crear una relación nueva, más sincera y responsable.</w:t>
      </w:r>
    </w:p>
    <w:p>
      <w:r>
        <w:t>El consumidor aprende a reconocer el daño y la familia aprende a establecer límites. La comunicación sustituye gradualmente a los secretos. La confianza regresa mediante hechos.</w:t>
      </w:r>
    </w:p>
    <w:p>
      <w:r>
        <w:t>Cada celebración sobria adquiere un significado especial.</w:t>
      </w:r>
    </w:p>
    <w:p>
      <w:r>
        <w:t>Cada responsabilidad cumplida demuestra que el cambio es posible.</w:t>
      </w:r>
    </w:p>
    <w:p>
      <w:r>
        <w:t>Cada conversación honesta repara una parte de lo destruido.</w:t>
      </w:r>
    </w:p>
    <w:p>
      <w:r>
        <w:t>La recuperación puede convertir una historia de sufrimiento en una experiencia de aprendizaje, siempre que nadie olvide la gravedad de lo ocurrido.</w:t>
      </w:r>
    </w:p>
    <w:p>
      <w:pPr>
        <w:pStyle w:val="Heading3"/>
      </w:pPr>
      <w:r>
        <w:t>Una responsabilidad compartida, pero no idéntica</w:t>
      </w:r>
    </w:p>
    <w:p>
      <w:r>
        <w:t>Cada integrante tiene una responsabilidad diferente.</w:t>
      </w:r>
    </w:p>
    <w:p>
      <w:r>
        <w:t>El consumidor debe aceptar tratamiento y responder por su conducta.</w:t>
      </w:r>
    </w:p>
    <w:p>
      <w:r>
        <w:t>La familia debe protegerse, evitar el encubrimiento y ofrecer ayuda responsable.</w:t>
      </w:r>
    </w:p>
    <w:p>
      <w:r>
        <w:t>Los profesionales deben orientar sin humillar.</w:t>
      </w:r>
    </w:p>
    <w:p>
      <w:r>
        <w:t>La comunidad debe facilitar servicios y oportunidades.</w:t>
      </w:r>
    </w:p>
    <w:p>
      <w:r>
        <w:t>La familia no causó por sí sola la adicción y no puede curarla por sí sola. Pero sí puede influir en el proceso mediante la manera en que responde.</w:t>
      </w:r>
    </w:p>
    <w:p>
      <w:pPr>
        <w:pStyle w:val="Heading3"/>
      </w:pPr>
      <w:r>
        <w:t>El amor responsable</w:t>
      </w:r>
    </w:p>
    <w:p>
      <w:r>
        <w:t>El amor verdadero no consiste en aceptar todo.</w:t>
      </w:r>
    </w:p>
    <w:p>
      <w:r>
        <w:t>No entrega dinero para consumir.</w:t>
      </w:r>
    </w:p>
    <w:p>
      <w:r>
        <w:t>No esconde la violencia.</w:t>
      </w:r>
    </w:p>
    <w:p>
      <w:r>
        <w:t>No obliga a los niños a guardar secretos.</w:t>
      </w:r>
    </w:p>
    <w:p>
      <w:r>
        <w:t>No miente para conservar las apariencias.</w:t>
      </w:r>
    </w:p>
    <w:p>
      <w:r>
        <w:t>No evita todas las consecuencias.</w:t>
      </w:r>
    </w:p>
    <w:p>
      <w:r>
        <w:t>El amor responsable acompaña al tratamiento, protege a las víctimas y mantiene abierta la puerta de la recuperación sin permitir que la adicción gobierne el hogar.</w:t>
      </w:r>
    </w:p>
    <w:p>
      <w:r>
        <w:t>El adicto puede recuperar a su familia, pero tendrá que demostrar que está dispuesto a respetarla. La familia puede ayudarlo, pero no debe permitir que su destrucción se convierta en prueba de cariño.</w:t>
      </w:r>
    </w:p>
    <w:p>
      <w:r>
        <w:t>La adicción hizo sufrir a todos.</w:t>
      </w:r>
    </w:p>
    <w:p>
      <w:r>
        <w:t>La recuperación también debe incluirlos a todos.</w:t>
      </w:r>
    </w:p>
    <w:p>
      <w:r>
        <w:br w:type="page"/>
      </w:r>
    </w:p>
    <w:p>
      <w:pPr>
        <w:pStyle w:val="Heading1"/>
      </w:pPr>
      <w:r>
        <w:t>CAPÍTULO 14</w:t>
      </w:r>
    </w:p>
    <w:p>
      <w:r>
        <w:t>La adicción comienza en una persona, pero sus consecuencias se extienden mucho más allá de ella y de su familia. Alcanzan los centros de trabajo, las escuelas, los hospitales, las carreteras, los tribunales y las comunidades.</w:t>
      </w:r>
    </w:p>
    <w:p>
      <w:r>
        <w:t>Por eso no es correcto afirmar que el consumo constituye un asunto estrictamente privado.</w:t>
      </w:r>
    </w:p>
    <w:p>
      <w:r>
        <w:t>Una persona puede decidir introducir una sustancia en su cuerpo, pero no puede decidir que sus consecuencias afecten únicamente su propia vida. Cuando conduce intoxicada, abandona a sus hijos, comete un delito o necesita atención médica de emergencia, toda la sociedad participa en el resultado.</w:t>
      </w:r>
    </w:p>
    <w:p>
      <w:r>
        <w:t>La relación entre el adicto y la sociedad está llena de contradicciones. La sociedad lo rechaza, pero en ocasiones favorece las condiciones que alimentan su dependencia. Lo castiga por estar enfermo, aunque no siempre le facilita tratamiento. Exige que cambie, pero después puede negarle oportunidades para reconstruir su vida.</w:t>
      </w:r>
    </w:p>
    <w:p>
      <w:r>
        <w:t>Combatir la adicción exige responsabilidad personal y también responsabilidad colectiva.</w:t>
      </w:r>
    </w:p>
    <w:p>
      <w:pPr>
        <w:pStyle w:val="Heading3"/>
      </w:pPr>
      <w:r>
        <w:t>El costo para todos</w:t>
      </w:r>
    </w:p>
    <w:p>
      <w:r>
        <w:t>Las drogas y el alcohol producen gastos que no son asumidos únicamente por el consumidor.</w:t>
      </w:r>
    </w:p>
    <w:p>
      <w:r>
        <w:t>Los hospitales atienden intoxicaciones, accidentes y enfermedades relacionadas con el consumo. Los servicios de emergencia responden a sobredosis, choques y episodios de violencia. La policía, los tribunales y las cárceles utilizan enormes recursos para enfrentar delitos vinculados a las sustancias.</w:t>
      </w:r>
    </w:p>
    <w:p>
      <w:r>
        <w:t>Las empresas pierden productividad. Los trabajadores faltan, llegan tarde, cometen errores o sufren accidentes. Los niños afectados necesitan atención escolar y psicológica. Las familias empobrecidas pueden requerir asistencia pública.</w:t>
      </w:r>
    </w:p>
    <w:p>
      <w:r>
        <w:t>Todo ese dinero procede, directa o indirectamente, de la sociedad.</w:t>
      </w:r>
    </w:p>
    <w:p>
      <w:r>
        <w:t>Pero el costo económico, por enorme que sea, no representa la pérdida completa. También existen sufrimiento, inseguridad y vidas destruidas que ninguna cifra puede medir.</w:t>
      </w:r>
    </w:p>
    <w:p>
      <w:pPr>
        <w:pStyle w:val="Heading3"/>
      </w:pPr>
      <w:r>
        <w:t>El adicto en el trabajo</w:t>
      </w:r>
    </w:p>
    <w:p>
      <w:r>
        <w:t>La dependencia puede permanecer oculta durante mucho tiempo en un centro laboral. La persona conserva aparentemente sus capacidades y cumple con una parte de sus responsabilidades.</w:t>
      </w:r>
    </w:p>
    <w:p>
      <w:r>
        <w:t>Después comienzan las señales:</w:t>
      </w:r>
    </w:p>
    <w:p>
      <w:pPr>
        <w:pStyle w:val="ListBullet"/>
      </w:pPr>
      <w:r>
        <w:t>Retrasos frecuentes.</w:t>
      </w:r>
    </w:p>
    <w:p>
      <w:pPr>
        <w:pStyle w:val="ListBullet"/>
      </w:pPr>
      <w:r>
        <w:t>Ausencias sin explicación.</w:t>
      </w:r>
    </w:p>
    <w:p>
      <w:pPr>
        <w:pStyle w:val="ListBullet"/>
      </w:pPr>
      <w:r>
        <w:t>Errores poco habituales.</w:t>
      </w:r>
    </w:p>
    <w:p>
      <w:pPr>
        <w:pStyle w:val="ListBullet"/>
      </w:pPr>
      <w:r>
        <w:t>Cambios repentinos de carácter.</w:t>
      </w:r>
    </w:p>
    <w:p>
      <w:pPr>
        <w:pStyle w:val="ListBullet"/>
      </w:pPr>
      <w:r>
        <w:t>Accidentes.</w:t>
      </w:r>
    </w:p>
    <w:p>
      <w:pPr>
        <w:pStyle w:val="ListBullet"/>
      </w:pPr>
      <w:r>
        <w:t>Disminución del rendimiento.</w:t>
      </w:r>
    </w:p>
    <w:p>
      <w:pPr>
        <w:pStyle w:val="ListBullet"/>
      </w:pPr>
      <w:r>
        <w:t>Conflictos con compañeros      y superiores.</w:t>
      </w:r>
    </w:p>
    <w:p>
      <w:pPr>
        <w:pStyle w:val="ListBullet"/>
      </w:pPr>
      <w:r>
        <w:t>Solicitudes constantes de dinero.</w:t>
      </w:r>
    </w:p>
    <w:p>
      <w:r>
        <w:t>En trabajos relacionados con transporte, construcción, medicina, seguridad o maquinaria, un error puede costar varias vidas.</w:t>
      </w:r>
    </w:p>
    <w:p>
      <w:r>
        <w:t>El empleador debe proteger a todos los trabajadores. No puede ignorar una conducta peligrosa por compasión ni despedir automáticamente a cada persona que solicita ayuda.</w:t>
      </w:r>
    </w:p>
    <w:p>
      <w:r>
        <w:t>Cuando las circunstancias lo permitan, deben existir procedimientos para evaluar la situación, garantizar la seguridad y orientar hacia el tratamiento. Pero buscar ayuda no puede utilizarse como excusa para continuar poniendo a otros en peligro.</w:t>
      </w:r>
    </w:p>
    <w:p>
      <w:pPr>
        <w:pStyle w:val="Heading3"/>
      </w:pPr>
      <w:r>
        <w:t>La escuela y la universidad</w:t>
      </w:r>
    </w:p>
    <w:p>
      <w:r>
        <w:t>El consumo también afecta los centros educativos.</w:t>
      </w:r>
    </w:p>
    <w:p>
      <w:r>
        <w:t>El estudiante pierde concentración, falta a clases y abandona actividades. Sus calificaciones disminuyen y cambia de amistades. Puede comenzar a vender sustancias para financiar su propio consumo.</w:t>
      </w:r>
    </w:p>
    <w:p>
      <w:r>
        <w:t>La respuesta escolar no debe limitarse a la expulsión. En determinados casos será necesario aplicar normas disciplinarias para proteger a los demás, pero también deben existir orientación, comunicación con la familia y acceso a tratamiento.</w:t>
      </w:r>
    </w:p>
    <w:p>
      <w:r>
        <w:t>Expulsar a un joven sin ofrecerle ninguna alternativa puede dejarlo todavía más expuesto al ambiente que alimenta su dependencia.</w:t>
      </w:r>
    </w:p>
    <w:p>
      <w:r>
        <w:t>La escuela debe enseñar antes de castigar y actuar antes de que la situación se convierta en tragedia.</w:t>
      </w:r>
    </w:p>
    <w:p>
      <w:pPr>
        <w:pStyle w:val="Heading3"/>
      </w:pPr>
      <w:r>
        <w:t>Accidentes y víctimas inocentes</w:t>
      </w:r>
    </w:p>
    <w:p>
      <w:r>
        <w:t>Una de las mayores responsabilidades sociales del consumidor consiste en no poner en peligro a otras personas.</w:t>
      </w:r>
    </w:p>
    <w:p>
      <w:r>
        <w:t>Quien conduce después de beber o consumir drogas convierte su decisión privada en una amenaza pública. Puede matar a un peatón, a otra familia o a los pasajeros de su propio vehículo.</w:t>
      </w:r>
    </w:p>
    <w:p>
      <w:r>
        <w:t>Lo mismo ocurre con quien maneja maquinaria, porta un arma o cuida niños mientras se encuentra intoxicado.</w:t>
      </w:r>
    </w:p>
    <w:p>
      <w:r>
        <w:t>Las víctimas no aceptaron el riesgo. No participaron en la decisión de consumir. Sin embargo, pueden perder la vida o quedar discapacitadas.</w:t>
      </w:r>
    </w:p>
    <w:p>
      <w:r>
        <w:t>La sociedad tiene derecho a establecer y aplicar leyes que protejan a los inocentes.</w:t>
      </w:r>
    </w:p>
    <w:p>
      <w:r>
        <w:t>La comprensión de la adicción no elimina la responsabilidad por conducir intoxicado ni por realizar otras acciones peligrosas.</w:t>
      </w:r>
    </w:p>
    <w:p>
      <w:pPr>
        <w:pStyle w:val="Heading3"/>
      </w:pPr>
      <w:r>
        <w:t>Adicción y delincuencia</w:t>
      </w:r>
    </w:p>
    <w:p>
      <w:r>
        <w:t>No todo adicto es delincuente y no todo delito relacionado con drogas es cometido por una persona dependiente. Debemos evitar generalizaciones que conviertan a cada consumidor en sospechoso.</w:t>
      </w:r>
    </w:p>
    <w:p>
      <w:r>
        <w:t>Sin embargo, la necesidad de obtener una sustancia puede conducir a ciertos individuos hacia el robo, el fraude, la prostitución forzada por las circunstancias, el tráfico o la violencia.</w:t>
      </w:r>
    </w:p>
    <w:p>
      <w:r>
        <w:t>También existen organizaciones que utilizan a personas dependientes para distribuir drogas, cobrar deudas o asumir riesgos legales. El consumidor se convierte simultáneamente en cliente y víctima del negocio.</w:t>
      </w:r>
    </w:p>
    <w:p>
      <w:r>
        <w:t>Cuando comete un delito, debe responder ante la ley. Pero si la dependencia permanece sin tratamiento, el castigo por sí solo puede no impedir que repita la conducta.</w:t>
      </w:r>
    </w:p>
    <w:p>
      <w:r>
        <w:t>La justicia debe proteger a las víctimas y, al mismo tiempo, reconocer cuándo el tratamiento puede reducir futuros delitos.</w:t>
      </w:r>
    </w:p>
    <w:p>
      <w:pPr>
        <w:pStyle w:val="Heading3"/>
      </w:pPr>
      <w:r>
        <w:t>El narcotráfico</w:t>
      </w:r>
    </w:p>
    <w:p>
      <w:r>
        <w:t>Detrás de las sustancias que llegan a las calles existe una industria criminal.</w:t>
      </w:r>
    </w:p>
    <w:p>
      <w:r>
        <w:t>El narcotráfico produce violencia, corrupción, amenazas, desplazamientos y muerte. Recluta a jóvenes que creen haber encontrado una manera rápida de ganar dinero y los convierte en piezas desechables de una organización.</w:t>
      </w:r>
    </w:p>
    <w:p>
      <w:r>
        <w:t>Mientras algunos dirigentes acumulan fortunas, los vendedores de menor nivel terminan encarcelados o muertos. Los consumidores pierden su salud y las comunidades pierden su tranquilidad.</w:t>
      </w:r>
    </w:p>
    <w:p>
      <w:r>
        <w:t>Cada compra ayuda a sostener esa cadena, aunque el consumidor no vea directamente a quienes fueron extorsionados, explotados o asesinados.</w:t>
      </w:r>
    </w:p>
    <w:p>
      <w:r>
        <w:t>La droga vendida como diversión puede estar financiando una tragedia en otro lugar.</w:t>
      </w:r>
    </w:p>
    <w:p>
      <w:pPr>
        <w:pStyle w:val="Heading3"/>
      </w:pPr>
      <w:r>
        <w:t>El estigma</w:t>
      </w:r>
    </w:p>
    <w:p>
      <w:r>
        <w:t>La sociedad suele utilizar palabras humillantes para referirse a las personas dependientes. Las presenta como seres inútiles, peligrosos e incapaces de cambiar.</w:t>
      </w:r>
    </w:p>
    <w:p>
      <w:r>
        <w:t>Este desprecio puede dificultar la recuperación.</w:t>
      </w:r>
    </w:p>
    <w:p>
      <w:r>
        <w:t>Quien teme ser juzgado evita hablar con un médico. Oculta el problema en el trabajo y se aleja de quienes podrían ayudarlo. Después del tratamiento encuentra obstáculos para obtener empleo, vivienda y nuevas relaciones.</w:t>
      </w:r>
    </w:p>
    <w:p>
      <w:r>
        <w:t>El estigma no debe confundirse con la responsabilidad.</w:t>
      </w:r>
    </w:p>
    <w:p>
      <w:r>
        <w:t>Rechazar la humillación no significa aprobar el consumo. Podemos condenar una conducta destructiva sin negar la humanidad de quien la practica.</w:t>
      </w:r>
    </w:p>
    <w:p>
      <w:r>
        <w:t>La sociedad debe decir al mismo tiempo:</w:t>
      </w:r>
    </w:p>
    <w:p>
      <w:r>
        <w:t>—Lo que hiciste causó daño y debes responder por ello.</w:t>
      </w:r>
    </w:p>
    <w:p>
      <w:r>
        <w:t>—Todavía tienes derecho a recibir tratamiento y demostrar que puedes cambiar.</w:t>
      </w:r>
    </w:p>
    <w:p>
      <w:pPr>
        <w:pStyle w:val="Heading3"/>
      </w:pPr>
      <w:r>
        <w:t>El extremo contrario: justificarlo todo</w:t>
      </w:r>
    </w:p>
    <w:p>
      <w:r>
        <w:t>También resulta peligroso negar la responsabilidad del consumidor porque padece una adicción.</w:t>
      </w:r>
    </w:p>
    <w:p>
      <w:r>
        <w:t>La enfermedad no justifica la violencia, el abandono infantil, el robo ni la conducción intoxicada. Explica por qué la capacidad de decidir puede estar debilitada, pero no convierte en irrelevante el daño causado.</w:t>
      </w:r>
    </w:p>
    <w:p>
      <w:r>
        <w:t>Una sociedad responsable evita dos extremos:</w:t>
      </w:r>
    </w:p>
    <w:p>
      <w:pPr>
        <w:pStyle w:val="ListBullet"/>
      </w:pPr>
      <w:r>
        <w:t>Considerar al adicto una      persona irremediablemente malvada.</w:t>
      </w:r>
    </w:p>
    <w:p>
      <w:pPr>
        <w:pStyle w:val="ListBullet"/>
      </w:pPr>
      <w:r>
        <w:t>Tratarlo como alguien que      nunca debe responder por sus actos.</w:t>
      </w:r>
    </w:p>
    <w:p>
      <w:r>
        <w:t>La recuperación necesita compasión y responsabilidad. Si falta una de las dos, el proceso queda incompleto.</w:t>
      </w:r>
    </w:p>
    <w:p>
      <w:pPr>
        <w:pStyle w:val="Heading3"/>
      </w:pPr>
      <w:r>
        <w:t>Castigar o tratar</w:t>
      </w:r>
    </w:p>
    <w:p>
      <w:r>
        <w:t>Durante mucho tiempo, muchos países respondieron al consumo principalmente mediante el encarcelamiento. Esta estrategia puede retirar temporalmente a una persona de la calle, pero no siempre atiende la dependencia.</w:t>
      </w:r>
    </w:p>
    <w:p>
      <w:r>
        <w:t>Si sale de prisión con los mismos problemas, sin empleo, apoyo ni tratamiento, puede regresar al consumo y al delito.</w:t>
      </w:r>
    </w:p>
    <w:p>
      <w:r>
        <w:t>Esto no significa que deban ignorarse los delitos ni abandonar la protección de las víctimas. Significa que las decisiones deben considerar la naturaleza de cada caso.</w:t>
      </w:r>
    </w:p>
    <w:p>
      <w:r>
        <w:t>El gran traficante que se enriquece destruyendo comunidades no ocupa la misma posición que el consumidor dependiente detenido con una pequeña cantidad para uso personal.</w:t>
      </w:r>
    </w:p>
    <w:p>
      <w:r>
        <w:t>La justicia debe saber distinguir.</w:t>
      </w:r>
    </w:p>
    <w:p>
      <w:pPr>
        <w:pStyle w:val="Heading3"/>
      </w:pPr>
      <w:r>
        <w:t>El acceso al tratamiento</w:t>
      </w:r>
    </w:p>
    <w:p>
      <w:r>
        <w:t>La sociedad le dice al consumidor que debe cambiar, pero muchas veces coloca el tratamiento fuera de su alcance.</w:t>
      </w:r>
    </w:p>
    <w:p>
      <w:r>
        <w:t>Puede encontrar largas listas de espera, costos elevados, servicios insuficientes o programas sin supervisión adecuada. Algunas personas deben recorrer grandes distancias para recibir atención.</w:t>
      </w:r>
    </w:p>
    <w:p>
      <w:r>
        <w:t>Otras temen perder su empleo o la custodia de sus hijos si reconocen el problema.</w:t>
      </w:r>
    </w:p>
    <w:p>
      <w:r>
        <w:t>Si queremos que la persona abandone la sustancia, debemos facilitarle caminos reales para hacerlo.</w:t>
      </w:r>
    </w:p>
    <w:p>
      <w:r>
        <w:t>El tratamiento de calidad no constituye un regalo inmerecido. Puede reducir emergencias, delitos, enfermedades y sufrimiento familiar. También puede devolverle a la comunidad una persona productiva.</w:t>
      </w:r>
    </w:p>
    <w:p>
      <w:pPr>
        <w:pStyle w:val="Heading3"/>
      </w:pPr>
      <w:r>
        <w:t>La responsabilidad de los profesionales</w:t>
      </w:r>
    </w:p>
    <w:p>
      <w:r>
        <w:t>Médicos, psicólogos, trabajadores sociales, maestros, policías y jueces encuentran diariamente personas afectadas por el consumo.</w:t>
      </w:r>
    </w:p>
    <w:p>
      <w:r>
        <w:t>Necesitan capacitación para reconocer la dependencia, responder a una sobredosis y orientar hacia los servicios apropiados.</w:t>
      </w:r>
    </w:p>
    <w:p>
      <w:r>
        <w:t>Una persona que solicita ayuda no debe ser humillada. Al mismo tiempo, los profesionales deben evitar promesas engañosas y tratamientos sin fundamento.</w:t>
      </w:r>
    </w:p>
    <w:p>
      <w:r>
        <w:t>La adicción es un problema serio. Requiere métodos responsables, seguimiento y coordinación entre instituciones.</w:t>
      </w:r>
    </w:p>
    <w:p>
      <w:pPr>
        <w:pStyle w:val="Heading3"/>
      </w:pPr>
      <w:r>
        <w:t>La responsabilidad de las empresas</w:t>
      </w:r>
    </w:p>
    <w:p>
      <w:r>
        <w:t>Las empresas que producen y venden alcohol obtienen beneficios de una sustancia capaz de causar dependencia, enfermedades y accidentes.</w:t>
      </w:r>
    </w:p>
    <w:p>
      <w:r>
        <w:t>Deben cumplir las leyes, evitar la venta a menores y no presentar el consumo excesivo como una conducta admirable. Las advertencias deben ser claras y la publicidad no debería aprovecharse de la vulnerabilidad de los jóvenes.</w:t>
      </w:r>
    </w:p>
    <w:p>
      <w:r>
        <w:t>Los establecimientos que sirven bebidas también tienen responsabilidades. No deben continuar vendiendo alcohol a una persona visiblemente intoxicada ni permitir que conduzca sin intentar encontrar una alternativa segura.</w:t>
      </w:r>
    </w:p>
    <w:p>
      <w:r>
        <w:t>La ganancia económica no debe colocarse por encima de la vida.</w:t>
      </w:r>
    </w:p>
    <w:p>
      <w:pPr>
        <w:pStyle w:val="Heading3"/>
      </w:pPr>
      <w:r>
        <w:t>Los medios de comunicación</w:t>
      </w:r>
    </w:p>
    <w:p>
      <w:r>
        <w:t>El cine, la televisión, la música y las redes sociales influyen en la manera en que se percibe el consumo.</w:t>
      </w:r>
    </w:p>
    <w:p>
      <w:r>
        <w:t>Cuando presentan la embriaguez como algo gracioso o relacionan las drogas con el éxito y la rebeldía, pueden disminuir la percepción del peligro.</w:t>
      </w:r>
    </w:p>
    <w:p>
      <w:r>
        <w:t>Informar responsablemente no significa ocultar la realidad ni convertir toda historia en un sermón. Significa mostrar también las consecuencias y evitar la glorificación.</w:t>
      </w:r>
    </w:p>
    <w:p>
      <w:r>
        <w:t>Los medios pueden desempeñar una función preventiva cuando ofrecen información verificada, visibilizan las posibilidades de tratamiento y cuentan historias de recuperación sin romantizar la adicción.</w:t>
      </w:r>
    </w:p>
    <w:p>
      <w:pPr>
        <w:pStyle w:val="Heading3"/>
      </w:pPr>
      <w:r>
        <w:t>La comunidad</w:t>
      </w:r>
    </w:p>
    <w:p>
      <w:r>
        <w:t>Una comunidad no combate las drogas únicamente aumentando la presencia policial.</w:t>
      </w:r>
    </w:p>
    <w:p>
      <w:r>
        <w:t>También necesita:</w:t>
      </w:r>
    </w:p>
    <w:p>
      <w:pPr>
        <w:pStyle w:val="ListBullet"/>
      </w:pPr>
      <w:r>
        <w:t>Actividades deportivas y culturales.</w:t>
      </w:r>
    </w:p>
    <w:p>
      <w:pPr>
        <w:pStyle w:val="ListBullet"/>
      </w:pPr>
      <w:r>
        <w:t>Escuelas seguras.</w:t>
      </w:r>
    </w:p>
    <w:p>
      <w:pPr>
        <w:pStyle w:val="ListBullet"/>
      </w:pPr>
      <w:r>
        <w:t>Atención de salud mental.</w:t>
      </w:r>
    </w:p>
    <w:p>
      <w:pPr>
        <w:pStyle w:val="ListBullet"/>
      </w:pPr>
      <w:r>
        <w:t>Orientación para las familias.</w:t>
      </w:r>
    </w:p>
    <w:p>
      <w:pPr>
        <w:pStyle w:val="ListBullet"/>
      </w:pPr>
      <w:r>
        <w:t>Empleos y oportunidades      para los jóvenes.</w:t>
      </w:r>
    </w:p>
    <w:p>
      <w:pPr>
        <w:pStyle w:val="ListBullet"/>
      </w:pPr>
      <w:r>
        <w:t>Espacios de convivencia.</w:t>
      </w:r>
    </w:p>
    <w:p>
      <w:pPr>
        <w:pStyle w:val="ListBullet"/>
      </w:pPr>
      <w:r>
        <w:t>Tratamiento accesible.</w:t>
      </w:r>
    </w:p>
    <w:p>
      <w:pPr>
        <w:pStyle w:val="ListBullet"/>
      </w:pPr>
      <w:r>
        <w:t>Protección para las víctimas      de violencia.</w:t>
      </w:r>
    </w:p>
    <w:p>
      <w:r>
        <w:t>La falta de oportunidades no obliga a nadie a consumir, pero la esperanza, la educación y el sentido de pertenencia pueden fortalecer la capacidad de rechazar las drogas.</w:t>
      </w:r>
    </w:p>
    <w:p>
      <w:r>
        <w:t>Prevenir significa construir vidas que las personas no necesiten abandonar.</w:t>
      </w:r>
    </w:p>
    <w:p>
      <w:pPr>
        <w:pStyle w:val="Heading3"/>
      </w:pPr>
      <w:r>
        <w:t>La reintegración</w:t>
      </w:r>
    </w:p>
    <w:p>
      <w:r>
        <w:t>Después del tratamiento comienza una etapa difícil: volver a formar parte de la sociedad.</w:t>
      </w:r>
    </w:p>
    <w:p>
      <w:r>
        <w:t>La persona necesita empleo, vivienda, relaciones saludables y oportunidades para demostrar su cambio. Si todas las puertas permanecen cerradas, la desesperación puede conducirla nuevamente hacia el ambiente anterior.</w:t>
      </w:r>
    </w:p>
    <w:p>
      <w:r>
        <w:t>Reintegrar no significa ignorar el pasado ni entregar responsabilidades delicadas sin evaluar los riesgos. Significa permitir que la confianza pueda ganarse gradualmente.</w:t>
      </w:r>
    </w:p>
    <w:p>
      <w:r>
        <w:t>Un empleador puede establecer condiciones y seguimiento.</w:t>
      </w:r>
    </w:p>
    <w:p>
      <w:r>
        <w:t>Una institución puede valorar la conducta sostenida.</w:t>
      </w:r>
    </w:p>
    <w:p>
      <w:r>
        <w:t>La comunidad puede ofrecer apoyo sin abandonar la prudencia.</w:t>
      </w:r>
    </w:p>
    <w:p>
      <w:r>
        <w:t>Quien cumplió una condena, completó su tratamiento y demuestra responsabilidad no debe ser castigado eternamente.</w:t>
      </w:r>
    </w:p>
    <w:p>
      <w:pPr>
        <w:pStyle w:val="Heading3"/>
      </w:pPr>
      <w:r>
        <w:t>La contribución de la persona recuperada</w:t>
      </w:r>
    </w:p>
    <w:p>
      <w:r>
        <w:t>Muchas personas que han superado una dependencia se convierten en una ayuda valiosa para otros.</w:t>
      </w:r>
    </w:p>
    <w:p>
      <w:r>
        <w:t>Conocen las excusas, el miedo y la vergüenza desde adentro. Pueden reconocer señales que pasan inadvertidas para quienes nunca consumieron.</w:t>
      </w:r>
    </w:p>
    <w:p>
      <w:r>
        <w:t>Su experiencia no sustituye la preparación profesional, pero puede complementarla. Un testimonio sincero puede llegar a un joven de una manera que ninguna estadística consigue.</w:t>
      </w:r>
    </w:p>
    <w:p>
      <w:r>
        <w:t>La sociedad no debe mirar a la persona recuperada únicamente por aquello que fue. También debe valorar aquello en lo que se ha convertido.</w:t>
      </w:r>
    </w:p>
    <w:p>
      <w:pPr>
        <w:pStyle w:val="Heading3"/>
      </w:pPr>
      <w:r>
        <w:t>Derechos y deberes</w:t>
      </w:r>
    </w:p>
    <w:p>
      <w:r>
        <w:t>El adicto conserva derechos:</w:t>
      </w:r>
    </w:p>
    <w:p>
      <w:pPr>
        <w:pStyle w:val="ListBullet"/>
      </w:pPr>
      <w:r>
        <w:t>Recibir atención sin humillación.</w:t>
      </w:r>
    </w:p>
    <w:p>
      <w:pPr>
        <w:pStyle w:val="ListBullet"/>
      </w:pPr>
      <w:r>
        <w:t>Ser protegido de abusos.</w:t>
      </w:r>
    </w:p>
    <w:p>
      <w:pPr>
        <w:pStyle w:val="ListBullet"/>
      </w:pPr>
      <w:r>
        <w:t>Acceder a tratamiento.</w:t>
      </w:r>
    </w:p>
    <w:p>
      <w:pPr>
        <w:pStyle w:val="ListBullet"/>
      </w:pPr>
      <w:r>
        <w:t>Disfrutar de oportunidades      para recuperarse.</w:t>
      </w:r>
    </w:p>
    <w:p>
      <w:pPr>
        <w:pStyle w:val="ListBullet"/>
      </w:pPr>
      <w:r>
        <w:t>Ser reconocido como ser      humano.</w:t>
      </w:r>
    </w:p>
    <w:p>
      <w:r>
        <w:t>Pero también conserva deberes:</w:t>
      </w:r>
    </w:p>
    <w:p>
      <w:pPr>
        <w:pStyle w:val="ListBullet"/>
      </w:pPr>
      <w:r>
        <w:t>No poner a otros en      peligro.</w:t>
      </w:r>
    </w:p>
    <w:p>
      <w:pPr>
        <w:pStyle w:val="ListBullet"/>
      </w:pPr>
      <w:r>
        <w:t>Responder por los daños      causados.</w:t>
      </w:r>
    </w:p>
    <w:p>
      <w:pPr>
        <w:pStyle w:val="ListBullet"/>
      </w:pPr>
      <w:r>
        <w:t>Respetar las leyes.</w:t>
      </w:r>
    </w:p>
    <w:p>
      <w:pPr>
        <w:pStyle w:val="ListBullet"/>
      </w:pPr>
      <w:r>
        <w:t>Participar en su tratamiento.</w:t>
      </w:r>
    </w:p>
    <w:p>
      <w:pPr>
        <w:pStyle w:val="ListBullet"/>
      </w:pPr>
      <w:r>
        <w:t>Cumplir sus responsabilidades.</w:t>
      </w:r>
    </w:p>
    <w:p>
      <w:pPr>
        <w:pStyle w:val="ListBullet"/>
      </w:pPr>
      <w:r>
        <w:t>Reparar, cuando sea      posible, las consecuencias de sus actos.</w:t>
      </w:r>
    </w:p>
    <w:p>
      <w:r>
        <w:t>Los derechos sin deberes pueden convertirse en permisividad. Los deberes sin derechos pueden convertirse en crueldad.</w:t>
      </w:r>
    </w:p>
    <w:p>
      <w:r>
        <w:t>La sociedad necesita ambos.</w:t>
      </w:r>
    </w:p>
    <w:p>
      <w:pPr>
        <w:pStyle w:val="Heading3"/>
      </w:pPr>
      <w:r>
        <w:t>Una lucha colectiva</w:t>
      </w:r>
    </w:p>
    <w:p>
      <w:r>
        <w:t>La adicción no se resolverá únicamente dentro de los hospitales, las cárceles o los hogares.</w:t>
      </w:r>
    </w:p>
    <w:p>
      <w:r>
        <w:t>Se necesita la participación de padres, maestros, médicos, autoridades, empresas, organizaciones comunitarias y personas recuperadas.</w:t>
      </w:r>
    </w:p>
    <w:p>
      <w:r>
        <w:t>Cada sector posee una parte de la solución.</w:t>
      </w:r>
    </w:p>
    <w:p>
      <w:r>
        <w:t>La familia puede prevenir.</w:t>
      </w:r>
    </w:p>
    <w:p>
      <w:r>
        <w:t>La escuela puede educar.</w:t>
      </w:r>
    </w:p>
    <w:p>
      <w:r>
        <w:t>El médico puede detectar.</w:t>
      </w:r>
    </w:p>
    <w:p>
      <w:r>
        <w:t>El tratamiento puede recuperar.</w:t>
      </w:r>
    </w:p>
    <w:p>
      <w:r>
        <w:t>La justicia puede proteger.</w:t>
      </w:r>
    </w:p>
    <w:p>
      <w:r>
        <w:t>El empleador puede ofrecer una nueva oportunidad.</w:t>
      </w:r>
    </w:p>
    <w:p>
      <w:r>
        <w:t>La comunidad puede acompañar.</w:t>
      </w:r>
    </w:p>
    <w:p>
      <w:r>
        <w:t>Y el consumidor debe decidir participar en su propia salvación.</w:t>
      </w:r>
    </w:p>
    <w:p>
      <w:pPr>
        <w:pStyle w:val="Heading3"/>
      </w:pPr>
      <w:r>
        <w:t>La responsabilidad final</w:t>
      </w:r>
    </w:p>
    <w:p>
      <w:r>
        <w:t>El adicto no vive fuera de la sociedad. Forma parte de ella incluso cuando sus actos lo han aislado.</w:t>
      </w:r>
    </w:p>
    <w:p>
      <w:r>
        <w:t>La sociedad no debe abandonarlo, pero tampoco puede permitir que continúe causando daño sin consecuencias.</w:t>
      </w:r>
    </w:p>
    <w:p>
      <w:r>
        <w:t>Debe ofrecerle una mano y exigirle que haga el esfuerzo de tomarla.</w:t>
      </w:r>
    </w:p>
    <w:p>
      <w:r>
        <w:t>Debe proteger su dignidad y también la de sus víctimas.</w:t>
      </w:r>
    </w:p>
    <w:p>
      <w:r>
        <w:t>Debe facilitar tratamiento y reclamar responsabilidad.</w:t>
      </w:r>
    </w:p>
    <w:p>
      <w:r>
        <w:t>Debe creer en la recuperación sin cerrar los ojos ante el peligro.</w:t>
      </w:r>
    </w:p>
    <w:p>
      <w:r>
        <w:t>Las drogas y el alcohol destruyen personas, familias y comunidades. Por eso, la respuesta tampoco puede pertenecer a una sola persona.</w:t>
      </w:r>
    </w:p>
    <w:p>
      <w:r>
        <w:t>Cuando un ser humano logra recuperarse, no solamente salva su propia vida. Puede recuperar a su familia, volver a trabajar, ayudar a otros y devolver a la sociedad una parte de todo aquello que estuvo a punto de perderse.</w:t>
      </w:r>
    </w:p>
    <w:p>
      <w:r>
        <w:t>La adicción perjudica a todos.</w:t>
      </w:r>
    </w:p>
    <w:p>
      <w:r>
        <w:t>La recuperación también beneficia a todos.</w:t>
      </w:r>
    </w:p>
    <w:p>
      <w:r>
        <w:br w:type="page"/>
      </w:r>
    </w:p>
    <w:p>
      <w:pPr>
        <w:pStyle w:val="Heading1"/>
      </w:pPr>
      <w:r>
        <w:t>CAPÍTULO 15</w:t>
      </w:r>
    </w:p>
    <w:p>
      <w:pPr>
        <w:pStyle w:val="Heading2"/>
      </w:pPr>
      <w:r>
        <w:t>El camino para recuperar la vida</w:t>
      </w:r>
    </w:p>
    <w:p>
      <w:r>
        <w:t>Después de describir los daños causados por las drogas y el alcohol, debemos responder la pregunta más importante:</w:t>
      </w:r>
    </w:p>
    <w:p>
      <w:r>
        <w:t>¿Cómo puede recuperarse una persona?</w:t>
      </w:r>
    </w:p>
    <w:p>
      <w:r>
        <w:t>La respuesta no se encuentra en una promesa pronunciada después de una crisis ni en unos días de abstinencia conseguidos mediante el miedo. La recuperación requiere reconocer el problema, recibir una evaluación adecuada y mantener un tratamiento adaptado a las necesidades de cada persona.</w:t>
      </w:r>
    </w:p>
    <w:p>
      <w:r>
        <w:t>No existe una solución idéntica para todos. La sustancia utilizada, el tiempo de consumo, la salud física y mental, la edad, el ambiente y el apoyo familiar influyen en el tratamiento.</w:t>
      </w:r>
    </w:p>
    <w:p>
      <w:r>
        <w:t>Lo que ayudó a una persona puede resultar insuficiente para otra. Por eso, el tratamiento debe ser individualizado y basado en conocimientos científicos.</w:t>
      </w:r>
    </w:p>
    <w:p>
      <w:pPr>
        <w:pStyle w:val="Heading3"/>
      </w:pPr>
      <w:r>
        <w:t>Reconocer la necesidad de ayuda</w:t>
      </w:r>
    </w:p>
    <w:p>
      <w:r>
        <w:t>La recuperación comienza cuando la persona deja de proteger la adicción con excusas.</w:t>
      </w:r>
    </w:p>
    <w:p>
      <w:r>
        <w:t>Puede decir:</w:t>
      </w:r>
    </w:p>
    <w:p>
      <w:r>
        <w:t>—He perdido el control.</w:t>
      </w:r>
    </w:p>
    <w:p>
      <w:r>
        <w:t>—Mis decisiones están perjudicando a mi familia.</w:t>
      </w:r>
    </w:p>
    <w:p>
      <w:r>
        <w:t>—He intentado detenerme y no puedo.</w:t>
      </w:r>
    </w:p>
    <w:p>
      <w:r>
        <w:t>—Necesito ayuda profesional.</w:t>
      </w:r>
    </w:p>
    <w:p>
      <w:r>
        <w:t>Reconocer el problema no es una señal de debilidad. Es el primer acto verdadero de responsabilidad.</w:t>
      </w:r>
    </w:p>
    <w:p>
      <w:r>
        <w:t>La familia puede insistir, establecer límites y ofrecer alternativas. Un juez o empleador también puede exigir tratamiento. Pero, para que el cambio se sostenga, la persona debe participar activamente.</w:t>
      </w:r>
    </w:p>
    <w:p>
      <w:r>
        <w:t>Nadie puede recuperarse completamente en su lugar.</w:t>
      </w:r>
    </w:p>
    <w:p>
      <w:pPr>
        <w:pStyle w:val="Heading3"/>
      </w:pPr>
      <w:r>
        <w:t>La evaluación inicial</w:t>
      </w:r>
    </w:p>
    <w:p>
      <w:r>
        <w:t>Antes de seleccionar un tratamiento, debe realizarse una evaluación profesional.</w:t>
      </w:r>
    </w:p>
    <w:p>
      <w:r>
        <w:t>No basta con preguntar qué droga consume. También es necesario conocer:</w:t>
      </w:r>
    </w:p>
    <w:p>
      <w:pPr>
        <w:pStyle w:val="ListBullet"/>
      </w:pPr>
      <w:r>
        <w:t>Cuánto y con qué      frecuencia consume.</w:t>
      </w:r>
    </w:p>
    <w:p>
      <w:pPr>
        <w:pStyle w:val="ListBullet"/>
      </w:pPr>
      <w:r>
        <w:t>Durante cuánto tiempo lo      ha hecho.</w:t>
      </w:r>
    </w:p>
    <w:p>
      <w:pPr>
        <w:pStyle w:val="ListBullet"/>
      </w:pPr>
      <w:r>
        <w:t>Si mezcla sustancias.</w:t>
      </w:r>
    </w:p>
    <w:p>
      <w:pPr>
        <w:pStyle w:val="ListBullet"/>
      </w:pPr>
      <w:r>
        <w:t>Si ha sufrido sobredosis.</w:t>
      </w:r>
    </w:p>
    <w:p>
      <w:pPr>
        <w:pStyle w:val="ListBullet"/>
      </w:pPr>
      <w:r>
        <w:t>Si presenta síntomas de      abstinencia.</w:t>
      </w:r>
    </w:p>
    <w:p>
      <w:pPr>
        <w:pStyle w:val="ListBullet"/>
      </w:pPr>
      <w:r>
        <w:t>Qué enfermedades físicas padece.</w:t>
      </w:r>
    </w:p>
    <w:p>
      <w:pPr>
        <w:pStyle w:val="ListBullet"/>
      </w:pPr>
      <w:r>
        <w:t>Si utiliza medicamentos recetados.</w:t>
      </w:r>
    </w:p>
    <w:p>
      <w:pPr>
        <w:pStyle w:val="ListBullet"/>
      </w:pPr>
      <w:r>
        <w:t>Si existen depresión,      ansiedad, trauma u otros problemas mentales.</w:t>
      </w:r>
    </w:p>
    <w:p>
      <w:pPr>
        <w:pStyle w:val="ListBullet"/>
      </w:pPr>
      <w:r>
        <w:t>Si vive en un ambiente      seguro.</w:t>
      </w:r>
    </w:p>
    <w:p>
      <w:pPr>
        <w:pStyle w:val="ListBullet"/>
      </w:pPr>
      <w:r>
        <w:t>Si existe violencia.</w:t>
      </w:r>
    </w:p>
    <w:p>
      <w:pPr>
        <w:pStyle w:val="ListBullet"/>
      </w:pPr>
      <w:r>
        <w:t>Si tiene hijos u otras      personas bajo su cuidado.</w:t>
      </w:r>
    </w:p>
    <w:p>
      <w:pPr>
        <w:pStyle w:val="ListBullet"/>
      </w:pPr>
      <w:r>
        <w:t>Si dispone de apoyo      familiar.</w:t>
      </w:r>
    </w:p>
    <w:p>
      <w:r>
        <w:t>La evaluación permite determinar la intensidad y clase de atención necesarias.</w:t>
      </w:r>
    </w:p>
    <w:p>
      <w:pPr>
        <w:pStyle w:val="Heading3"/>
      </w:pPr>
      <w:r>
        <w:t>La desintoxicación no es la recuperación completa</w:t>
      </w:r>
    </w:p>
    <w:p>
      <w:r>
        <w:t>La desintoxicación ayuda al organismo a atravesar la etapa inicial después de suspender una sustancia. En algunos casos necesita supervisión médica porque la abstinencia puede provocar complicaciones graves.</w:t>
      </w:r>
    </w:p>
    <w:p>
      <w:r>
        <w:t>Pero eliminar la sustancia del cuerpo no elimina automáticamente la adicción.</w:t>
      </w:r>
    </w:p>
    <w:p>
      <w:r>
        <w:t>La persona puede salir de la desintoxicación sin haber aprendido a manejar sus emociones, reconocer desencadenantes o cambiar su ambiente. Si regresa a las mismas relaciones y costumbres sin un plan, el riesgo de recaída será alto.</w:t>
      </w:r>
    </w:p>
    <w:p>
      <w:r>
        <w:t>La desintoxicación puede ser el comienzo del tratamiento.</w:t>
      </w:r>
    </w:p>
    <w:p>
      <w:r>
        <w:t>No debe confundirse con su final.</w:t>
      </w:r>
    </w:p>
    <w:p>
      <w:pPr>
        <w:pStyle w:val="Heading3"/>
      </w:pPr>
      <w:r>
        <w:t>No suspender algunas sustancias sin orientación</w:t>
      </w:r>
    </w:p>
    <w:p>
      <w:r>
        <w:t>Después de un consumo intenso o prolongado, dejar repentinamente el alcohol, las benzodiacepinas, los opioides u otras sustancias puede causar síntomas serios.</w:t>
      </w:r>
    </w:p>
    <w:p>
      <w:r>
        <w:t>La persona no debe intentar ocultarse en una habitación y resolverlo completamente sola. Tampoco debe seguir consejos improvisados de amigos.</w:t>
      </w:r>
    </w:p>
    <w:p>
      <w:r>
        <w:t>Necesita orientación médica para determinar si la suspensión debe ser supervisada, gradual o acompañada de medicamentos.</w:t>
      </w:r>
    </w:p>
    <w:p>
      <w:r>
        <w:t>Pedir ayuda antes de dejar una sustancia no demuestra falta de voluntad. Protege la vida.</w:t>
      </w:r>
    </w:p>
    <w:p>
      <w:pPr>
        <w:pStyle w:val="Heading3"/>
      </w:pPr>
      <w:r>
        <w:t>Tratamiento ambulatorio</w:t>
      </w:r>
    </w:p>
    <w:p>
      <w:r>
        <w:t>En el tratamiento ambulatorio, la persona vive en su hogar y acude regularmente a consultas, terapias o programas.</w:t>
      </w:r>
    </w:p>
    <w:p>
      <w:r>
        <w:t>Puede ser apropiado cuando:</w:t>
      </w:r>
    </w:p>
    <w:p>
      <w:pPr>
        <w:pStyle w:val="ListBullet"/>
      </w:pPr>
      <w:r>
        <w:t>Existe estabilidad      suficiente en el hogar.</w:t>
      </w:r>
    </w:p>
    <w:p>
      <w:pPr>
        <w:pStyle w:val="ListBullet"/>
      </w:pPr>
      <w:r>
        <w:t>No hay un peligro      inmediato grave.</w:t>
      </w:r>
    </w:p>
    <w:p>
      <w:pPr>
        <w:pStyle w:val="ListBullet"/>
      </w:pPr>
      <w:r>
        <w:t>La persona puede cumplir      las citas.</w:t>
      </w:r>
    </w:p>
    <w:p>
      <w:pPr>
        <w:pStyle w:val="ListBullet"/>
      </w:pPr>
      <w:r>
        <w:t>Dispone de una red de      apoyo.</w:t>
      </w:r>
    </w:p>
    <w:p>
      <w:pPr>
        <w:pStyle w:val="ListBullet"/>
      </w:pPr>
      <w:r>
        <w:t>La intensidad del consumo      permite esa modalidad.</w:t>
      </w:r>
    </w:p>
    <w:p>
      <w:r>
        <w:t>El tratamiento ambulatorio facilita continuar trabajando, estudiando o cuidando determinadas responsabilidades. Pero exige disciplina y un ambiente que no favorezca el consumo.</w:t>
      </w:r>
    </w:p>
    <w:p>
      <w:r>
        <w:t>Si la persona falta repetidamente, continúa expuesta a drogas o no puede mantenerse segura, quizá necesite un nivel de atención más intenso.</w:t>
      </w:r>
    </w:p>
    <w:p>
      <w:pPr>
        <w:pStyle w:val="Heading3"/>
      </w:pPr>
      <w:r>
        <w:t>Programas intensivos y residenciales</w:t>
      </w:r>
    </w:p>
    <w:p>
      <w:r>
        <w:t>Algunas personas necesitan asistir varias horas al día a un programa estructurado. Otras requieren vivir temporalmente en un centro de tratamiento.</w:t>
      </w:r>
    </w:p>
    <w:p>
      <w:r>
        <w:t>El tratamiento residencial puede separar al paciente de un ambiente peligroso y ofrecer supervisión, terapia y una rutina estable.</w:t>
      </w:r>
    </w:p>
    <w:p>
      <w:r>
        <w:t>Pero vivir dentro de una institución no garantiza por sí solo una recuperación duradera. La calidad del programa importa.</w:t>
      </w:r>
    </w:p>
    <w:p>
      <w:r>
        <w:t>Un centro responsable debe:</w:t>
      </w:r>
    </w:p>
    <w:p>
      <w:pPr>
        <w:pStyle w:val="ListBullet"/>
      </w:pPr>
      <w:r>
        <w:t>Realizar una evaluación individual.</w:t>
      </w:r>
    </w:p>
    <w:p>
      <w:pPr>
        <w:pStyle w:val="ListBullet"/>
      </w:pPr>
      <w:r>
        <w:t>Contar con profesionales capacitados.</w:t>
      </w:r>
    </w:p>
    <w:p>
      <w:pPr>
        <w:pStyle w:val="ListBullet"/>
      </w:pPr>
      <w:r>
        <w:t>Utilizar tratamientos      basados en pruebas.</w:t>
      </w:r>
    </w:p>
    <w:p>
      <w:pPr>
        <w:pStyle w:val="ListBullet"/>
      </w:pPr>
      <w:r>
        <w:t>Atender enfermedades      físicas y mentales.</w:t>
      </w:r>
    </w:p>
    <w:p>
      <w:pPr>
        <w:pStyle w:val="ListBullet"/>
      </w:pPr>
      <w:r>
        <w:t>Preparar un plan para      después del alta.</w:t>
      </w:r>
    </w:p>
    <w:p>
      <w:pPr>
        <w:pStyle w:val="ListBullet"/>
      </w:pPr>
      <w:r>
        <w:t>Respetar la dignidad y      los derechos del paciente.</w:t>
      </w:r>
    </w:p>
    <w:p>
      <w:pPr>
        <w:pStyle w:val="ListBullet"/>
      </w:pPr>
      <w:r>
        <w:t>Evitar humillaciones,      violencia y castigos disfrazados de terapia.</w:t>
      </w:r>
    </w:p>
    <w:p>
      <w:r>
        <w:t>La familia debe desconfiar de lugares que prometan curaciones garantizadas, escondan sus métodos o exijan grandes sumas sin explicar el tratamiento.</w:t>
      </w:r>
    </w:p>
    <w:p>
      <w:pPr>
        <w:pStyle w:val="Heading3"/>
      </w:pPr>
      <w:r>
        <w:t>Terapias conductuales</w:t>
      </w:r>
    </w:p>
    <w:p>
      <w:r>
        <w:t>Las terapias conductuales ayudan a reconocer y modificar pensamientos, emociones y situaciones relacionadas con el consumo.</w:t>
      </w:r>
    </w:p>
    <w:p>
      <w:r>
        <w:t>Pueden enseñar a:</w:t>
      </w:r>
    </w:p>
    <w:p>
      <w:pPr>
        <w:pStyle w:val="ListBullet"/>
      </w:pPr>
      <w:r>
        <w:t>Identificar los desencadenantes.</w:t>
      </w:r>
    </w:p>
    <w:p>
      <w:pPr>
        <w:pStyle w:val="ListBullet"/>
      </w:pPr>
      <w:r>
        <w:t>Manejar los deseos intensos.</w:t>
      </w:r>
    </w:p>
    <w:p>
      <w:pPr>
        <w:pStyle w:val="ListBullet"/>
      </w:pPr>
      <w:r>
        <w:t>Resolver problemas.</w:t>
      </w:r>
    </w:p>
    <w:p>
      <w:pPr>
        <w:pStyle w:val="ListBullet"/>
      </w:pPr>
      <w:r>
        <w:t>Rechazar ofrecimientos.</w:t>
      </w:r>
    </w:p>
    <w:p>
      <w:pPr>
        <w:pStyle w:val="ListBullet"/>
      </w:pPr>
      <w:r>
        <w:t>Enfrentar el estrés sin      sustancias.</w:t>
      </w:r>
    </w:p>
    <w:p>
      <w:pPr>
        <w:pStyle w:val="ListBullet"/>
      </w:pPr>
      <w:r>
        <w:t>Mejorar la comunicación.</w:t>
      </w:r>
    </w:p>
    <w:p>
      <w:pPr>
        <w:pStyle w:val="ListBullet"/>
      </w:pPr>
      <w:r>
        <w:t>Establecer metas realistas.</w:t>
      </w:r>
    </w:p>
    <w:p>
      <w:pPr>
        <w:pStyle w:val="ListBullet"/>
      </w:pPr>
      <w:r>
        <w:t>Prepararse para      situaciones de riesgo.</w:t>
      </w:r>
    </w:p>
    <w:p>
      <w:r>
        <w:t>El Instituto Nacional sobre el Abuso de Drogas señala que estas terapias pueden aumentar la eficacia de los medicamentos y ayudar a que las personas permanezcan más tiempo en tratamiento. ([NIDA](https://nida.nih.gov/publications/drugs-brains-behavior-science-addiction/treatment-recovery))</w:t>
      </w:r>
    </w:p>
    <w:p>
      <w:r>
        <w:t>La terapia no consiste solamente en hablar del pasado. Debe proporcionar herramientas para vivir de una manera diferente.</w:t>
      </w:r>
    </w:p>
    <w:p>
      <w:pPr>
        <w:pStyle w:val="Heading3"/>
      </w:pPr>
      <w:r>
        <w:t>Medicamentos para la dependencia de opioides</w:t>
      </w:r>
    </w:p>
    <w:p>
      <w:r>
        <w:t>Existen medicamentos efectivos para tratar el trastorno por consumo de opioides. En Estados Unidos, la FDA ha aprobado buprenorfina, metadona y naltrexona. ([FDA](https://www.fda.gov/drugs/food-and-drug-administration-overdose-prevention-framework/information-about-medications-opioid-use-disorder-moud))</w:t>
      </w:r>
    </w:p>
    <w:p>
      <w:r>
        <w:t>Estos tratamientos pueden reducir el consumo, los deseos intensos y el riesgo de muerte. Deben ser indicados y supervisados por profesionales.</w:t>
      </w:r>
    </w:p>
    <w:p>
      <w:r>
        <w:t>A veces se afirma equivocadamente que utilizar metadona o buprenorfina equivale simplemente a sustituir una droga por otra. Esa frase ignora una diferencia esencial: el tratamiento utiliza dosis controladas, productos conocidos y seguimiento clínico para estabilizar la vida y disminuir riesgos.</w:t>
      </w:r>
    </w:p>
    <w:p>
      <w:r>
        <w:t>El objetivo no es mantener a la persona intoxicada. Es ayudarla a recuperar salud, estabilidad y capacidad para cumplir responsabilidades.</w:t>
      </w:r>
    </w:p>
    <w:p>
      <w:pPr>
        <w:pStyle w:val="Heading3"/>
      </w:pPr>
      <w:r>
        <w:t>Medicamentos para el trastorno por consumo de alcohol</w:t>
      </w:r>
    </w:p>
    <w:p>
      <w:r>
        <w:t>También existen medicamentos que pueden ayudar a determinadas personas a reducir o abandonar el alcohol y evitar el regreso al consumo intenso.</w:t>
      </w:r>
    </w:p>
    <w:p>
      <w:r>
        <w:t>En Estados Unidos hay tres medicamentos aprobados para ese propósito. Pueden utilizarse solos o combinados con terapia, según la evaluación profesional. ([NIAAA](https://www.niaaa.nih.gov/publications/brochures-and-fact-sheets/treatment-alcohol-problems-finding-and-getting-help))</w:t>
      </w:r>
    </w:p>
    <w:p>
      <w:r>
        <w:t>No todos son apropiados para todas las personas. La selección depende de la salud, el patrón de consumo y otros factores.</w:t>
      </w:r>
    </w:p>
    <w:p>
      <w:r>
        <w:t>La existencia de medicamentos demuestra que el tratamiento del alcoholismo no tiene que depender exclusivamente de la fuerza de voluntad.</w:t>
      </w:r>
    </w:p>
    <w:p>
      <w:pPr>
        <w:pStyle w:val="Heading3"/>
      </w:pPr>
      <w:r>
        <w:t>Tratar la salud mental</w:t>
      </w:r>
    </w:p>
    <w:p>
      <w:r>
        <w:t>La dependencia puede coexistir con depresión, ansiedad, trauma, trastornos del sueño y otros problemas mentales.</w:t>
      </w:r>
    </w:p>
    <w:p>
      <w:r>
        <w:t>En ocasiones, la persona consumía para aliviar síntomas anteriores. En otras, las sustancias causaron o agravaron esos problemas.</w:t>
      </w:r>
    </w:p>
    <w:p>
      <w:r>
        <w:t>Si se atiende únicamente la adicción y se ignora la salud mental, una parte importante del sufrimiento permanece sin resolver.</w:t>
      </w:r>
    </w:p>
    <w:p>
      <w:r>
        <w:t>El tratamiento debe examinar ambas condiciones. Esto no significa atribuir toda conducta a una enfermedad mental ni medicar automáticamente a cada paciente.</w:t>
      </w:r>
    </w:p>
    <w:p>
      <w:r>
        <w:t>Significa comprender a la persona completa.</w:t>
      </w:r>
    </w:p>
    <w:p>
      <w:pPr>
        <w:pStyle w:val="Heading3"/>
      </w:pPr>
      <w:r>
        <w:t>La participación de la familia</w:t>
      </w:r>
    </w:p>
    <w:p>
      <w:r>
        <w:t>La familia puede contribuir al tratamiento cuando aprende a ayudar sin encubrir.</w:t>
      </w:r>
    </w:p>
    <w:p>
      <w:r>
        <w:t>Puede:</w:t>
      </w:r>
    </w:p>
    <w:p>
      <w:pPr>
        <w:pStyle w:val="ListBullet"/>
      </w:pPr>
      <w:r>
        <w:t>Acompañar a las consultas.</w:t>
      </w:r>
    </w:p>
    <w:p>
      <w:pPr>
        <w:pStyle w:val="ListBullet"/>
      </w:pPr>
      <w:r>
        <w:t>Participar en sesiones familiares.</w:t>
      </w:r>
    </w:p>
    <w:p>
      <w:pPr>
        <w:pStyle w:val="ListBullet"/>
      </w:pPr>
      <w:r>
        <w:t>Mantener el hogar libre      de sustancias.</w:t>
      </w:r>
    </w:p>
    <w:p>
      <w:pPr>
        <w:pStyle w:val="ListBullet"/>
      </w:pPr>
      <w:r>
        <w:t>Evitar entregar dinero      para consumir.</w:t>
      </w:r>
    </w:p>
    <w:p>
      <w:pPr>
        <w:pStyle w:val="ListBullet"/>
      </w:pPr>
      <w:r>
        <w:t>Aprender a reconocer      señales de recaída.</w:t>
      </w:r>
    </w:p>
    <w:p>
      <w:pPr>
        <w:pStyle w:val="ListBullet"/>
      </w:pPr>
      <w:r>
        <w:t>Proteger a los niños.</w:t>
      </w:r>
    </w:p>
    <w:p>
      <w:pPr>
        <w:pStyle w:val="ListBullet"/>
      </w:pPr>
      <w:r>
        <w:t>Establecer límites.</w:t>
      </w:r>
    </w:p>
    <w:p>
      <w:pPr>
        <w:pStyle w:val="ListBullet"/>
      </w:pPr>
      <w:r>
        <w:t>Reconocer avances verdaderos.</w:t>
      </w:r>
    </w:p>
    <w:p>
      <w:r>
        <w:t>Pero la familia no debe asumir la función de profesional ni vigilar cada minuto.</w:t>
      </w:r>
    </w:p>
    <w:p>
      <w:r>
        <w:t>También necesita cuidar su propia salud y recibir orientación. La recuperación debe mejorar la vida de todos, no crear una nueva forma de control permanente.</w:t>
      </w:r>
    </w:p>
    <w:p>
      <w:pPr>
        <w:pStyle w:val="Heading3"/>
      </w:pPr>
      <w:r>
        <w:t>Los grupos de apoyo mutuo</w:t>
      </w:r>
    </w:p>
    <w:p>
      <w:r>
        <w:t>Los grupos de apoyo reúnen a personas que comparten experiencias y objetivos de recuperación. Pueden reducir el aislamiento, ofrecer ejemplos de cambio y proporcionar acompañamiento durante momentos difíciles.</w:t>
      </w:r>
    </w:p>
    <w:p>
      <w:r>
        <w:t>Alcohólicos Anónimos y otros programas de doce pasos constituyen algunas opciones, pero no son las únicas. Existen distintos modelos y cada persona puede encontrar el que mejor corresponda a sus necesidades y convicciones.</w:t>
      </w:r>
    </w:p>
    <w:p>
      <w:r>
        <w:t>El Instituto Nacional sobre el Abuso del Alcohol y el Alcoholismo considera que los grupos de apoyo pueden añadir una valiosa capa de ayuda cuando se combinan con atención profesional. ([NIAAA](https://www.niaaa.nih.gov/publications/brochures-and-fact-sheets/treatment-alcohol-problems-finding-and-getting-help))</w:t>
      </w:r>
    </w:p>
    <w:p>
      <w:r>
        <w:t>Un grupo responsable no debe aconsejar abandonar medicamentos recetados ni reemplazar la atención médica necesaria.</w:t>
      </w:r>
    </w:p>
    <w:p>
      <w:pPr>
        <w:pStyle w:val="Heading3"/>
      </w:pPr>
      <w:r>
        <w:t>La fe y la espiritualidad</w:t>
      </w:r>
    </w:p>
    <w:p>
      <w:r>
        <w:t>Para algunas personas, la fe se convierte en una fuente poderosa de esperanza, propósito y disciplina.</w:t>
      </w:r>
    </w:p>
    <w:p>
      <w:r>
        <w:t>Una comunidad espiritual puede ofrecer compañía, perdón, servicio y razones para reconstruir la vida. La oración y la reflexión pueden ayudar a enfrentar la culpa y la desesperación.</w:t>
      </w:r>
    </w:p>
    <w:p>
      <w:r>
        <w:t>Sin embargo, la fe no debe utilizarse para rechazar tratamientos médicos o psicológicos necesarios. Tampoco debe presentarse una recaída como prueba de que la persona carece de valor espiritual.</w:t>
      </w:r>
    </w:p>
    <w:p>
      <w:r>
        <w:t>La atención profesional y la fe pueden acompañarse.</w:t>
      </w:r>
    </w:p>
    <w:p>
      <w:r>
        <w:t>El cuerpo, la mente, las relaciones y el espíritu forman parte del mismo ser humano.</w:t>
      </w:r>
    </w:p>
    <w:p>
      <w:pPr>
        <w:pStyle w:val="Heading3"/>
      </w:pPr>
      <w:r>
        <w:t>Cambiar el ambiente</w:t>
      </w:r>
    </w:p>
    <w:p>
      <w:r>
        <w:t>Una persona no puede esperar resultados diferentes si regresa constantemente a las mismas personas, lugares y rutinas asociados con el consumo.</w:t>
      </w:r>
    </w:p>
    <w:p>
      <w:r>
        <w:t>La recuperación puede exigir:</w:t>
      </w:r>
    </w:p>
    <w:p>
      <w:pPr>
        <w:pStyle w:val="ListBullet"/>
      </w:pPr>
      <w:r>
        <w:t>Alejarse de ciertas amistades.</w:t>
      </w:r>
    </w:p>
    <w:p>
      <w:pPr>
        <w:pStyle w:val="ListBullet"/>
      </w:pPr>
      <w:r>
        <w:t>Evitar lugares específicos.</w:t>
      </w:r>
    </w:p>
    <w:p>
      <w:pPr>
        <w:pStyle w:val="ListBullet"/>
      </w:pPr>
      <w:r>
        <w:t>Cambiar números telefónicos.</w:t>
      </w:r>
    </w:p>
    <w:p>
      <w:pPr>
        <w:pStyle w:val="ListBullet"/>
      </w:pPr>
      <w:r>
        <w:t>Abandonar actividades      relacionadas con las drogas.</w:t>
      </w:r>
    </w:p>
    <w:p>
      <w:pPr>
        <w:pStyle w:val="ListBullet"/>
      </w:pPr>
      <w:r>
        <w:t>Organizar el tiempo.</w:t>
      </w:r>
    </w:p>
    <w:p>
      <w:pPr>
        <w:pStyle w:val="ListBullet"/>
      </w:pPr>
      <w:r>
        <w:t>Buscar una vivienda segura.</w:t>
      </w:r>
    </w:p>
    <w:p>
      <w:pPr>
        <w:pStyle w:val="ListBullet"/>
      </w:pPr>
      <w:r>
        <w:t>Construir nuevas relaciones.</w:t>
      </w:r>
    </w:p>
    <w:p>
      <w:r>
        <w:t>Esto puede producir soledad al comienzo. Por eso es necesario reemplazar el ambiente anterior con actividades, personas y metas saludables.</w:t>
      </w:r>
    </w:p>
    <w:p>
      <w:r>
        <w:t>No basta con quitar.</w:t>
      </w:r>
    </w:p>
    <w:p>
      <w:r>
        <w:t>También hay que construir.</w:t>
      </w:r>
    </w:p>
    <w:p>
      <w:pPr>
        <w:pStyle w:val="Heading3"/>
      </w:pPr>
      <w:r>
        <w:t>Recuperar las rutinas</w:t>
      </w:r>
    </w:p>
    <w:p>
      <w:r>
        <w:t>La adicción destruye horarios y responsabilidades. La rehabilitación necesita restablecerlos.</w:t>
      </w:r>
    </w:p>
    <w:p>
      <w:r>
        <w:t>Dormir, alimentarse, asistir a las citas, trabajar, estudiar y cumplir pequeñas obligaciones ayudan a reconstruir la estabilidad.</w:t>
      </w:r>
    </w:p>
    <w:p>
      <w:r>
        <w:t>Al principio, estas tareas pueden parecer insignificantes. Pero cada una fortalece la capacidad de vivir sin la sustancia.</w:t>
      </w:r>
    </w:p>
    <w:p>
      <w:r>
        <w:t>La recuperación se demuestra en actos cotidianos:</w:t>
      </w:r>
    </w:p>
    <w:p>
      <w:r>
        <w:t>Levantarse a tiempo.</w:t>
      </w:r>
    </w:p>
    <w:p>
      <w:r>
        <w:t>Decir la verdad.</w:t>
      </w:r>
    </w:p>
    <w:p>
      <w:r>
        <w:t>Regresar cuando se prometió.</w:t>
      </w:r>
    </w:p>
    <w:p>
      <w:r>
        <w:t>Administrar el dinero.</w:t>
      </w:r>
    </w:p>
    <w:p>
      <w:r>
        <w:t>Cuidar la salud.</w:t>
      </w:r>
    </w:p>
    <w:p>
      <w:r>
        <w:t>Cumplir con los hijos.</w:t>
      </w:r>
    </w:p>
    <w:p>
      <w:r>
        <w:t>Las grandes declaraciones valen menos que una conducta responsable repetida.</w:t>
      </w:r>
    </w:p>
    <w:p>
      <w:pPr>
        <w:pStyle w:val="Heading3"/>
      </w:pPr>
      <w:r>
        <w:t>Prepararse para los deseos intensos</w:t>
      </w:r>
    </w:p>
    <w:p>
      <w:r>
        <w:t>Los deseos de consumir pueden aparecer incluso después de un periodo prolongado de abstinencia.</w:t>
      </w:r>
    </w:p>
    <w:p>
      <w:r>
        <w:t>Pueden ser provocados por:</w:t>
      </w:r>
    </w:p>
    <w:p>
      <w:pPr>
        <w:pStyle w:val="ListBullet"/>
      </w:pPr>
      <w:r>
        <w:t>Estrés.</w:t>
      </w:r>
    </w:p>
    <w:p>
      <w:pPr>
        <w:pStyle w:val="ListBullet"/>
      </w:pPr>
      <w:r>
        <w:t>Discusiones.</w:t>
      </w:r>
    </w:p>
    <w:p>
      <w:pPr>
        <w:pStyle w:val="ListBullet"/>
      </w:pPr>
      <w:r>
        <w:t>Soledad.</w:t>
      </w:r>
    </w:p>
    <w:p>
      <w:pPr>
        <w:pStyle w:val="ListBullet"/>
      </w:pPr>
      <w:r>
        <w:t>Celebraciones.</w:t>
      </w:r>
    </w:p>
    <w:p>
      <w:pPr>
        <w:pStyle w:val="ListBullet"/>
      </w:pPr>
      <w:r>
        <w:t>Dinero disponible.</w:t>
      </w:r>
    </w:p>
    <w:p>
      <w:pPr>
        <w:pStyle w:val="ListBullet"/>
      </w:pPr>
      <w:r>
        <w:t>Encuentros con antiguos compañeros.</w:t>
      </w:r>
    </w:p>
    <w:p>
      <w:pPr>
        <w:pStyle w:val="ListBullet"/>
      </w:pPr>
      <w:r>
        <w:t>Lugares y olores      asociados con la sustancia.</w:t>
      </w:r>
    </w:p>
    <w:p>
      <w:pPr>
        <w:pStyle w:val="ListBullet"/>
      </w:pPr>
      <w:r>
        <w:t>Recuerdos dolorosos.</w:t>
      </w:r>
    </w:p>
    <w:p>
      <w:r>
        <w:t>El tratamiento debe preparar un plan:</w:t>
      </w:r>
    </w:p>
    <w:p>
      <w:pPr>
        <w:pStyle w:val="ListBullet"/>
      </w:pPr>
      <w:r>
        <w:t>A quién llamar.</w:t>
      </w:r>
    </w:p>
    <w:p>
      <w:pPr>
        <w:pStyle w:val="ListBullet"/>
      </w:pPr>
      <w:r>
        <w:t>Adónde ir.</w:t>
      </w:r>
    </w:p>
    <w:p>
      <w:pPr>
        <w:pStyle w:val="ListBullet"/>
      </w:pPr>
      <w:r>
        <w:t>Qué lugar abandonar.</w:t>
      </w:r>
    </w:p>
    <w:p>
      <w:pPr>
        <w:pStyle w:val="ListBullet"/>
      </w:pPr>
      <w:r>
        <w:t>Qué pensamiento cuestionar.</w:t>
      </w:r>
    </w:p>
    <w:p>
      <w:pPr>
        <w:pStyle w:val="ListBullet"/>
      </w:pPr>
      <w:r>
        <w:t>Qué actividad realizar.</w:t>
      </w:r>
    </w:p>
    <w:p>
      <w:pPr>
        <w:pStyle w:val="ListBullet"/>
      </w:pPr>
      <w:r>
        <w:t>Cómo regresar rápidamente      a la atención profesional.</w:t>
      </w:r>
    </w:p>
    <w:p>
      <w:r>
        <w:t>La tentación no significa que la persona haya fracasado. Significa que necesita utilizar las herramientas aprendidas.</w:t>
      </w:r>
    </w:p>
    <w:p>
      <w:pPr>
        <w:pStyle w:val="Heading3"/>
      </w:pPr>
      <w:r>
        <w:t>La naloxona y las sobredosis de opioides</w:t>
      </w:r>
    </w:p>
    <w:p>
      <w:r>
        <w:t>La naloxona es un medicamento capaz de revertir temporalmente los efectos de una sobredosis de opioides y restaurar la respiración. Puede ser administrada mediante un aerosol nasal o una inyección. ([FDA](https://www.fda.gov/consumers/consumer-updates/access-naloxone-can-save-life-during-opioid-overdose))</w:t>
      </w:r>
    </w:p>
    <w:p>
      <w:r>
        <w:t>Las personas que consumen opioides, sus familiares y quienes están en recuperación deben conocer su disponibilidad y aprender a utilizarla.</w:t>
      </w:r>
    </w:p>
    <w:p>
      <w:r>
        <w:t>Administrar naloxona no sustituye la llamada a emergencias. Su efecto puede ser temporal y la persona necesita atención médica inmediata.</w:t>
      </w:r>
    </w:p>
    <w:p>
      <w:r>
        <w:t>Tener naloxona no aprueba el consumo. Es una medida para impedir que un error se convierta en una muerte.</w:t>
      </w:r>
    </w:p>
    <w:p>
      <w:pPr>
        <w:pStyle w:val="Heading3"/>
      </w:pPr>
      <w:r>
        <w:t>Cómo encontrar ayuda</w:t>
      </w:r>
    </w:p>
    <w:p>
      <w:r>
        <w:t>En Estados Unidos, la Administración de Servicios de Salud Mental y Abuso de Sustancias mantiene [FindTreatment.gov](https://findtreatment.samhsa.gov/), un buscador confidencial de servicios para problemas de salud mental y consumo.</w:t>
      </w:r>
    </w:p>
    <w:p>
      <w:r>
        <w:t>También ofrece información y orientación mediante el 1-800-662-HELP (4357).</w:t>
      </w:r>
    </w:p>
    <w:p>
      <w:r>
        <w:t>En una emergencia, una sobredosis o una situación en la que la persona no responde o no respira normalmente, debe llamarse inmediatamente al servicio de emergencias.</w:t>
      </w:r>
    </w:p>
    <w:p>
      <w:r>
        <w:t>Los recursos varían según el país. Los médicos de atención primaria, hospitales, centros de salud mental y organismos sanitarios pueden orientar hacia servicios locales.</w:t>
      </w:r>
    </w:p>
    <w:p>
      <w:pPr>
        <w:pStyle w:val="Heading3"/>
      </w:pPr>
      <w:r>
        <w:t>El tratamiento necesita tiempo</w:t>
      </w:r>
    </w:p>
    <w:p>
      <w:r>
        <w:t>Algunas familias esperan un cambio completo después de pocas semanas. Se decepcionan cuando la persona continúa enfrentando ansiedad, culpa o dificultades para reconstruir su vida.</w:t>
      </w:r>
    </w:p>
    <w:p>
      <w:r>
        <w:t>La dependencia pudo desarrollarse durante años. La recuperación también necesita tiempo.</w:t>
      </w:r>
    </w:p>
    <w:p>
      <w:r>
        <w:t>La duración del tratamiento debe corresponder a las necesidades del paciente. Abandonarlo apenas aparece una mejoría puede dejar el proceso incompleto.</w:t>
      </w:r>
    </w:p>
    <w:p>
      <w:r>
        <w:t>La persona tampoco debe interpretar una dificultad como prueba de que el tratamiento no funciona. A veces será necesario modificar el enfoque, aumentar la intensidad o cambiar de profesional.</w:t>
      </w:r>
    </w:p>
    <w:p>
      <w:r>
        <w:t>No existe un único camino, pero sí existen principios responsables.</w:t>
      </w:r>
    </w:p>
    <w:p>
      <w:pPr>
        <w:pStyle w:val="Heading3"/>
      </w:pPr>
      <w:r>
        <w:t>Reconstruir la vida</w:t>
      </w:r>
    </w:p>
    <w:p>
      <w:r>
        <w:t>El objetivo de la rehabilitación no consiste únicamente en acumular días sin consumir.</w:t>
      </w:r>
    </w:p>
    <w:p>
      <w:r>
        <w:t>La persona debe recuperar:</w:t>
      </w:r>
    </w:p>
    <w:p>
      <w:pPr>
        <w:pStyle w:val="ListBullet"/>
      </w:pPr>
      <w:r>
        <w:t>La salud.</w:t>
      </w:r>
    </w:p>
    <w:p>
      <w:pPr>
        <w:pStyle w:val="ListBullet"/>
      </w:pPr>
      <w:r>
        <w:t>La capacidad de decidir.</w:t>
      </w:r>
    </w:p>
    <w:p>
      <w:pPr>
        <w:pStyle w:val="ListBullet"/>
      </w:pPr>
      <w:r>
        <w:t>Las relaciones.</w:t>
      </w:r>
    </w:p>
    <w:p>
      <w:pPr>
        <w:pStyle w:val="ListBullet"/>
      </w:pPr>
      <w:r>
        <w:t>El trabajo o los estudios.</w:t>
      </w:r>
    </w:p>
    <w:p>
      <w:pPr>
        <w:pStyle w:val="ListBullet"/>
      </w:pPr>
      <w:r>
        <w:t>La responsabilidad económica.</w:t>
      </w:r>
    </w:p>
    <w:p>
      <w:pPr>
        <w:pStyle w:val="ListBullet"/>
      </w:pPr>
      <w:r>
        <w:t>El respeto por sí misma.</w:t>
      </w:r>
    </w:p>
    <w:p>
      <w:pPr>
        <w:pStyle w:val="ListBullet"/>
      </w:pPr>
      <w:r>
        <w:t>Un propósito.</w:t>
      </w:r>
    </w:p>
    <w:p>
      <w:r>
        <w:t>Algunas pérdidas no podrán repararse completamente. Aun así, puede construirse una vida digna.</w:t>
      </w:r>
    </w:p>
    <w:p>
      <w:pPr>
        <w:pStyle w:val="Heading3"/>
      </w:pPr>
      <w:r>
        <w:t>La recuperación es posible</w:t>
      </w:r>
    </w:p>
    <w:p>
      <w:r>
        <w:t>Millones de personas han logrado abandonar las drogas y el alcohol. Algunas necesitaron varios intentos. Otras combinaron medicamentos, terapia, apoyo familiar, grupos y fe.</w:t>
      </w:r>
    </w:p>
    <w:p>
      <w:r>
        <w:t>No existe vergüenza en necesitar ayuda.</w:t>
      </w:r>
    </w:p>
    <w:p>
      <w:r>
        <w:t>La verdadera vergüenza sería negar el problema hasta permitir que la sustancia destruya todo lo que todavía puede salvarse.</w:t>
      </w:r>
    </w:p>
    <w:p>
      <w:r>
        <w:t>El tratamiento no ofrece una vida sin dificultades. Ofrece herramientas para enfrentarlas sin regresar a la esclavitud.</w:t>
      </w:r>
    </w:p>
    <w:p>
      <w:r>
        <w:t>La persona debe dar el primer paso, pero no tiene que recorrer sola todo el camino.</w:t>
      </w:r>
    </w:p>
    <w:p>
      <w:r>
        <w:t>Pedir ayuda puede salvar su cuerpo.</w:t>
      </w:r>
    </w:p>
    <w:p>
      <w:r>
        <w:t>Aceptar tratamiento puede recuperar su voluntad.</w:t>
      </w:r>
    </w:p>
    <w:p>
      <w:r>
        <w:t>Mantener la rehabilitación puede devolverle su vida.</w:t>
      </w:r>
    </w:p>
    <w:p>
      <w:r>
        <w:br w:type="page"/>
      </w:r>
    </w:p>
    <w:p>
      <w:pPr>
        <w:pStyle w:val="Heading1"/>
      </w:pPr>
      <w:r>
        <w:t>CAPÍTULO 16</w:t>
      </w:r>
    </w:p>
    <w:p>
      <w:pPr>
        <w:pStyle w:val="Heading2"/>
      </w:pPr>
      <w:r>
        <w:t>La responsabilidad personal, familiar y social frente a las drogas y el alcohol</w:t>
      </w:r>
    </w:p>
    <w:p>
      <w:r>
        <w:t>La lucha contra las drogas y el abuso del alcohol no corresponde únicamente a quienes consumen. Cada persona, familia, institución y comunidad tiene una parte de responsabilidad.</w:t>
      </w:r>
    </w:p>
    <w:p>
      <w:r>
        <w:t>La responsabilidad comienza con las decisiones individuales, continúa dentro del hogar y se extiende a toda la sociedad. No podemos exigirles a los jóvenes que rechacen las drogas mientras los adultos glorifican la embriaguez. Tampoco podemos culpar únicamente a las familias mientras la sociedad facilita el consumo, abandona la prevención y dificulta el acceso al tratamiento.</w:t>
      </w:r>
    </w:p>
    <w:p>
      <w:r>
        <w:t>Este cuestionario no ofrece un diagnóstico médico ni pretende repartir culpas. Su propósito es despertar la conciencia y ayudar a cada lector a preguntarse:</w:t>
      </w:r>
    </w:p>
    <w:p>
      <w:r>
        <w:t>¿Estoy contribuyendo a prevenir el problema o, consciente o inconscientemente, estoy ayudando a perpetuarlo?</w:t>
      </w:r>
    </w:p>
    <w:p>
      <w:r>
        <w:t>Para responder, utilice una de estas opciones:</w:t>
      </w:r>
    </w:p>
    <w:p>
      <w:pPr>
        <w:pStyle w:val="ListBullet"/>
      </w:pPr>
      <w:r>
        <w:t>**Sí,      casi siempre.**</w:t>
      </w:r>
    </w:p>
    <w:p>
      <w:pPr>
        <w:pStyle w:val="ListBullet"/>
      </w:pPr>
      <w:r>
        <w:t>**A      veces.**</w:t>
      </w:r>
    </w:p>
    <w:p>
      <w:pPr>
        <w:pStyle w:val="ListBullet"/>
      </w:pPr>
      <w:r>
        <w:t>**No      o casi nunca.**</w:t>
      </w:r>
    </w:p>
    <w:p>
      <w:pPr>
        <w:pStyle w:val="ListBullet"/>
      </w:pPr>
      <w:r>
        <w:t>**No corresponde a      mi situación.**</w:t>
      </w:r>
    </w:p>
    <w:p>
      <w:r>
        <w:t>Lo importante no es obtener una puntuación perfecta, sino contestar con sinceridad.</w:t>
      </w:r>
    </w:p>
    <w:p>
      <w:pPr>
        <w:pStyle w:val="Heading2"/>
      </w:pPr>
      <w:r>
        <w:t>PRIMERA PARTE</w:t>
      </w:r>
    </w:p>
    <w:p>
      <w:pPr>
        <w:pStyle w:val="Heading3"/>
      </w:pPr>
      <w:r>
        <w:t>Mi responsabilidad personal</w:t>
      </w:r>
    </w:p>
    <w:p>
      <w:r>
        <w:t>1. ¿Reconozco que el alcohol también es una droga?</w:t>
      </w:r>
    </w:p>
    <w:p>
      <w:r>
        <w:t>2. ¿Conozco los riesgos principales de las sustancias que podrían ofrecerme?</w:t>
      </w:r>
    </w:p>
    <w:p>
      <w:r>
        <w:t>3. ¿Evito consumir medicamentos que no fueron recetados para mí?</w:t>
      </w:r>
    </w:p>
    <w:p>
      <w:r>
        <w:t>4. ¿Respeto las dosis y recomendaciones de los medicamentos que utilizo?</w:t>
      </w:r>
    </w:p>
    <w:p>
      <w:r>
        <w:t>5. ¿Evito mezclar alcohol con medicamentos u otras drogas?</w:t>
      </w:r>
    </w:p>
    <w:p>
      <w:r>
        <w:t>6. ¿Me niego a conducir después de beber o consumir alguna sustancia?</w:t>
      </w:r>
    </w:p>
    <w:p>
      <w:r>
        <w:t>7. ¿Me niego a subir a un vehículo conducido por alguien intoxicado?</w:t>
      </w:r>
    </w:p>
    <w:p>
      <w:r>
        <w:t>8. ¿Sé decir “no” cuando me ofrecen una sustancia?</w:t>
      </w:r>
    </w:p>
    <w:p>
      <w:r>
        <w:t>9. ¿Puedo mantener mi decisión aunque otras personas se burlen?</w:t>
      </w:r>
    </w:p>
    <w:p>
      <w:r>
        <w:t>10. ¿Evito reuniones cuyo principal propósito sea embriagarse o consumir?</w:t>
      </w:r>
    </w:p>
    <w:p>
      <w:r>
        <w:t>11. ¿Me abstengo de ofrecer alcohol o drogas a otras personas?</w:t>
      </w:r>
    </w:p>
    <w:p>
      <w:r>
        <w:t>12. ¿Respeto a quien decide no beber?</w:t>
      </w:r>
    </w:p>
    <w:p>
      <w:r>
        <w:t>13. ¿Evito presionar a otros con frases como “una copa no te hará daño”?</w:t>
      </w:r>
    </w:p>
    <w:p>
      <w:r>
        <w:t>14. ¿Reconozco cuándo estoy utilizando el alcohol para enfrentar la tristeza, la ansiedad o la soledad?</w:t>
      </w:r>
    </w:p>
    <w:p>
      <w:r>
        <w:t>15. ¿Tengo maneras saludables de enfrentar las dificultades?</w:t>
      </w:r>
    </w:p>
    <w:p>
      <w:r>
        <w:t>16. ¿Busco ayuda cuando siento que no puedo resolver un problema solo?</w:t>
      </w:r>
    </w:p>
    <w:p>
      <w:r>
        <w:t>17. ¿Reconocería sinceramente un aumento en mi consumo?</w:t>
      </w:r>
    </w:p>
    <w:p>
      <w:r>
        <w:t>18. ¿Escucharía a mi familia si expresara preocupación por mi conducta?</w:t>
      </w:r>
    </w:p>
    <w:p>
      <w:r>
        <w:t>19. ¿Estoy dispuesto a someterme a una evaluación profesional si fuera necesario?</w:t>
      </w:r>
    </w:p>
    <w:p>
      <w:r>
        <w:t>20. ¿Asumo las consecuencias de mis decisiones sin culpar siempre a los demás?</w:t>
      </w:r>
    </w:p>
    <w:p>
      <w:r>
        <w:t>21. ¿Evito ocultar cuánto, cuándo o dónde consumo?</w:t>
      </w:r>
    </w:p>
    <w:p>
      <w:r>
        <w:t>22. ¿Protejo mi dinero y el de mi familia de gastos relacionados con sustancias?</w:t>
      </w:r>
    </w:p>
    <w:p>
      <w:r>
        <w:t>23. ¿Mantengo las drogas, el alcohol y los medicamentos fuera del alcance de los niños?</w:t>
      </w:r>
    </w:p>
    <w:p>
      <w:r>
        <w:t>24. ¿Evito cuidar menores o personas vulnerables cuando he bebido?</w:t>
      </w:r>
    </w:p>
    <w:p>
      <w:r>
        <w:t>25. ¿Recuerdo que mi conducta puede convertirse en ejemplo para otros?</w:t>
      </w:r>
    </w:p>
    <w:p>
      <w:pPr>
        <w:pStyle w:val="Heading3"/>
      </w:pPr>
      <w:r>
        <w:t>Reflexión personal</w:t>
      </w:r>
    </w:p>
    <w:p>
      <w:r>
        <w:t>Después de responder, pregúntese:</w:t>
      </w:r>
    </w:p>
    <w:p>
      <w:pPr>
        <w:pStyle w:val="ListBullet"/>
      </w:pPr>
      <w:r>
        <w:t>¿En qué situaciones se      debilita mi capacidad para decidir?</w:t>
      </w:r>
    </w:p>
    <w:p>
      <w:pPr>
        <w:pStyle w:val="ListBullet"/>
      </w:pPr>
      <w:r>
        <w:t>¿Necesito la aprobación      de otras personas?</w:t>
      </w:r>
    </w:p>
    <w:p>
      <w:pPr>
        <w:pStyle w:val="ListBullet"/>
      </w:pPr>
      <w:r>
        <w:t>¿He minimizado alguna      conducta peligrosa?</w:t>
      </w:r>
    </w:p>
    <w:p>
      <w:pPr>
        <w:pStyle w:val="ListBullet"/>
      </w:pPr>
      <w:r>
        <w:t>¿Utilizo una sustancia      para escapar de mis emociones?</w:t>
      </w:r>
    </w:p>
    <w:p>
      <w:pPr>
        <w:pStyle w:val="ListBullet"/>
      </w:pPr>
      <w:r>
        <w:t>¿Estoy dispuesto a      cambiar antes de sufrir consecuencias mayores?</w:t>
      </w:r>
    </w:p>
    <w:p>
      <w:r>
        <w:t>La responsabilidad personal no significa que una persona deba recuperarse completamente sola. Significa reconocer la realidad, aceptar ayuda y participar activamente en su propia recuperación.</w:t>
      </w:r>
    </w:p>
    <w:p>
      <w:r>
        <w:t>Nadie puede tomar por nosotros todas las decisiones. La familia puede acompañarnos y los profesionales pueden orientarnos, pero cada persona debe asumir su parte.</w:t>
      </w:r>
    </w:p>
    <w:p>
      <w:pPr>
        <w:pStyle w:val="Heading2"/>
      </w:pPr>
      <w:r>
        <w:t>SEGUNDA PARTE</w:t>
      </w:r>
    </w:p>
    <w:p>
      <w:pPr>
        <w:pStyle w:val="Heading3"/>
      </w:pPr>
      <w:r>
        <w:t>Nuestra responsabilidad familiar</w:t>
      </w:r>
    </w:p>
    <w:p>
      <w:r>
        <w:t>1. ¿Hablamos abiertamente sobre las drogas y el alcohol?</w:t>
      </w:r>
    </w:p>
    <w:p>
      <w:r>
        <w:t>2. ¿Explicamos los riesgos sin recurrir a mentiras o exageraciones?</w:t>
      </w:r>
    </w:p>
    <w:p>
      <w:r>
        <w:t>3. ¿Escuchamos a nuestros hijos sin humillarlos?</w:t>
      </w:r>
    </w:p>
    <w:p>
      <w:r>
        <w:t>4. ¿Conocemos a sus amigos y los lugares que frecuentan?</w:t>
      </w:r>
    </w:p>
    <w:p>
      <w:r>
        <w:t>5. ¿Prestamos atención a cambios repentinos en su conducta?</w:t>
      </w:r>
    </w:p>
    <w:p>
      <w:r>
        <w:t>6. ¿Sabemos reconocer posibles señales de consumo?</w:t>
      </w:r>
    </w:p>
    <w:p>
      <w:r>
        <w:t>7. ¿Ofrecemos a los jóvenes oportunidades saludables de recreación?</w:t>
      </w:r>
    </w:p>
    <w:p>
      <w:r>
        <w:t>8. ¿Damos ejemplo con nuestra propia conducta?</w:t>
      </w:r>
    </w:p>
    <w:p>
      <w:r>
        <w:t>9. ¿Evitamos convertir el alcohol en el centro de todas las celebraciones?</w:t>
      </w:r>
    </w:p>
    <w:p>
      <w:r>
        <w:t>10. ¿Respetamos a los familiares que deciden no beber?</w:t>
      </w:r>
    </w:p>
    <w:p>
      <w:r>
        <w:t>11. ¿Evitamos ofrecerles alcohol a los menores?</w:t>
      </w:r>
    </w:p>
    <w:p>
      <w:r>
        <w:t>12. ¿Guardamos responsablemente los medicamentos?</w:t>
      </w:r>
    </w:p>
    <w:p>
      <w:r>
        <w:t>13. ¿Eliminamos de manera segura los medicamentos que ya no necesitamos?</w:t>
      </w:r>
    </w:p>
    <w:p>
      <w:r>
        <w:t>14. ¿Mantenemos el hogar libre de drogas ilegales?</w:t>
      </w:r>
    </w:p>
    <w:p>
      <w:r>
        <w:t>15. ¿Protegemos a los niños del humo del tabaco y otras sustancias?</w:t>
      </w:r>
    </w:p>
    <w:p>
      <w:r>
        <w:t>16. ¿Actuamos rápidamente cuando sospechamos que existe consumo?</w:t>
      </w:r>
    </w:p>
    <w:p>
      <w:r>
        <w:t>17. ¿Buscamos orientación profesional en vez de confiar únicamente en amenazas?</w:t>
      </w:r>
    </w:p>
    <w:p>
      <w:r>
        <w:t>18. ¿Evitamos negar el problema para proteger la reputación familiar?</w:t>
      </w:r>
    </w:p>
    <w:p>
      <w:r>
        <w:t>19. ¿Nos negamos a entregar dinero que podría utilizarse para consumir?</w:t>
      </w:r>
    </w:p>
    <w:p>
      <w:r>
        <w:t>20. ¿Evitamos mentir para justificar las ausencias o faltas del consumidor?</w:t>
      </w:r>
    </w:p>
    <w:p>
      <w:r>
        <w:t>21. ¿Establecemos límites claros frente a la violencia y las amenazas?</w:t>
      </w:r>
    </w:p>
    <w:p>
      <w:r>
        <w:t>22. ¿Protegemos primero a los niños y a las personas vulnerables?</w:t>
      </w:r>
    </w:p>
    <w:p>
      <w:r>
        <w:t>23. ¿Comprendemos que amar no significa encubrir?</w:t>
      </w:r>
    </w:p>
    <w:p>
      <w:r>
        <w:t>24. ¿Estamos dispuestos a participar en el proceso de recuperación?</w:t>
      </w:r>
    </w:p>
    <w:p>
      <w:r>
        <w:t>25. ¿Permitimos que la persona en tratamiento asuma sus propias responsabilidades?</w:t>
      </w:r>
    </w:p>
    <w:p>
      <w:r>
        <w:t>26. ¿Reconocemos y elogiamos los avances verdaderos sin ignorar las recaídas?</w:t>
      </w:r>
    </w:p>
    <w:p>
      <w:r>
        <w:t>27. ¿Buscamos ayuda para los familiares afectados?</w:t>
      </w:r>
    </w:p>
    <w:p>
      <w:r>
        <w:t>28. ¿Evitamos encargarles a los niños la vigilancia del adulto que consume?</w:t>
      </w:r>
    </w:p>
    <w:p>
      <w:r>
        <w:t>29. ¿Hablamos con los hijos para que comprendan que no causaron la adicción?</w:t>
      </w:r>
    </w:p>
    <w:p>
      <w:r>
        <w:t>30. ¿Cuidamos nuestra propia salud emocional mientras ayudamos?</w:t>
      </w:r>
    </w:p>
    <w:p>
      <w:pPr>
        <w:pStyle w:val="Heading3"/>
      </w:pPr>
      <w:r>
        <w:t>Reflexión familiar</w:t>
      </w:r>
    </w:p>
    <w:p>
      <w:r>
        <w:t>La familia debe reunirse, cuando sea seguro hacerlo, y preguntarse:</w:t>
      </w:r>
    </w:p>
    <w:p>
      <w:pPr>
        <w:pStyle w:val="ListBullet"/>
      </w:pPr>
      <w:r>
        <w:t>¿Qué estamos haciendo que      realmente ayuda?</w:t>
      </w:r>
    </w:p>
    <w:p>
      <w:pPr>
        <w:pStyle w:val="ListBullet"/>
      </w:pPr>
      <w:r>
        <w:t>¿Qué conductas nuestras      podrían estar facilitando el consumo?</w:t>
      </w:r>
    </w:p>
    <w:p>
      <w:pPr>
        <w:pStyle w:val="ListBullet"/>
      </w:pPr>
      <w:r>
        <w:t>¿Qué límites necesitamos establecer?</w:t>
      </w:r>
    </w:p>
    <w:p>
      <w:pPr>
        <w:pStyle w:val="ListBullet"/>
      </w:pPr>
      <w:r>
        <w:t>¿Quiénes se encuentran en      peligro dentro del hogar?</w:t>
      </w:r>
    </w:p>
    <w:p>
      <w:pPr>
        <w:pStyle w:val="ListBullet"/>
      </w:pPr>
      <w:r>
        <w:t>¿Tenemos un plan para      responder ante una sobredosis o una crisis?</w:t>
      </w:r>
    </w:p>
    <w:p>
      <w:pPr>
        <w:pStyle w:val="ListBullet"/>
      </w:pPr>
      <w:r>
        <w:t>¿Conocemos los servicios      de tratamiento disponibles?</w:t>
      </w:r>
    </w:p>
    <w:p>
      <w:pPr>
        <w:pStyle w:val="ListBullet"/>
      </w:pPr>
      <w:r>
        <w:t>¿Estamos unidos o cada      familiar responde de una manera diferente?</w:t>
      </w:r>
    </w:p>
    <w:p>
      <w:r>
        <w:t>La familia no debe convertirse en tribunal ni en cárcel. Debe ser un espacio de verdad, protección y responsabilidad.</w:t>
      </w:r>
    </w:p>
    <w:p>
      <w:r>
        <w:t>Eso exige abandonar dos extremos igualmente peligrosos: la crueldad que humilla y la permisividad que permite continuar la destrucción.</w:t>
      </w:r>
    </w:p>
    <w:p>
      <w:pPr>
        <w:pStyle w:val="Heading2"/>
      </w:pPr>
      <w:r>
        <w:t>TERCERA PARTE</w:t>
      </w:r>
    </w:p>
    <w:p>
      <w:pPr>
        <w:pStyle w:val="Heading3"/>
      </w:pPr>
      <w:r>
        <w:t>Nuestra responsabilidad social</w:t>
      </w:r>
    </w:p>
    <w:p>
      <w:r>
        <w:t>1. ¿Comprendemos que la adicción es un problema de salud y también de responsabilidad?</w:t>
      </w:r>
    </w:p>
    <w:p>
      <w:r>
        <w:t>2. ¿Evitamos despreciar a las personas que padecen una dependencia?</w:t>
      </w:r>
    </w:p>
    <w:p>
      <w:r>
        <w:t>3. ¿Apoyamos el tratamiento en lugar de exigir únicamente castigo?</w:t>
      </w:r>
    </w:p>
    <w:p>
      <w:r>
        <w:t>4. ¿Rechazamos la venta de alcohol y drogas a menores?</w:t>
      </w:r>
    </w:p>
    <w:p>
      <w:r>
        <w:t>5. ¿Denunciamos responsablemente la distribución de sustancias peligrosas?</w:t>
      </w:r>
    </w:p>
    <w:p>
      <w:r>
        <w:t>6. ¿Exigimos programas preventivos en las escuelas?</w:t>
      </w:r>
    </w:p>
    <w:p>
      <w:r>
        <w:t>7. ¿Ofrecemos actividades deportivas, culturales y educativas a los jóvenes?</w:t>
      </w:r>
    </w:p>
    <w:p>
      <w:r>
        <w:t>8. ¿Facilitamos atención de salud mental antes de que aparezca el consumo?</w:t>
      </w:r>
    </w:p>
    <w:p>
      <w:r>
        <w:t>9. ¿Ayudamos a las familias que no pueden pagar un tratamiento?</w:t>
      </w:r>
    </w:p>
    <w:p>
      <w:r>
        <w:t>10. ¿Apoyamos servicios de rehabilitación serios y supervisados?</w:t>
      </w:r>
    </w:p>
    <w:p>
      <w:r>
        <w:t>11. ¿Exigimos que las instituciones informen con cifras verdaderas?</w:t>
      </w:r>
    </w:p>
    <w:p>
      <w:r>
        <w:t>12. ¿Evitamos presentar la embriaguez como algo divertido o admirable?</w:t>
      </w:r>
    </w:p>
    <w:p>
      <w:r>
        <w:t>13. ¿Cuestionamos la publicidad que relaciona el alcohol con el éxito y la felicidad?</w:t>
      </w:r>
    </w:p>
    <w:p>
      <w:r>
        <w:t>14. ¿Promovemos celebraciones donde beber no sea una obligación?</w:t>
      </w:r>
    </w:p>
    <w:p>
      <w:r>
        <w:t>15. ¿Respetamos a las personas en recuperación?</w:t>
      </w:r>
    </w:p>
    <w:p>
      <w:r>
        <w:t>16. ¿Ofrecemos oportunidades laborales a quienes han demostrado un cambio verdadero?</w:t>
      </w:r>
    </w:p>
    <w:p>
      <w:r>
        <w:t>17. ¿Reconocemos que una recaída requiere intervención y no solamente condena?</w:t>
      </w:r>
    </w:p>
    <w:p>
      <w:r>
        <w:t>18. ¿Protegemos a las víctimas de la violencia relacionada con el consumo?</w:t>
      </w:r>
    </w:p>
    <w:p>
      <w:r>
        <w:t>19. ¿Defendemos a los niños que viven en hogares afectados?</w:t>
      </w:r>
    </w:p>
    <w:p>
      <w:r>
        <w:t>20. ¿Apoyamos a los maestros, médicos, consejeros y trabajadores comunitarios?</w:t>
      </w:r>
    </w:p>
    <w:p>
      <w:r>
        <w:t>21. ¿Exigimos responsabilidad a las empresas que producen y venden alcohol?</w:t>
      </w:r>
    </w:p>
    <w:p>
      <w:r>
        <w:t>22. ¿Pedimos controles contra la conducción bajo los efectos de sustancias?</w:t>
      </w:r>
    </w:p>
    <w:p>
      <w:r>
        <w:t>23. ¿Favorecemos políticas basadas en pruebas y no solamente en emociones?</w:t>
      </w:r>
    </w:p>
    <w:p>
      <w:r>
        <w:t>24. ¿Reconocemos que la prevención cuesta menos que la destrucción causada por la adicción?</w:t>
      </w:r>
    </w:p>
    <w:p>
      <w:r>
        <w:t>25. ¿Participamos personalmente en la solución o esperamos que otros actúen?</w:t>
      </w:r>
    </w:p>
    <w:p>
      <w:pPr>
        <w:pStyle w:val="Heading3"/>
      </w:pPr>
      <w:r>
        <w:t>Reflexión social</w:t>
      </w:r>
    </w:p>
    <w:p>
      <w:r>
        <w:t>Una sociedad debe preguntarse:</w:t>
      </w:r>
    </w:p>
    <w:p>
      <w:pPr>
        <w:pStyle w:val="ListBullet"/>
      </w:pPr>
      <w:r>
        <w:t>¿Por qué resulta tan      fácil conseguir sustancias y tan difícil obtener tratamiento?</w:t>
      </w:r>
    </w:p>
    <w:p>
      <w:pPr>
        <w:pStyle w:val="ListBullet"/>
      </w:pPr>
      <w:r>
        <w:t>¿Por qué invertimos más      recursos en reaccionar ante las tragedias que en prevenirlas?</w:t>
      </w:r>
    </w:p>
    <w:p>
      <w:pPr>
        <w:pStyle w:val="ListBullet"/>
      </w:pPr>
      <w:r>
        <w:t>¿Qué oportunidades      ofrecemos a los jóvenes que se sienten sin rumbo?</w:t>
      </w:r>
    </w:p>
    <w:p>
      <w:pPr>
        <w:pStyle w:val="ListBullet"/>
      </w:pPr>
      <w:r>
        <w:t>¿Estamos protegiendo a      los niños o esperando a que se conviertan en víctimas?</w:t>
      </w:r>
    </w:p>
    <w:p>
      <w:pPr>
        <w:pStyle w:val="ListBullet"/>
      </w:pPr>
      <w:r>
        <w:t>¿Ayudamos a quien sale de      una adicción o lo condenamos para siempre?</w:t>
      </w:r>
    </w:p>
    <w:p>
      <w:pPr>
        <w:pStyle w:val="ListBullet"/>
      </w:pPr>
      <w:r>
        <w:t>¿Aplicamos las leyes con      justicia?</w:t>
      </w:r>
    </w:p>
    <w:p>
      <w:pPr>
        <w:pStyle w:val="ListBullet"/>
      </w:pPr>
      <w:r>
        <w:t>¿Exigimos responsabilidad      tanto al consumidor como a quienes se enriquecen con su destrucción?</w:t>
      </w:r>
    </w:p>
    <w:p>
      <w:r>
        <w:t>No existe una solución exclusivamente individual. La decisión de consumir pertenece a una persona, pero está influida por su familia, sus amistades, sus oportunidades y la comunidad donde vive.</w:t>
      </w:r>
    </w:p>
    <w:p>
      <w:r>
        <w:t>La responsabilidad social no borra la responsabilidad personal. La complementa.</w:t>
      </w:r>
    </w:p>
    <w:p>
      <w:pPr>
        <w:pStyle w:val="Heading2"/>
      </w:pPr>
      <w:r>
        <w:t>CUARTA PARTE</w:t>
      </w:r>
    </w:p>
    <w:p>
      <w:pPr>
        <w:pStyle w:val="Heading3"/>
      </w:pPr>
      <w:r>
        <w:t>Preguntas para quien consume</w:t>
      </w:r>
    </w:p>
    <w:p>
      <w:r>
        <w:t>Si usted consume drogas o alcohol, responda con sinceridad:</w:t>
      </w:r>
    </w:p>
    <w:p>
      <w:r>
        <w:t>1. ¿He causado miedo en mi hogar?</w:t>
      </w:r>
    </w:p>
    <w:p>
      <w:r>
        <w:t>2. ¿He mentido para ocultar mi consumo?</w:t>
      </w:r>
    </w:p>
    <w:p>
      <w:r>
        <w:t>3. ¿He utilizado dinero destinado a mi familia?</w:t>
      </w:r>
    </w:p>
    <w:p>
      <w:r>
        <w:t>4. ¿He incumplido promesas importantes?</w:t>
      </w:r>
    </w:p>
    <w:p>
      <w:r>
        <w:t>5. ¿He conducido después de consumir?</w:t>
      </w:r>
    </w:p>
    <w:p>
      <w:r>
        <w:t>6. ¿He cuidado niños mientras estaba intoxicado?</w:t>
      </w:r>
    </w:p>
    <w:p>
      <w:r>
        <w:t>7. ¿He tratado injustamente a quienes intentaron ayudarme?</w:t>
      </w:r>
    </w:p>
    <w:p>
      <w:r>
        <w:t>8. ¿Culpo a otros para evitar reconocer mi responsabilidad?</w:t>
      </w:r>
    </w:p>
    <w:p>
      <w:r>
        <w:t>9. ¿He intentado detenerme y no lo he conseguido?</w:t>
      </w:r>
    </w:p>
    <w:p>
      <w:r>
        <w:t>10. ¿Estoy dispuesto a buscar ayuda hoy?</w:t>
      </w:r>
    </w:p>
    <w:p>
      <w:r>
        <w:t>Estas preguntas no pretenden humillarlo. Pretenden impedir que continúe ocultándose de la verdad.</w:t>
      </w:r>
    </w:p>
    <w:p>
      <w:r>
        <w:t>Reconocer el daño no significa que usted sea una persona irremediable. Significa que ha llegado el momento de actuar.</w:t>
      </w:r>
    </w:p>
    <w:p>
      <w:pPr>
        <w:pStyle w:val="Heading2"/>
      </w:pPr>
      <w:r>
        <w:t>QUINTA PARTE</w:t>
      </w:r>
    </w:p>
    <w:p>
      <w:pPr>
        <w:pStyle w:val="Heading3"/>
      </w:pPr>
      <w:r>
        <w:t>Preguntas para quien observa y guarda silencio</w:t>
      </w:r>
    </w:p>
    <w:p>
      <w:r>
        <w:t>1. ¿Conozco a una persona que necesita ayuda?</w:t>
      </w:r>
    </w:p>
    <w:p>
      <w:r>
        <w:t>2. ¿He guardado silencio para evitar un escándalo?</w:t>
      </w:r>
    </w:p>
    <w:p>
      <w:r>
        <w:t>3. ¿Temo que se enoje si le hablo?</w:t>
      </w:r>
    </w:p>
    <w:p>
      <w:r>
        <w:t>4. ¿He confundido la privacidad con el encubrimiento?</w:t>
      </w:r>
    </w:p>
    <w:p>
      <w:r>
        <w:t>5. ¿Hay menores expuestos al peligro?</w:t>
      </w:r>
    </w:p>
    <w:p>
      <w:r>
        <w:t>6. ¿Existe violencia dentro del hogar?</w:t>
      </w:r>
    </w:p>
    <w:p>
      <w:r>
        <w:t>7. ¿Podría buscar orientación sin enfrentar solo la situación?</w:t>
      </w:r>
    </w:p>
    <w:p>
      <w:r>
        <w:t>8. ¿Estoy esperando que ocurra una tragedia para actuar?</w:t>
      </w:r>
    </w:p>
    <w:p>
      <w:r>
        <w:t>No toda sospecha debe convertirse en una acusación. Pero cuando existen señales serias, el silencio puede permitir que el problema continúe creciendo.</w:t>
      </w:r>
    </w:p>
    <w:p>
      <w:r>
        <w:t>Hablar responsablemente no significa humillar ni difundir rumores. Significa buscar la ayuda adecuada y proteger a quienes están en peligro.</w:t>
      </w:r>
    </w:p>
    <w:p>
      <w:pPr>
        <w:pStyle w:val="Heading2"/>
      </w:pPr>
      <w:r>
        <w:t>Cómo interpretar las respuestas</w:t>
      </w:r>
    </w:p>
    <w:p>
      <w:r>
        <w:t>Este cuestionario no utiliza una calificación rígida. Las responsabilidades humanas no siempre pueden reducirse a una suma.</w:t>
      </w:r>
    </w:p>
    <w:p>
      <w:r>
        <w:t>Sin embargo, las respuestas permiten reconocer tres situaciones:</w:t>
      </w:r>
    </w:p>
    <w:p>
      <w:r>
        <w:t>Predominio de “Sí, casi siempre”:</w:t>
      </w:r>
    </w:p>
    <w:p>
      <w:r>
        <w:t>Existen conductas responsables, aunque deben mantenerse y fortalecerse.</w:t>
      </w:r>
    </w:p>
    <w:p>
      <w:r>
        <w:t>Predominio de “A veces”:</w:t>
      </w:r>
    </w:p>
    <w:p>
      <w:r>
        <w:t>La persona, familia o comunidad reconoce parcialmente su responsabilidad, pero no actúa de manera constante. Es necesario convertir las buenas intenciones en normas claras.</w:t>
      </w:r>
    </w:p>
    <w:p>
      <w:r>
        <w:t>Predominio de “No o casi nunca”:</w:t>
      </w:r>
    </w:p>
    <w:p>
      <w:r>
        <w:t>Existen vacíos importantes de prevención, protección o responsabilidad. Deben identificarse cambios concretos y buscar orientación.</w:t>
      </w:r>
    </w:p>
    <w:p>
      <w:r>
        <w:t>Una sola respuesta puede exigir atención inmediata, especialmente si existe violencia, conducción bajo los efectos de sustancias, riesgo de sobredosis, exposición infantil o consumo durante el embarazo.</w:t>
      </w:r>
    </w:p>
    <w:p>
      <w:pPr>
        <w:pStyle w:val="Heading2"/>
      </w:pPr>
      <w:r>
        <w:t>Compromiso personal</w:t>
      </w:r>
    </w:p>
    <w:p>
      <w:r>
        <w:t>Después de completar el cuestionario, cada lector debe escribir tres decisiones:</w:t>
      </w:r>
    </w:p>
    <w:p>
      <w:r>
        <w:t>Primera decisión: algo que dejaré de hacer.</w:t>
      </w:r>
    </w:p>
    <w:p>
      <w:r>
        <w:t>Segunda decisión: algo que comenzaré a hacer.</w:t>
      </w:r>
    </w:p>
    <w:p>
      <w:r>
        <w:t>Tercera decisión: una persona o institución a la que pediré ayuda.</w:t>
      </w:r>
    </w:p>
    <w:p>
      <w:r>
        <w:t>Las respuestas pueden ser sencillas:</w:t>
      </w:r>
    </w:p>
    <w:p>
      <w:r>
        <w:t>—Dejaré de ofrecer alcohol a quienes no quieren beber.</w:t>
      </w:r>
    </w:p>
    <w:p>
      <w:r>
        <w:t>—Hablaré con mis hijos sobre las drogas.</w:t>
      </w:r>
    </w:p>
    <w:p>
      <w:r>
        <w:t>—No volveré a conducir después de beber.</w:t>
      </w:r>
    </w:p>
    <w:p>
      <w:r>
        <w:t>—Guardaré los medicamentos fuera del alcance de los niños.</w:t>
      </w:r>
    </w:p>
    <w:p>
      <w:r>
        <w:t>—Buscaré tratamiento.</w:t>
      </w:r>
    </w:p>
    <w:p>
      <w:r>
        <w:t>—Estableceré límites dentro de mi hogar.</w:t>
      </w:r>
    </w:p>
    <w:p>
      <w:r>
        <w:t>—Pediré ayuda para proteger a mis hijos.</w:t>
      </w:r>
    </w:p>
    <w:p>
      <w:r>
        <w:t>Un compromiso escrito no garantiza el cambio, pero obliga a definirlo.</w:t>
      </w:r>
    </w:p>
    <w:p>
      <w:pPr>
        <w:pStyle w:val="Heading2"/>
      </w:pPr>
      <w:r>
        <w:t>Una responsabilidad compartida</w:t>
      </w:r>
    </w:p>
    <w:p>
      <w:r>
        <w:t>Las drogas y el alcohol no pueden combatirse buscando un único culpable.</w:t>
      </w:r>
    </w:p>
    <w:p>
      <w:r>
        <w:t>La persona debe responder por sus decisiones.</w:t>
      </w:r>
    </w:p>
    <w:p>
      <w:r>
        <w:t>La familia debe educar, acompañar y establecer límites.</w:t>
      </w:r>
    </w:p>
    <w:p>
      <w:r>
        <w:t>La escuela debe prevenir y orientar.</w:t>
      </w:r>
    </w:p>
    <w:p>
      <w:r>
        <w:t>Los profesionales deben ofrecer atención competente.</w:t>
      </w:r>
    </w:p>
    <w:p>
      <w:r>
        <w:t>Las autoridades deben proteger y facilitar tratamiento.</w:t>
      </w:r>
    </w:p>
    <w:p>
      <w:r>
        <w:t>Las empresas deben responder por la manera en que promueven sus productos.</w:t>
      </w:r>
    </w:p>
    <w:p>
      <w:r>
        <w:t>La comunidad debe abandonar la indiferencia.</w:t>
      </w:r>
    </w:p>
    <w:p>
      <w:r>
        <w:t>Todos tenemos alguna responsabilidad.</w:t>
      </w:r>
    </w:p>
    <w:p>
      <w:r>
        <w:t>La pregunta final no debe ser solamente:</w:t>
      </w:r>
    </w:p>
    <w:p>
      <w:r>
        <w:t>¿Quién permitió que este problema creciera?</w:t>
      </w:r>
    </w:p>
    <w:p>
      <w:r>
        <w:t>También debemos preguntarnos:</w:t>
      </w:r>
    </w:p>
    <w:p>
      <w:r>
        <w:t>¿Qué puedo hacer yo, desde hoy, para impedir que continúe destruyendo vidas?</w:t>
      </w:r>
    </w:p>
    <w:p>
      <w:r>
        <w:br w:type="page"/>
      </w:r>
    </w:p>
    <w:p>
      <w:pPr>
        <w:pStyle w:val="Heading1"/>
      </w:pPr>
      <w:r>
        <w:t>CARTA ABIERTA A QUIEN ESTÁ PENSANDO PROBAR UNA DROGA</w:t>
      </w:r>
    </w:p>
    <w:p>
      <w:r>
        <w:t>A ti, que quizás estás pensando probar una droga por primera vez:</w:t>
      </w:r>
    </w:p>
    <w:p>
      <w:r>
        <w:t>No sé tu nombre, tu edad ni las circunstancias que te han llevado hasta ese momento. Tal vez sientes curiosidad. Quizás alguien te dijo que no ocurrirá nada, que todos lo hacen o que una sola vez no puede perjudicarte.</w:t>
      </w:r>
    </w:p>
    <w:p>
      <w:r>
        <w:t>Puede que estés triste, confundido o desesperado. Tal vez deseas olvidar un problema, sentirte aceptado o encontrar durante unos minutos la felicidad que no has encontrado en tu vida.</w:t>
      </w:r>
    </w:p>
    <w:p>
      <w:r>
        <w:t>Antes de hacerlo, te pido que te detengas.</w:t>
      </w:r>
    </w:p>
    <w:p>
      <w:r>
        <w:t>No tomes una decisión de consecuencias desconocidas para complacer a quienes mañana podrían no estar a tu lado.</w:t>
      </w:r>
    </w:p>
    <w:p>
      <w:r>
        <w:t>Quien te ofrece una droga posiblemente te hablará de lo que sentirás durante los primeros minutos. Quizás te prometa alegría, energía, tranquilidad o valor. Pero difícilmente te contará toda la historia.</w:t>
      </w:r>
    </w:p>
    <w:p>
      <w:r>
        <w:t>No te hablará de la ansiedad cuando termine el efecto.</w:t>
      </w:r>
    </w:p>
    <w:p>
      <w:r>
        <w:t>No te mostrará el rostro de una madre esperando durante la madrugada.</w:t>
      </w:r>
    </w:p>
    <w:p>
      <w:r>
        <w:t>No te contará las mentiras que podrías comenzar a decir.</w:t>
      </w:r>
    </w:p>
    <w:p>
      <w:r>
        <w:t>No te enseñará el dinero perdido, los estudios abandonados ni los hijos que aprenderán a temerte.</w:t>
      </w:r>
    </w:p>
    <w:p>
      <w:r>
        <w:t>Tampoco podrá garantizarte qué contiene realmente esa sustancia. Una pastilla que parece un medicamento puede ser falsa. Un polvo vendido con determinado nombre puede contener fentanilo u otras sustancias capaces de causar una sobredosis.</w:t>
      </w:r>
    </w:p>
    <w:p>
      <w:r>
        <w:t>Quizás pienses que eres demasiado inteligente para caer. La inteligencia no concede inmunidad. Personas preparadas, fuertes, admiradas y exitosas también han terminado dominadas por una sustancia.</w:t>
      </w:r>
    </w:p>
    <w:p>
      <w:r>
        <w:t>Quizás creas que sabrás detenerte. Pero nadie comienza una adicción con la intención de perder el control. Todos creen que podrán abandonar el consumo antes de llegar demasiado lejos.</w:t>
      </w:r>
    </w:p>
    <w:p>
      <w:r>
        <w:t>El problema es que la frontera no está marcada.</w:t>
      </w:r>
    </w:p>
    <w:p>
      <w:r>
        <w:t>No escucharás una alarma que te anuncie cuándo la curiosidad se convirtió en hábito, cuándo el hábito pasó a ser necesidad o cuándo la necesidad comenzó a gobernar tu vida.</w:t>
      </w:r>
    </w:p>
    <w:p>
      <w:r>
        <w:t>Si alguien te llama cobarde porque no quieres consumir, recuerda esto: la verdadera cobardía consiste en necesitar la aprobación de otros para tomar una decisión. La valentía es defender tu vida aunque se burlen de ti.</w:t>
      </w:r>
    </w:p>
    <w:p>
      <w:r>
        <w:t>Un verdadero amigo no coloca una droga en tu mano. No amenaza con abandonarte si dices que no. No utiliza tu deseo de pertenecer para conducirte hacia el peligro.</w:t>
      </w:r>
    </w:p>
    <w:p>
      <w:r>
        <w:t>Si necesitas consumir para que te acepten, ese no es el lugar al que debes pertenecer.</w:t>
      </w:r>
    </w:p>
    <w:p>
      <w:r>
        <w:t>Tal vez no buscas diversión. Tal vez buscas alivio.</w:t>
      </w:r>
    </w:p>
    <w:p>
      <w:r>
        <w:t>Si estás sufriendo, reconozco que las palabras no siempre bastan. Quizás llevas dentro una herida que nadie conoce. Tal vez perdiste a alguien, fuiste maltratado, te sientes rechazado o crees que tu vida ha perdido todo propósito.</w:t>
      </w:r>
    </w:p>
    <w:p>
      <w:r>
        <w:t>Pero la droga no curará esa herida.</w:t>
      </w:r>
    </w:p>
    <w:p>
      <w:r>
        <w:t>Podrá adormecerla durante un tiempo, pero después regresará. Y puede regresar acompañada de dependencia, deudas, vergüenza y problemas mucho mayores.</w:t>
      </w:r>
    </w:p>
    <w:p>
      <w:r>
        <w:t>No necesitas una sustancia. Necesitas ayuda verdadera.</w:t>
      </w:r>
    </w:p>
    <w:p>
      <w:r>
        <w:t>Habla con alguien. Busca a un familiar, un amigo responsable, un maestro, un consejero, un médico o una persona en quien confíes. Si la primera persona no te escucha, busca otra. Continúa hablando hasta encontrar a alguien dispuesto a ayudarte.</w:t>
      </w:r>
    </w:p>
    <w:p>
      <w:r>
        <w:t>No permitas que la vergüenza te obligue a sufrir en silencio.</w:t>
      </w:r>
    </w:p>
    <w:p>
      <w:r>
        <w:t>Si ya tienes la droga delante, aléjate. No tienes que discutir ni ofrecer largas explicaciones. Puedes decir simplemente:</w:t>
      </w:r>
    </w:p>
    <w:p>
      <w:r>
        <w:t>—No la quiero.</w:t>
      </w:r>
    </w:p>
    <w:p>
      <w:r>
        <w:t>Después, abandona el lugar.</w:t>
      </w:r>
    </w:p>
    <w:p>
      <w:r>
        <w:t>Si dependes de otra persona para regresar a tu casa, llama a alguien de confianza. Es preferible soportar una conversación incómoda que convertir una noche de curiosidad en el comienzo de una tragedia.</w:t>
      </w:r>
    </w:p>
    <w:p>
      <w:r>
        <w:t>Quizás pienses que exagero. Deseo sinceramente que nunca tengas que descubrir por experiencia propia que no estoy exagerando.</w:t>
      </w:r>
    </w:p>
    <w:p>
      <w:r>
        <w:t>Muchas familias habrían dado cualquier cosa por regresar al instante anterior a la primera dosis. Muchos padres desearían volver a escuchar la voz de un hijo que creyó que nada ocurriría. Muchas personas en recuperación recuerdan el primer ofrecimiento y se preguntan cómo habría sido su vida si hubieran respondido que no.</w:t>
      </w:r>
    </w:p>
    <w:p>
      <w:r>
        <w:t>Tú todavía puedes responder que no.</w:t>
      </w:r>
    </w:p>
    <w:p>
      <w:r>
        <w:t>Aún conservas intacta la oportunidad que otros perdieron. No tienes que sufrir una sobredosis, una dependencia o la destrucción de tu familia para comprender el peligro.</w:t>
      </w:r>
    </w:p>
    <w:p>
      <w:r>
        <w:t>Aprende de las lágrimas ajenas.</w:t>
      </w:r>
    </w:p>
    <w:p>
      <w:r>
        <w:t>Piensa en lo que amas. Piensa en las personas que esperan verte regresar. Piensa en los proyectos que todavía no has realizado, en los lugares que deseas conocer y en todo lo bueno que aún puedes aportar.</w:t>
      </w:r>
    </w:p>
    <w:p>
      <w:r>
        <w:t>Tu vida vale más que unos minutos de curiosidad.</w:t>
      </w:r>
    </w:p>
    <w:p>
      <w:r>
        <w:t>Tu dignidad vale más que la aprobación de un grupo.</w:t>
      </w:r>
    </w:p>
    <w:p>
      <w:r>
        <w:t>Tu futuro vale más que cualquier sustancia.</w:t>
      </w:r>
    </w:p>
    <w:p>
      <w:r>
        <w:t>Si estás leyendo esta carta después de haber consumido una vez, tampoco pienses que ya no tiene sentido detenerte. Haber cometido un error no te obliga a repetirlo. Habla con alguien, reconoce lo sucedido y aléjate de quienes intenten conducirte nuevamente hacia el consumo.</w:t>
      </w:r>
    </w:p>
    <w:p>
      <w:r>
        <w:t>Y si ya sientes que no puedes detenerte, no te escondas. Busca tratamiento. Admitir que necesitas ayuda no te hace inferior. Puede ser la decisión más valiente de tu vida.</w:t>
      </w:r>
    </w:p>
    <w:p>
      <w:r>
        <w:t>No sé quién eres, pero sé que eres irrepetible. Nadie podrá ocupar exactamente tu lugar en la vida de quienes te aman. Ninguna droga merece quedarse con los años que todavía te pertenecen.</w:t>
      </w:r>
    </w:p>
    <w:p>
      <w:r>
        <w:t>Cuando llegue el ofrecimiento, recuerda estas palabras.</w:t>
      </w:r>
    </w:p>
    <w:p>
      <w:r>
        <w:t>Detente.</w:t>
      </w:r>
    </w:p>
    <w:p>
      <w:r>
        <w:t>Piensa.</w:t>
      </w:r>
    </w:p>
    <w:p>
      <w:r>
        <w:t>Aléjate.</w:t>
      </w:r>
    </w:p>
    <w:p>
      <w:r>
        <w:t>Di que no.</w:t>
      </w:r>
    </w:p>
    <w:p>
      <w:r>
        <w:t>Algún día mirarás hacia atrás y comprenderás que aquella palabra tan pequeña protegió todo lo grande que todavía te esperaba.</w:t>
      </w:r>
    </w:p>
    <w:p>
      <w:r>
        <w:br w:type="page"/>
      </w:r>
    </w:p>
    <w:p>
      <w:pPr>
        <w:pStyle w:val="Heading1"/>
      </w:pPr>
      <w:r>
        <w:t>CARTA A LAS FAMILIAS QUE TODAVÍA ESPERAN</w:t>
      </w:r>
    </w:p>
    <w:p>
      <w:r>
        <w:t>A las familias que esperan el regreso de un ser querido dominado por las drogas o el alcohol:</w:t>
      </w:r>
    </w:p>
    <w:p>
      <w:r>
        <w:t>Ustedes conocen una clase de dolor que muchas personas no comprenden.</w:t>
      </w:r>
    </w:p>
    <w:p>
      <w:r>
        <w:t>Han esperado durante noches interminables. Han escuchado promesas que deseaban creer y explicaciones que sabían falsas. Han escondido lágrimas para que los niños no las vieran y han sentido miedo cada vez que sonaba el teléfono.</w:t>
      </w:r>
    </w:p>
    <w:p>
      <w:r>
        <w:t>Quizás han buscado en hospitales, estaciones de policía y calles oscuras. Tal vez han pagado deudas, recuperado objetos empeñados y pedido disculpas por actos que ustedes no cometieron.</w:t>
      </w:r>
    </w:p>
    <w:p>
      <w:r>
        <w:t>Han amado, perdonado, suplicado, vigilado y esperado.</w:t>
      </w:r>
    </w:p>
    <w:p>
      <w:r>
        <w:t>Y todavía esperan.</w:t>
      </w:r>
    </w:p>
    <w:p>
      <w:r>
        <w:t>Esperan que la persona que conocieron regrese. Esperan volver a encontrar en sus ojos al hijo cariñoso, a la madre responsable, al padre trabajador, al hermano alegre o a la pareja que un día les prometió compartir la vida.</w:t>
      </w:r>
    </w:p>
    <w:p>
      <w:r>
        <w:t>En ocasiones, apenas reconocen a ese ser humano. La droga ha cambiado sus palabras, prioridades y conducta. Quien antes decía la verdad ahora miente. Quien protegía a su familia puede haberse convertido en una fuente de miedo.</w:t>
      </w:r>
    </w:p>
    <w:p>
      <w:r>
        <w:t>Pero ustedes recuerdan quién era.</w:t>
      </w:r>
    </w:p>
    <w:p>
      <w:r>
        <w:t>Esa memoria alimenta la esperanza y también prolonga el dolor.</w:t>
      </w:r>
    </w:p>
    <w:p>
      <w:r>
        <w:t>Quiero decirles algo que quizás necesiten escuchar: ustedes no causaron la adicción.</w:t>
      </w:r>
    </w:p>
    <w:p>
      <w:r>
        <w:t>Puede haber errores, conflictos y heridas dentro de cualquier familia. Todos podemos examinar nuestra conducta y corregir aquello que corresponda. Pero ninguna madre, esposa, hija o hermano debe aceptar toda la culpa por las decisiones de otra persona.</w:t>
      </w:r>
    </w:p>
    <w:p>
      <w:r>
        <w:t>Tampoco pueden controlar la adicción mediante una vigilancia permanente. No pueden estar presentes a cada hora, impedir todas las recaídas ni tomar por el consumidor la decisión de recuperarse.</w:t>
      </w:r>
    </w:p>
    <w:p>
      <w:r>
        <w:t>El amor de la familia es poderoso, pero no reemplaza el tratamiento ni la responsabilidad personal.</w:t>
      </w:r>
    </w:p>
    <w:p>
      <w:r>
        <w:t>Amar no significa encubrir.</w:t>
      </w:r>
    </w:p>
    <w:p>
      <w:r>
        <w:t>Cuando llaman al trabajo para inventar una enfermedad, pagan repetidamente las deudas o entregan dinero sabiendo que podría utilizarse para consumir, creen que están evitando una desgracia. En algunas ocasiones, sin embargo, solo retrasan el momento en que la persona deberá enfrentar las consecuencias de sus actos.</w:t>
      </w:r>
    </w:p>
    <w:p>
      <w:r>
        <w:t>Ayudar no es facilitar el consumo.</w:t>
      </w:r>
    </w:p>
    <w:p>
      <w:r>
        <w:t>Pueden ofrecer transporte para acudir a tratamiento, pero no dinero para comprar sustancias.</w:t>
      </w:r>
    </w:p>
    <w:p>
      <w:r>
        <w:t>Pueden escuchar una petición sincera de ayuda, pero no aceptar amenazas.</w:t>
      </w:r>
    </w:p>
    <w:p>
      <w:r>
        <w:t>Pueden acompañar una recuperación, pero no mentir para ocultar una recaída.</w:t>
      </w:r>
    </w:p>
    <w:p>
      <w:r>
        <w:t>Pueden amar profundamente y, al mismo tiempo, establecer límites.</w:t>
      </w:r>
    </w:p>
    <w:p>
      <w:r>
        <w:t>Los límites no son castigos. Son formas de proteger la vida, la dignidad y la seguridad de la familia.</w:t>
      </w:r>
    </w:p>
    <w:p>
      <w:r>
        <w:t>Si existe violencia, la prioridad debe ser proteger a las víctimas y a los niños. Ninguna dependencia justifica los golpes, las amenazas ni las humillaciones. Amar a una persona enferma no obliga a vivir bajo el terror.</w:t>
      </w:r>
    </w:p>
    <w:p>
      <w:r>
        <w:t>Buscar un lugar seguro no significa abandonar al consumidor. Significa impedir que la adicción destruya también a quienes lo rodean.</w:t>
      </w:r>
    </w:p>
    <w:p>
      <w:r>
        <w:t>Los hijos necesitan una atención especial. Ellos pueden creer que son responsables de lo que sucede. Tal vez piensen que, si se comportaran mejor, su padre o su madre dejaría de consumir.</w:t>
      </w:r>
    </w:p>
    <w:p>
      <w:r>
        <w:t>Díganles la verdad de una manera adecuada para su edad.</w:t>
      </w:r>
    </w:p>
    <w:p>
      <w:r>
        <w:t>Díganles que no causaron el problema.</w:t>
      </w:r>
    </w:p>
    <w:p>
      <w:r>
        <w:t>Díganles que no pueden resolverlo.</w:t>
      </w:r>
    </w:p>
    <w:p>
      <w:r>
        <w:t>Díganles que tienen derecho a sentirse tristes, enojados o asustados.</w:t>
      </w:r>
    </w:p>
    <w:p>
      <w:r>
        <w:t>Y, sobre todo, no les encarguen la misión de vigilar al adulto. Un niño no debe convertirse en guardián, enfermero o mediador de sus padres.</w:t>
      </w:r>
    </w:p>
    <w:p>
      <w:r>
        <w:t>Ustedes también necesitan ayuda.</w:t>
      </w:r>
    </w:p>
    <w:p>
      <w:r>
        <w:t>Durante mucho tiempo, toda la atención puede concentrarse en quien consume. Mientras tanto, los familiares dejan de dormir, se enferman, se aíslan y abandonan su propia vida.</w:t>
      </w:r>
    </w:p>
    <w:p>
      <w:r>
        <w:t>No esperen hasta quedar completamente agotados. Busquen orientación profesional, grupos de apoyo, familiares responsables o comunidades capaces de acompañarlos. Hablar con otras personas que han vivido situaciones semejantes puede aliviar la vergüenza y ofrecer herramientas prácticas.</w:t>
      </w:r>
    </w:p>
    <w:p>
      <w:r>
        <w:t>Cuidarse no es egoísmo.</w:t>
      </w:r>
    </w:p>
    <w:p>
      <w:r>
        <w:t>No podrán acompañar a nadie si la adicción los destruye también a ustedes.</w:t>
      </w:r>
    </w:p>
    <w:p>
      <w:r>
        <w:t>Es posible que la persona haya entrado varias veces en tratamiento y sufrido recaídas. Cada recaída causa una decepción profunda. La familia vuelve a preguntarse si debe creer, confiar y comenzar otra vez.</w:t>
      </w:r>
    </w:p>
    <w:p>
      <w:r>
        <w:t>No existen respuestas sencillas.</w:t>
      </w:r>
    </w:p>
    <w:p>
      <w:r>
        <w:t>La recaída no significa necesariamente que toda recuperación sea imposible, pero tampoco debe minimizarse. Es una señal de que el tratamiento y el plan de apoyo necesitan revisarse.</w:t>
      </w:r>
    </w:p>
    <w:p>
      <w:r>
        <w:t>La esperanza debe apoyarse en acciones, no solamente en promesas.</w:t>
      </w:r>
    </w:p>
    <w:p>
      <w:r>
        <w:t>“No volveré a hacerlo” no es suficiente.</w:t>
      </w:r>
    </w:p>
    <w:p>
      <w:r>
        <w:t>Deben observarse pasos concretos: buscar tratamiento, acudir a las citas, apartarse de ambientes de consumo, aceptar límites, asumir responsabilidades y reparar gradualmente el daño causado.</w:t>
      </w:r>
    </w:p>
    <w:p>
      <w:r>
        <w:t>La confianza no se exige. Se reconstruye.</w:t>
      </w:r>
    </w:p>
    <w:p>
      <w:r>
        <w:t>Puede tardar mucho más tiempo en regresar que el necesario para pronunciar una disculpa. Quien se recupera debe comprender que la familia necesita pruebas constantes de cambio.</w:t>
      </w:r>
    </w:p>
    <w:p>
      <w:r>
        <w:t>A ustedes, que todavía esperan, les pido que no confundan esperanza con negación.</w:t>
      </w:r>
    </w:p>
    <w:p>
      <w:r>
        <w:t>La esperanza reconoce la realidad. Sabe que existe una enfermedad grave, que se han causado daños y que el camino será difícil. Pero también sabe que muchos seres humanos han logrado recuperarse.</w:t>
      </w:r>
    </w:p>
    <w:p>
      <w:r>
        <w:t>La negación, en cambio, finge que todo se arreglará por sí solo.</w:t>
      </w:r>
    </w:p>
    <w:p>
      <w:r>
        <w:t>No esperen pasivamente un milagro mientras la situación empeora. Busquen información, tratamiento y protección. Pregunten qué opciones existen y preparen un plan para responder ante una crisis.</w:t>
      </w:r>
    </w:p>
    <w:p>
      <w:r>
        <w:t>Si la persona acepta ayuda, acompáñenla sin intentar recorrer el camino por ella. Celebren sus avances, pero no abandonen los límites. Reconozcan el esfuerzo sin borrar las responsabilidades.</w:t>
      </w:r>
    </w:p>
    <w:p>
      <w:r>
        <w:t>Si todavía rechaza toda ayuda, ustedes pueden recibir orientación y comenzar a cambiar su propia manera de responder. A veces, cuando la familia deja de encubrir, la persona comienza a ver con mayor claridad las consecuencias.</w:t>
      </w:r>
    </w:p>
    <w:p>
      <w:r>
        <w:t>No puedo prometerles que todo terminará como desean. Algunas personas necesitarán varios intentos. Otras tardarán mucho en reconocer el problema. También existen pérdidas que ningún tratamiento podrá reparar completamente.</w:t>
      </w:r>
    </w:p>
    <w:p>
      <w:r>
        <w:t>Pero mientras haya vida, existe la posibilidad de un cambio.</w:t>
      </w:r>
    </w:p>
    <w:p>
      <w:r>
        <w:t>No dejen que la desesperación les robe toda esperanza, pero tampoco permitan que una esperanza mal entendida los obligue a soportarlo todo.</w:t>
      </w:r>
    </w:p>
    <w:p>
      <w:r>
        <w:t>Amen con los ojos abiertos.</w:t>
      </w:r>
    </w:p>
    <w:p>
      <w:r>
        <w:t>Ayuden con responsabilidad.</w:t>
      </w:r>
    </w:p>
    <w:p>
      <w:r>
        <w:t>Protejan a los niños.</w:t>
      </w:r>
    </w:p>
    <w:p>
      <w:r>
        <w:t>Rechacen la violencia.</w:t>
      </w:r>
    </w:p>
    <w:p>
      <w:r>
        <w:t>Busquen apoyo.</w:t>
      </w:r>
    </w:p>
    <w:p>
      <w:r>
        <w:t>Mantengan límites firmes.</w:t>
      </w:r>
    </w:p>
    <w:p>
      <w:r>
        <w:t>Y recuerden que ustedes también merecen vivir.</w:t>
      </w:r>
    </w:p>
    <w:p>
      <w:r>
        <w:t>Quizás algún día la puerta vuelva a abrirse y la persona que aman regrese dispuesta a reconstruir lo destruido. No regresará exactamente igual, porque la recuperación transforma y exige comenzar de nuevo.</w:t>
      </w:r>
    </w:p>
    <w:p>
      <w:r>
        <w:t>Entonces habrá que avanzar lentamente. Habrá heridas que necesitarán tiempo, conversaciones difíciles y perdón. Habrá días de temor y otros de alegría.</w:t>
      </w:r>
    </w:p>
    <w:p>
      <w:r>
        <w:t>Pero cada día responsable será una victoria.</w:t>
      </w:r>
    </w:p>
    <w:p>
      <w:r>
        <w:t>A las madres que aún dejan una luz encendida; a los padres que continúan buscando una solución; a las parejas que han tenido que proteger a sus hijos; a los hermanos que esperan una llamada; a todos los que aman a alguien dominado por una sustancia:</w:t>
      </w:r>
    </w:p>
    <w:p>
      <w:r>
        <w:t>No están solos.</w:t>
      </w:r>
    </w:p>
    <w:p>
      <w:r>
        <w:t>No son culpables de todo.</w:t>
      </w:r>
    </w:p>
    <w:p>
      <w:r>
        <w:t>No tienen que ocultar el problema.</w:t>
      </w:r>
    </w:p>
    <w:p>
      <w:r>
        <w:t>No están obligados a destruirse para demostrar amor.</w:t>
      </w:r>
    </w:p>
    <w:p>
      <w:r>
        <w:t>Continúen esperando, pero no esperen inmóviles.</w:t>
      </w:r>
    </w:p>
    <w:p>
      <w:r>
        <w:t>Conviertan la esperanza en acción.</w:t>
      </w:r>
    </w:p>
    <w:p>
      <w:r>
        <w:t>Porque, mientras la persona que aman pueda reconocer la verdad y aceptar ayuda, la puerta de la recuperación continuará abierta.</w:t>
      </w:r>
    </w:p>
    <w:p>
      <w:r>
        <w:br w:type="page"/>
      </w:r>
    </w:p>
    <w:p>
      <w:pPr>
        <w:pStyle w:val="Heading1"/>
      </w:pPr>
      <w:r>
        <w:t>REFLEXIÓN FINAL</w:t>
      </w:r>
    </w:p>
    <w:p>
      <w:pPr>
        <w:pStyle w:val="Heading2"/>
      </w:pPr>
      <w:r>
        <w:t>Ninguna vida debe darse por perdida</w:t>
      </w:r>
    </w:p>
    <w:p>
      <w:r>
        <w:t>Las drogas y el alcohol han destruido demasiados sueños. Han separado familias, llenado hospitales, provocado accidentes y llevado a innumerables personas hacia la enfermedad, la violencia, la cárcel y la muerte.</w:t>
      </w:r>
    </w:p>
    <w:p>
      <w:r>
        <w:t>Prometen placer, pero pueden dejar sufrimiento.</w:t>
      </w:r>
    </w:p>
    <w:p>
      <w:r>
        <w:t>Prometen valor, pero debilitan la voluntad.</w:t>
      </w:r>
    </w:p>
    <w:p>
      <w:r>
        <w:t>Prometen libertad, pero construyen cadenas.</w:t>
      </w:r>
    </w:p>
    <w:p>
      <w:r>
        <w:t>Prometen olvido, pero crean recuerdos dolorosos que acompañan durante años a quienes consumen y a quienes los aman.</w:t>
      </w:r>
    </w:p>
    <w:p>
      <w:r>
        <w:t>Por eso las he llamado malditas.</w:t>
      </w:r>
    </w:p>
    <w:p>
      <w:r>
        <w:t>No porque quienes caen bajo su dominio sean seres malditos, sino porque las consecuencias de esas sustancias pueden extenderse como una desgracia sobre la persona, su familia y toda la sociedad.</w:t>
      </w:r>
    </w:p>
    <w:p>
      <w:r>
        <w:t>Detrás de cada adicción existe un ser humano.</w:t>
      </w:r>
    </w:p>
    <w:p>
      <w:r>
        <w:t>Puede ser un joven que aceptó una sustancia para no sentirse rechazado. Puede ser una madre que buscó alivio para una tristeza que nunca contó. Puede ser un trabajador que comenzó tomando un medicamento para el dolor. Puede ser una persona anciana que intentó escapar de la soledad.</w:t>
      </w:r>
    </w:p>
    <w:p>
      <w:r>
        <w:t>Nadie comienza deseando perderlo todo.</w:t>
      </w:r>
    </w:p>
    <w:p>
      <w:r>
        <w:t>El primer consumo suele parecer inofensivo. La persona cree que podrá controlar la sustancia y abandonarla cuando lo decida. Pero la dependencia avanza silenciosamente. Cuando reconoce el peligro, quizás ya ha perdido la salud, el empleo, el dinero y la confianza de su familia.</w:t>
      </w:r>
    </w:p>
    <w:p>
      <w:r>
        <w:t>Aun entonces, no debemos declarar que todo está perdido.</w:t>
      </w:r>
    </w:p>
    <w:p>
      <w:pPr>
        <w:pStyle w:val="Heading3"/>
      </w:pPr>
      <w:r>
        <w:t>La persona no es la droga</w:t>
      </w:r>
    </w:p>
    <w:p>
      <w:r>
        <w:t>La adicción puede cambiar profundamente la conducta. Quien antes decía la verdad comienza a mentir. Quien protegía a sus hijos puede abandonarlos. Quien respetaba la ley puede cruzar límites que nunca imaginó.</w:t>
      </w:r>
    </w:p>
    <w:p>
      <w:r>
        <w:t>Estos actos tienen consecuencias y no deben justificarse.</w:t>
      </w:r>
    </w:p>
    <w:p>
      <w:r>
        <w:t>Pero tampoco debemos reducir para siempre a una persona a sus peores decisiones. El adicto continúa siendo hijo, padre, madre, hermano y miembro de una comunidad. Conserva dignidad, aunque sus actos la hayan comprometido.</w:t>
      </w:r>
    </w:p>
    <w:p>
      <w:r>
        <w:t>La persona debe asumir responsabilidad.</w:t>
      </w:r>
    </w:p>
    <w:p>
      <w:r>
        <w:t>La familia debe establecer límites.</w:t>
      </w:r>
    </w:p>
    <w:p>
      <w:r>
        <w:t>La sociedad debe proteger a las víctimas.</w:t>
      </w:r>
    </w:p>
    <w:p>
      <w:r>
        <w:t>Y todos debemos reconocer que la recuperación continúa siendo posible.</w:t>
      </w:r>
    </w:p>
    <w:p>
      <w:pPr>
        <w:pStyle w:val="Heading3"/>
      </w:pPr>
      <w:r>
        <w:t>Prevenir es salvar</w:t>
      </w:r>
    </w:p>
    <w:p>
      <w:r>
        <w:t>La mejor victoria ocurre antes del primer consumo.</w:t>
      </w:r>
    </w:p>
    <w:p>
      <w:r>
        <w:t>Cada joven que aprende a decir “no” evita una lucha que podría acompañarlo durante años. Cada padre que conversa con sus hijos abre una puerta a la confianza. Cada escuela que informa responsablemente fortalece la capacidad de decidir.</w:t>
      </w:r>
    </w:p>
    <w:p>
      <w:r>
        <w:t>La prevención no consiste únicamente en asustar.</w:t>
      </w:r>
    </w:p>
    <w:p>
      <w:r>
        <w:t>Consiste en enseñar a enfrentar la tristeza, la presión, la soledad y el fracaso sin buscar refugio en una sustancia. Consiste en ofrecer oportunidades, propósitos y relaciones saludables.</w:t>
      </w:r>
    </w:p>
    <w:p>
      <w:r>
        <w:t>También exige el ejemplo de los adultos.</w:t>
      </w:r>
    </w:p>
    <w:p>
      <w:r>
        <w:t>No podemos pedirles a los jóvenes que rechacen las drogas mientras nosotros presentamos la embriaguez como una señal de alegría, valentía o éxito.</w:t>
      </w:r>
    </w:p>
    <w:p>
      <w:r>
        <w:t>La prevención comienza en las palabras, pero adquiere credibilidad mediante la conducta.</w:t>
      </w:r>
    </w:p>
    <w:p>
      <w:pPr>
        <w:pStyle w:val="Heading3"/>
      </w:pPr>
      <w:r>
        <w:t>Pedir ayuda es un acto de valor</w:t>
      </w:r>
    </w:p>
    <w:p>
      <w:r>
        <w:t>Muchas personas continúan consumiendo porque sienten vergüenza de reconocer que han perdido el control.</w:t>
      </w:r>
    </w:p>
    <w:p>
      <w:r>
        <w:t>Temen decepcionar a su familia.</w:t>
      </w:r>
    </w:p>
    <w:p>
      <w:r>
        <w:t>Temen ser despedidas.</w:t>
      </w:r>
    </w:p>
    <w:p>
      <w:r>
        <w:t>Temen que la sociedad las desprecie.</w:t>
      </w:r>
    </w:p>
    <w:p>
      <w:r>
        <w:t>Temen vivir sin la sustancia.</w:t>
      </w:r>
    </w:p>
    <w:p>
      <w:r>
        <w:t>Sin embargo, decir “necesito ayuda” puede ser la frase más valiente de toda su vida.</w:t>
      </w:r>
    </w:p>
    <w:p>
      <w:r>
        <w:t>Buscar tratamiento no significa renunciar a la responsabilidad. Significa comenzar a ejercerla.</w:t>
      </w:r>
    </w:p>
    <w:p>
      <w:r>
        <w:t>La recuperación puede requerir atención médica, terapia, medicamentos, apoyo familiar, grupos de ayuda y cambios profundos de ambiente. No existe un único camino para todos.</w:t>
      </w:r>
    </w:p>
    <w:p>
      <w:r>
        <w:t>Lo importante es comenzar y permanecer dispuesto a corregir el rumbo cuando sea necesario.</w:t>
      </w:r>
    </w:p>
    <w:p>
      <w:pPr>
        <w:pStyle w:val="Heading3"/>
      </w:pPr>
      <w:r>
        <w:t>La familia también necesita levantarse</w:t>
      </w:r>
    </w:p>
    <w:p>
      <w:r>
        <w:t>La adicción no hiere solamente a quien consume.</w:t>
      </w:r>
    </w:p>
    <w:p>
      <w:r>
        <w:t>La pareja pierde la confianza.</w:t>
      </w:r>
    </w:p>
    <w:p>
      <w:r>
        <w:t>Los padres se culpan.</w:t>
      </w:r>
    </w:p>
    <w:p>
      <w:r>
        <w:t>Los hijos crecen con miedo.</w:t>
      </w:r>
    </w:p>
    <w:p>
      <w:r>
        <w:t>Los hermanos terminan enfrentados.</w:t>
      </w:r>
    </w:p>
    <w:p>
      <w:r>
        <w:t>Cada integrante necesita sanar.</w:t>
      </w:r>
    </w:p>
    <w:p>
      <w:r>
        <w:t>La familia debe aprender que amar no significa encubrir. Puede apoyar el tratamiento sin financiar el consumo. Puede perdonar sin tolerar violencia. Puede mantener la esperanza sin permitir que la adicción gobierne el hogar.</w:t>
      </w:r>
    </w:p>
    <w:p>
      <w:r>
        <w:t>También debe cuidar su propia salud.</w:t>
      </w:r>
    </w:p>
    <w:p>
      <w:r>
        <w:t>Nadie está obligado a destruirse para demostrar amor.</w:t>
      </w:r>
    </w:p>
    <w:p>
      <w:pPr>
        <w:pStyle w:val="Heading3"/>
      </w:pPr>
      <w:r>
        <w:t>La sociedad no puede permanecer indiferente</w:t>
      </w:r>
    </w:p>
    <w:p>
      <w:r>
        <w:t>Las drogas y el alcohol afectan hospitales, escuelas, carreteras, empresas, tribunales y comunidades.</w:t>
      </w:r>
    </w:p>
    <w:p>
      <w:r>
        <w:t>Por eso, la sociedad debe participar en la solución.</w:t>
      </w:r>
    </w:p>
    <w:p>
      <w:r>
        <w:t>Necesitamos educación, tratamiento accesible y protección para los niños y las víctimas. Necesitamos leyes justas que distingan entre quienes se enriquecen con la destrucción y quienes padecen una dependencia.</w:t>
      </w:r>
    </w:p>
    <w:p>
      <w:r>
        <w:t>También necesitamos ofrecer oportunidades a las personas recuperadas.</w:t>
      </w:r>
    </w:p>
    <w:p>
      <w:r>
        <w:t>Si alguien cumple su tratamiento, asume responsabilidad y demuestra un cambio sostenido, no debemos condenarlo eternamente. Necesita trabajar, pertenecer y construir una nueva identidad.</w:t>
      </w:r>
    </w:p>
    <w:p>
      <w:r>
        <w:t>Cerrar todas las puertas puede devolverlo al único ambiente que todavía lo acepta: el del consumo.</w:t>
      </w:r>
    </w:p>
    <w:p>
      <w:pPr>
        <w:pStyle w:val="Heading3"/>
      </w:pPr>
      <w:r>
        <w:t>Una recaída no debe convertirse en rendición</w:t>
      </w:r>
    </w:p>
    <w:p>
      <w:r>
        <w:t>La recuperación puede incluir momentos difíciles. Algunas personas recaen y sienten que todo su esfuerzo quedó destruido.</w:t>
      </w:r>
    </w:p>
    <w:p>
      <w:r>
        <w:t>La recaída es grave y puede resultar mortal. Debe atenderse inmediatamente.</w:t>
      </w:r>
    </w:p>
    <w:p>
      <w:r>
        <w:t>Pero no tiene que convertirse en una sentencia.</w:t>
      </w:r>
    </w:p>
    <w:p>
      <w:r>
        <w:t>La persona puede examinar qué ocurrió, regresar al tratamiento y fortalecer su plan. Puede levantarse con mayor conocimiento de sus vulnerabilidades.</w:t>
      </w:r>
    </w:p>
    <w:p>
      <w:r>
        <w:t>Una caída no debe utilizarse como permiso para continuar cayendo.</w:t>
      </w:r>
    </w:p>
    <w:p>
      <w:r>
        <w:t>Mientras exista vida, todavía puede tomarse una nueva decisión.</w:t>
      </w:r>
    </w:p>
    <w:p>
      <w:pPr>
        <w:pStyle w:val="Heading3"/>
      </w:pPr>
      <w:r>
        <w:t>Las heridas pueden dejar cicatrices</w:t>
      </w:r>
    </w:p>
    <w:p>
      <w:r>
        <w:t>Sería engañoso afirmar que todo volverá a ser exactamente como antes.</w:t>
      </w:r>
    </w:p>
    <w:p>
      <w:r>
        <w:t>Algunas relaciones no podrán recuperarse. Ciertas enfermedades permanecerán. Habrá oportunidades perdidas y recuerdos que ninguna disculpa podrá borrar.</w:t>
      </w:r>
    </w:p>
    <w:p>
      <w:r>
        <w:t>La recuperación no cambia el pasado.</w:t>
      </w:r>
    </w:p>
    <w:p>
      <w:r>
        <w:t>Cambia la dirección del futuro.</w:t>
      </w:r>
    </w:p>
    <w:p>
      <w:r>
        <w:t>Una cicatriz demuestra que existió una herida, pero también que comenzó un proceso de curación.</w:t>
      </w:r>
    </w:p>
    <w:p>
      <w:r>
        <w:t>La persona recuperada llevará consigo la memoria de sus errores. Puede utilizarla para destruirse mediante la culpa o para impedir que otros recorran el mismo camino.</w:t>
      </w:r>
    </w:p>
    <w:p>
      <w:pPr>
        <w:pStyle w:val="Heading3"/>
      </w:pPr>
      <w:r>
        <w:t>El propósito después del dolor</w:t>
      </w:r>
    </w:p>
    <w:p>
      <w:r>
        <w:t>Muchas personas que superaron una dependencia encuentran un nuevo propósito ayudando a otros.</w:t>
      </w:r>
    </w:p>
    <w:p>
      <w:r>
        <w:t>Su experiencia les permite comprender excusas, miedos y tentaciones que otros no reconocen. Pueden hablar con una autoridad nacida del sufrimiento y de la recuperación.</w:t>
      </w:r>
    </w:p>
    <w:p>
      <w:r>
        <w:t>No tienen que ocultar toda su historia.</w:t>
      </w:r>
    </w:p>
    <w:p>
      <w:r>
        <w:t>Pueden convertirla en advertencia.</w:t>
      </w:r>
    </w:p>
    <w:p>
      <w:r>
        <w:t>Pueden decirle a un joven:</w:t>
      </w:r>
    </w:p>
    <w:p>
      <w:r>
        <w:t>—Yo también creí que podía controlarlo.</w:t>
      </w:r>
    </w:p>
    <w:p>
      <w:r>
        <w:t>Pueden decirle a una familia:</w:t>
      </w:r>
    </w:p>
    <w:p>
      <w:r>
        <w:t>—Comprendo por qué están cansados.</w:t>
      </w:r>
    </w:p>
    <w:p>
      <w:r>
        <w:t>Pueden decirle a quien acaba de recaer:</w:t>
      </w:r>
    </w:p>
    <w:p>
      <w:r>
        <w:t>—Levántate; todavía puedes continuar.</w:t>
      </w:r>
    </w:p>
    <w:p>
      <w:r>
        <w:t>Cuando el dolor se transforma en servicio, una parte de lo sufrido adquiere un propósito.</w:t>
      </w:r>
    </w:p>
    <w:p>
      <w:pPr>
        <w:pStyle w:val="Heading3"/>
      </w:pPr>
      <w:r>
        <w:t>A quien todavía no ha comenzado</w:t>
      </w:r>
    </w:p>
    <w:p>
      <w:r>
        <w:t>Si nunca has consumido una droga, no necesitas probarla para demostrar nada.</w:t>
      </w:r>
    </w:p>
    <w:p>
      <w:r>
        <w:t>No necesitas arriesgar tu vida para satisfacer la curiosidad.</w:t>
      </w:r>
    </w:p>
    <w:p>
      <w:r>
        <w:t>No necesitas la aprobación de alguien que no respeta tu decisión.</w:t>
      </w:r>
    </w:p>
    <w:p>
      <w:r>
        <w:t>Una palabra puede proteger tu futuro:</w:t>
      </w:r>
    </w:p>
    <w:p>
      <w:r>
        <w:t>No.</w:t>
      </w:r>
    </w:p>
    <w:p>
      <w:r>
        <w:t>Pronúnciala con firmeza.</w:t>
      </w:r>
    </w:p>
    <w:p>
      <w:r>
        <w:t>Aléjate.</w:t>
      </w:r>
    </w:p>
    <w:p>
      <w:r>
        <w:t>Busca amistades que respeten tu vida.</w:t>
      </w:r>
    </w:p>
    <w:p>
      <w:r>
        <w:t>Lo que hoy parece una oportunidad de diversión puede convertirse mañana en una lucha desesperada.</w:t>
      </w:r>
    </w:p>
    <w:p>
      <w:r>
        <w:t>Aprende del sufrimiento ajeno antes de tener que aprender mediante el tuyo.</w:t>
      </w:r>
    </w:p>
    <w:p>
      <w:pPr>
        <w:pStyle w:val="Heading3"/>
      </w:pPr>
      <w:r>
        <w:t>A quien está consumiendo</w:t>
      </w:r>
    </w:p>
    <w:p>
      <w:r>
        <w:t>No esperes a perderlo todo.</w:t>
      </w:r>
    </w:p>
    <w:p>
      <w:r>
        <w:t>No necesitas llegar al fondo para comenzar a levantarte.</w:t>
      </w:r>
    </w:p>
    <w:p>
      <w:r>
        <w:t>Si ocultas cuánto consumes, incumples responsabilidades o has intentado detenerte sin conseguirlo, busca ayuda.</w:t>
      </w:r>
    </w:p>
    <w:p>
      <w:r>
        <w:t>No confíes en otra promesa solitaria.</w:t>
      </w:r>
    </w:p>
    <w:p>
      <w:r>
        <w:t>Habla con un profesional.</w:t>
      </w:r>
    </w:p>
    <w:p>
      <w:r>
        <w:t>Dile la verdad a alguien responsable.</w:t>
      </w:r>
    </w:p>
    <w:p>
      <w:r>
        <w:t>Acepta que necesitarás apoyo.</w:t>
      </w:r>
    </w:p>
    <w:p>
      <w:r>
        <w:t>Quizás sientas que no mereces otra oportunidad. Pero mientras vivas, puedes comenzar a responder de una manera diferente.</w:t>
      </w:r>
    </w:p>
    <w:p>
      <w:r>
        <w:t>No eres únicamente aquello que hiciste bajo el dominio de una sustancia.</w:t>
      </w:r>
    </w:p>
    <w:p>
      <w:r>
        <w:t>Todavía puedes decidir quién serás después de ella.</w:t>
      </w:r>
    </w:p>
    <w:p>
      <w:pPr>
        <w:pStyle w:val="Heading3"/>
      </w:pPr>
      <w:r>
        <w:t>A la familia que espera</w:t>
      </w:r>
    </w:p>
    <w:p>
      <w:r>
        <w:t>Su amor puede acompañar, pero no sustituye la decisión del consumidor.</w:t>
      </w:r>
    </w:p>
    <w:p>
      <w:r>
        <w:t>No pierdan la esperanza, pero conviértanla en acción.</w:t>
      </w:r>
    </w:p>
    <w:p>
      <w:r>
        <w:t>Busquen orientación.</w:t>
      </w:r>
    </w:p>
    <w:p>
      <w:r>
        <w:t>Protejan a los niños.</w:t>
      </w:r>
    </w:p>
    <w:p>
      <w:r>
        <w:t>Rechacen la violencia.</w:t>
      </w:r>
    </w:p>
    <w:p>
      <w:r>
        <w:t>Mantengan límites.</w:t>
      </w:r>
    </w:p>
    <w:p>
      <w:r>
        <w:t>No oculten el problema.</w:t>
      </w:r>
    </w:p>
    <w:p>
      <w:r>
        <w:t>No se culpen por todo.</w:t>
      </w:r>
    </w:p>
    <w:p>
      <w:r>
        <w:t>Y no abandonen completamente su propia vida.</w:t>
      </w:r>
    </w:p>
    <w:p>
      <w:r>
        <w:t>Ustedes también necesitan recuperarse.</w:t>
      </w:r>
    </w:p>
    <w:p>
      <w:pPr>
        <w:pStyle w:val="Heading3"/>
      </w:pPr>
      <w:r>
        <w:t>Una decisión colectiva</w:t>
      </w:r>
    </w:p>
    <w:p>
      <w:r>
        <w:t>Para vencer este problema se necesita la participación de todos.</w:t>
      </w:r>
    </w:p>
    <w:p>
      <w:r>
        <w:t>La persona debe asumir su responsabilidad.</w:t>
      </w:r>
    </w:p>
    <w:p>
      <w:r>
        <w:t>La familia debe educar y proteger.</w:t>
      </w:r>
    </w:p>
    <w:p>
      <w:r>
        <w:t>La escuela debe prevenir.</w:t>
      </w:r>
    </w:p>
    <w:p>
      <w:r>
        <w:t>Los profesionales deben tratar.</w:t>
      </w:r>
    </w:p>
    <w:p>
      <w:r>
        <w:t>Las autoridades deben actuar.</w:t>
      </w:r>
    </w:p>
    <w:p>
      <w:r>
        <w:t>Las empresas deben responder.</w:t>
      </w:r>
    </w:p>
    <w:p>
      <w:r>
        <w:t>La comunidad debe acompañar.</w:t>
      </w:r>
    </w:p>
    <w:p>
      <w:r>
        <w:t>Ningún sector puede resolverlo por sí solo.</w:t>
      </w:r>
    </w:p>
    <w:p>
      <w:pPr>
        <w:pStyle w:val="Heading3"/>
      </w:pPr>
      <w:r>
        <w:t>Ninguna vida debe darse por perdida</w:t>
      </w:r>
    </w:p>
    <w:p>
      <w:r>
        <w:t>He escrito estas páginas para advertir, pero también para defender la esperanza.</w:t>
      </w:r>
    </w:p>
    <w:p>
      <w:r>
        <w:t>Las drogas y el alcohol poseen un poder terrible. Pueden dominar el cuerpo, confundir la mente y destruir la voluntad.</w:t>
      </w:r>
    </w:p>
    <w:p>
      <w:r>
        <w:t>Pero no son invencibles.</w:t>
      </w:r>
    </w:p>
    <w:p>
      <w:r>
        <w:t>Cada persona que rechaza la primera dosis representa una victoria.</w:t>
      </w:r>
    </w:p>
    <w:p>
      <w:r>
        <w:t>Cada consumidor que reconoce la verdad representa una posibilidad.</w:t>
      </w:r>
    </w:p>
    <w:p>
      <w:r>
        <w:t>Cada familia que establece límites comienza a recuperar su hogar.</w:t>
      </w:r>
    </w:p>
    <w:p>
      <w:r>
        <w:t>Cada profesional que trata con competencia y respeto protege una vida.</w:t>
      </w:r>
    </w:p>
    <w:p>
      <w:r>
        <w:t>Cada persona rehabilitada demuestra que las cadenas pueden romperse.</w:t>
      </w:r>
    </w:p>
    <w:p>
      <w:r>
        <w:t>No debemos minimizar el peligro.</w:t>
      </w:r>
    </w:p>
    <w:p>
      <w:r>
        <w:t>No debemos justificar los daños.</w:t>
      </w:r>
    </w:p>
    <w:p>
      <w:r>
        <w:t>No debemos cerrar los ojos ante las víctimas.</w:t>
      </w:r>
    </w:p>
    <w:p>
      <w:r>
        <w:t>Pero tampoco debemos declarar irremediable a un ser humano que todavía puede luchar.</w:t>
      </w:r>
    </w:p>
    <w:p>
      <w:r>
        <w:t>Porque mientras exista un aliento de vida, una palabra de verdad, una mano responsable y una voluntad dispuesta a levantarse, continuará existiendo esperanza.</w:t>
      </w:r>
    </w:p>
    <w:p>
      <w:r>
        <w:t>Las drogas pueden haber robado años.</w:t>
      </w:r>
    </w:p>
    <w:p>
      <w:r>
        <w:t>El alcohol puede haber destruido oportunidades.</w:t>
      </w:r>
    </w:p>
    <w:p>
      <w:r>
        <w:t>La adicción puede haber dejado cicatrices profundas.</w:t>
      </w:r>
    </w:p>
    <w:p>
      <w:r>
        <w:t>Pero el porvenir no tiene que pertenecerles.</w:t>
      </w:r>
    </w:p>
    <w:p>
      <w:r>
        <w:t>Ninguna sustancia debe pronunciar la última palabra sobre una vida humana.</w:t>
      </w:r>
    </w:p>
    <w:p>
      <w:r>
        <w:t>Y ninguna vida debe darse por perdida.</w:t>
      </w:r>
    </w:p>
    <w:p>
      <w:r>
        <w:t>quiero que, al revisar el libro, elimines todo lo que sea repetitivo. Eso es esencial</w:t>
      </w:r>
    </w:p>
    <w:p>
      <w:r>
        <w:t>-</w:t>
      </w:r>
    </w:p>
    <w:p>
      <w:r>
        <w:t>*</w:t>
      </w:r>
    </w:p>
    <w:p>
      <w:r>
        <w:t>#</w:t>
      </w:r>
    </w:p>
    <w:p>
      <w:r>
        <w:br w:type="page"/>
      </w:r>
    </w:p>
    <w:p>
      <w:pPr>
        <w:pStyle w:val="Heading1"/>
      </w:pPr>
      <w:r>
        <w:t>GLOSARIO DE SIGLAS Y TÉRMINOS</w:t>
      </w:r>
    </w:p>
    <w:p>
      <w:pPr>
        <w:pStyle w:val="Heading2"/>
      </w:pPr>
      <w:r>
        <w:t>SIGLAS</w:t>
      </w:r>
    </w:p>
    <w:p>
      <w:r>
        <w:t>AUD: Siglas en inglés de *Alcohol Use Disorder*. En español: trastorno por consumo de alcohol.</w:t>
      </w:r>
    </w:p>
    <w:p>
      <w:r>
        <w:t>CDC: *Centers for Disease Control and Prevention*. En español: Centros para el Control y la Prevención de Enfermedades de Estados Unidos.</w:t>
      </w:r>
    </w:p>
    <w:p>
      <w:r>
        <w:t>DALY: Siglas en inglés de *Disability-Adjusted Life Year*. En español: año de vida ajustado por discapacidad. Es una medida que combina los años perdidos por muerte prematura y los años vividos con enfermedad o discapacidad.</w:t>
      </w:r>
    </w:p>
    <w:p>
      <w:r>
        <w:t>DEA: *Drug Enforcement Administration*. En español: Administración para el Control de Drogas de Estados Unidos.</w:t>
      </w:r>
    </w:p>
    <w:p>
      <w:r>
        <w:t>FDA: *Food and Drug Administration*. En español: Administración de Alimentos y Medicamentos de Estados Unidos.</w:t>
      </w:r>
    </w:p>
    <w:p>
      <w:r>
        <w:t>FASD: Siglas en inglés de *Fetal Alcohol Spectrum Disorders*. En español: trastornos del espectro alcohólico fetal.</w:t>
      </w:r>
    </w:p>
    <w:p>
      <w:r>
        <w:t>NAS: Siglas en inglés de *Neonatal Abstinence Syndrome*. En español: síndrome de abstinencia neonatal.</w:t>
      </w:r>
    </w:p>
    <w:p>
      <w:r>
        <w:t>NIAAA: *National Institute on Alcohol Abuse and Alcoholism*. En español: Instituto Nacional sobre el Abuso del Alcohol y el Alcoholismo de Estados Unidos.</w:t>
      </w:r>
    </w:p>
    <w:p>
      <w:r>
        <w:t>NIDA: *National Institute on Drug Abuse*. En español: Instituto Nacional sobre el Abuso de Drogas de Estados Unidos.</w:t>
      </w:r>
    </w:p>
    <w:p>
      <w:r>
        <w:t>NOWS: Siglas en inglés de *Neonatal Opioid Withdrawal Syndrome*. En español: síndrome de abstinencia neonatal por opioides.</w:t>
      </w:r>
    </w:p>
    <w:p>
      <w:r>
        <w:t>OMS: Organización Mundial de la Salud.</w:t>
      </w:r>
    </w:p>
    <w:p>
      <w:r>
        <w:t>SAMHSA: *Substance Abuse and Mental Health Services Administration*. En español: Administración de Servicios de Salud Mental y Abuso de Sustancias de Estados Unidos.</w:t>
      </w:r>
    </w:p>
    <w:p>
      <w:r>
        <w:t>SUD: Siglas en inglés de *Substance Use Disorder*. En español: trastorno por consumo de sustancias.</w:t>
      </w:r>
    </w:p>
    <w:p>
      <w:r>
        <w:t>UNODC: *United Nations Office on Drugs and Crime*. En español: Oficina de las Naciones Unidas contra la Droga y el Delito.</w:t>
      </w:r>
    </w:p>
    <w:p>
      <w:pPr>
        <w:pStyle w:val="Heading2"/>
      </w:pPr>
      <w:r>
        <w:t>TÉRMINOS</w:t>
      </w:r>
    </w:p>
    <w:p>
      <w:r>
        <w:t>Abstinencia: Acción de dejar de consumir una sustancia. También puede referirse al conjunto de síntomas físicos y emocionales que aparecen cuando una persona dependiente reduce o suspende el consumo.</w:t>
      </w:r>
    </w:p>
    <w:p>
      <w:r>
        <w:t>Adicción: Forma grave de trastorno por consumo de sustancias, caracterizada por la búsqueda y el consumo difíciles de controlar a pesar de sus consecuencias perjudiciales.</w:t>
      </w:r>
    </w:p>
    <w:p>
      <w:r>
        <w:t>Alcohol: Sustancia psicoactiva y tóxica capaz de producir dependencia. El alcohol presente en las bebidas es el etanol.</w:t>
      </w:r>
    </w:p>
    <w:p>
      <w:r>
        <w:t>Benzodiacepinas: Grupo de medicamentos depresores del sistema nervioso que pueden recetarse para determinadas formas de ansiedad, insomnio, convulsiones y otras condiciones. Pueden producir dependencia y resultar especialmente peligrosas cuando se mezclan con opioides o alcohol.</w:t>
      </w:r>
    </w:p>
    <w:p>
      <w:r>
        <w:t>Consumo compulsivo: Uso de una sustancia que resulta muy difícil de controlar, incluso cuando la persona reconoce sus consecuencias negativas.</w:t>
      </w:r>
    </w:p>
    <w:p>
      <w:r>
        <w:t>Consumo excesivo episódico: Ingestión de una gran cantidad de alcohol durante una sola ocasión. También se conoce mediante la expresión inglesa *binge drinking*.</w:t>
      </w:r>
    </w:p>
    <w:p>
      <w:r>
        <w:t>Craving: Palabra inglesa utilizada para describir un deseo intenso o urgencia de consumir una sustancia.</w:t>
      </w:r>
    </w:p>
    <w:p>
      <w:r>
        <w:t>Dependencia física: Adaptación del organismo a una sustancia. Su reducción o suspensión puede producir síntomas de abstinencia. No significa necesariamente que exista adicción, aunque requiere atención profesional.</w:t>
      </w:r>
    </w:p>
    <w:p>
      <w:r>
        <w:t>Desencadenante: Persona, lugar, emoción, recuerdo o situación que despierta el deseo de consumir. También puede llamarse detonante.</w:t>
      </w:r>
    </w:p>
    <w:p>
      <w:r>
        <w:t>Desintoxicación: Proceso mediante el cual el organismo elimina una sustancia. Puede requerir supervisión médica para controlar los síntomas de abstinencia y evitar complicaciones. No constituye por sí sola un tratamiento completo de la adicción.</w:t>
      </w:r>
    </w:p>
    <w:p>
      <w:r>
        <w:t>Discapacidad: Limitación física, mental, intelectual o sensorial que puede afectar la capacidad de una persona para realizar determinadas actividades o participar plenamente en la vida social.</w:t>
      </w:r>
    </w:p>
    <w:p>
      <w:r>
        <w:t>Droga: Sustancia que modifica el funcionamiento del organismo o del cerebro. Puede ser legal, ilegal o utilizada con fines médicos.</w:t>
      </w:r>
    </w:p>
    <w:p>
      <w:r>
        <w:t>Droga psicoactiva: Sustancia que actúa sobre el cerebro y puede modificar la percepción, el estado de ánimo, el pensamiento o la conducta.</w:t>
      </w:r>
    </w:p>
    <w:p>
      <w:r>
        <w:t>Droga sintética: Sustancia producida mediante procesos químicos. Algunas tienen usos médicos legítimos y otras son fabricadas ilegalmente.</w:t>
      </w:r>
    </w:p>
    <w:p>
      <w:r>
        <w:t>Enfermedad transmisible: Enfermedad que puede propagarse directa o indirectamente entre personas, animales o el ambiente.</w:t>
      </w:r>
    </w:p>
    <w:p>
      <w:r>
        <w:t>Enfermedad no transmisible: Enfermedad que generalmente no se contagia, como el cáncer y muchas enfermedades cardiovasculares o hepáticas.</w:t>
      </w:r>
    </w:p>
    <w:p>
      <w:r>
        <w:t>Estigma: Rechazo, desprecio o discriminación dirigidos contra una persona debido a una condición, conducta o antecedente. El estigma puede impedir que quienes padecen una adicción busquen ayuda.</w:t>
      </w:r>
    </w:p>
    <w:p>
      <w:r>
        <w:t>Etanol: Tipo de alcohol presente en la cerveza, el vino, la champaña y los licores. Es una sustancia psicoactiva, tóxica y capaz de producir dependencia.</w:t>
      </w:r>
    </w:p>
    <w:p>
      <w:r>
        <w:t>Fentanilo: Opioide sintético de gran potencia. Tiene usos médicos legítimos bajo supervisión, pero el fabricado ilegalmente provoca numerosas sobredosis y puede encontrarse oculto en pastillas falsas y otras drogas.</w:t>
      </w:r>
    </w:p>
    <w:p>
      <w:r>
        <w:t>Intoxicación: Alteración física o mental causada por una sustancia. Puede afectar el juicio, la coordinación, la memoria, la respiración y otras funciones.</w:t>
      </w:r>
    </w:p>
    <w:p>
      <w:r>
        <w:t>Metanfetamina: Droga estimulante potente que puede producir euforia y energía, pero también dependencia, paranoia, alteraciones cardiovasculares y otros daños graves.</w:t>
      </w:r>
    </w:p>
    <w:p>
      <w:r>
        <w:t>Naloxona: Medicamento que puede revertir temporalmente una sobredosis de opioides y restaurar la respiración. Su administración no sustituye la llamada al servicio de emergencias.</w:t>
      </w:r>
    </w:p>
    <w:p>
      <w:r>
        <w:t>Narcotráfico: Producción, transporte, distribución y comercialización ilegal de drogas.</w:t>
      </w:r>
    </w:p>
    <w:p>
      <w:r>
        <w:t>Opioides: Grupo de sustancias que incluye determinados medicamentos para el dolor, la heroína y el fentanilo. Pueden disminuir la respiración, causar dependencia y provocar sobredosis.</w:t>
      </w:r>
    </w:p>
    <w:p>
      <w:r>
        <w:t>Pastilla falsa: Tableta fabricada ilegalmente para imitar un medicamento legítimo. Puede contener fentanilo, metanfetamina u otras sustancias en cantidades impredecibles.</w:t>
      </w:r>
    </w:p>
    <w:p>
      <w:r>
        <w:t>Prevención: Conjunto de acciones destinadas a evitar o retrasar el inicio del consumo y reducir sus riesgos.</w:t>
      </w:r>
    </w:p>
    <w:p>
      <w:r>
        <w:t>Recaída: Regreso al consumo después de un periodo de abstinencia o control. Requiere atención inmediata y revisión del plan de tratamiento, pero no tiene que significar el final de la recuperación.</w:t>
      </w:r>
    </w:p>
    <w:p>
      <w:r>
        <w:t>Recuperación: Proceso mediante el cual una persona abandona o controla el consumo problemático, mejora su salud y reconstruye sus relaciones, responsabilidades y propósito de vida.</w:t>
      </w:r>
    </w:p>
    <w:p>
      <w:r>
        <w:t>Rehabilitación: Conjunto de tratamientos, apoyos y cambios que ayudan a la persona a recuperar su funcionamiento físico, mental, familiar y social.</w:t>
      </w:r>
    </w:p>
    <w:p>
      <w:r>
        <w:t>Síndrome de abstinencia: Conjunto de síntomas que puede aparecer cuando una persona dependiente disminuye o suspende una sustancia. Su gravedad depende de la sustancia y del patrón de consumo.</w:t>
      </w:r>
    </w:p>
    <w:p>
      <w:r>
        <w:t>Síndrome de abstinencia neonatal: Síntomas que puede presentar un recién nacido después de haber estado expuesto a determinadas sustancias antes del nacimiento.</w:t>
      </w:r>
    </w:p>
    <w:p>
      <w:r>
        <w:t>Sobredosis: Intoxicación grave producida cuando una sustancia, sola o combinada con otras, altera peligrosamente funciones esenciales como la respiración, el corazón o la conciencia.</w:t>
      </w:r>
    </w:p>
    <w:p>
      <w:r>
        <w:t>Sustancia depresora: Droga o medicamento que disminuye la actividad del sistema nervioso. Puede causar somnolencia y reducir la respiración.</w:t>
      </w:r>
    </w:p>
    <w:p>
      <w:r>
        <w:t>Sustancia estimulante: Droga o medicamento que aumenta la actividad del sistema nervioso. Puede elevar la energía, la frecuencia cardiaca, la presión arterial y el estado de alerta.</w:t>
      </w:r>
    </w:p>
    <w:p>
      <w:r>
        <w:t>Tolerancia: Adaptación por la cual una cantidad determinada produce menos efecto que antes. La persona puede intentar aumentar la dosis, incrementando los riesgos.</w:t>
      </w:r>
    </w:p>
    <w:p>
      <w:r>
        <w:t>Trastorno por consumo de alcohol: Condición médica caracterizada por dificultad para controlar la bebida a pesar de sus consecuencias negativas.</w:t>
      </w:r>
    </w:p>
    <w:p>
      <w:r>
        <w:t>Trastorno por consumo de sustancias: Condición médica en la que el uso de una sustancia provoca problemas de salud o dificultades para cumplir responsabilidades y controlar el consumo.</w:t>
      </w:r>
    </w:p>
    <w:p>
      <w:r>
        <w:t>Tratamiento ambulatorio: Atención que permite a la persona vivir en su hogar mientras acude a consultas, terapias o programas.</w:t>
      </w:r>
    </w:p>
    <w:p>
      <w:r>
        <w:t>Tratamiento residencial: Atención en la que la persona vive temporalmente dentro de un centro de tratamiento estructurado.</w:t>
      </w:r>
    </w:p>
    <w:p>
      <w:r>
        <w:t>Trastornos del espectro alcohólico fetal: Grupo de posibles alteraciones físicas, intelectuales, conductuales y del aprendizaje causadas por la exposición al alcohol antes del nacimiento.</w:t>
      </w:r>
    </w:p>
    <w:sectPr w:rsidR="00FC693F" w:rsidRPr="0006063C" w:rsidSect="00034616">
      <w:footerReference w:type="default" r:id="rId9"/>
      <w:pgSz w:w="8640" w:h="12960"/>
      <w:pgMar w:top="1037" w:right="1080" w:bottom="1037"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jc w:val="both"/>
    </w:pPr>
    <w:rPr>
      <w:rFonts w:ascii="Garamond" w:hAnsi="Garamon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Garamond" w:hAnsi="Garamond"/>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Garamond" w:hAnsi="Garamond"/>
      <w:b/>
      <w:bCs/>
      <w:color w:val="4F81BD" w:themeColor="accent1"/>
      <w:sz w:val="32"/>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Garamond" w:hAnsi="Garamond"/>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240"/>
      <w:contextualSpacing/>
    </w:pPr>
    <w:rPr>
      <w:rFonts w:asciiTheme="majorHAnsi" w:eastAsiaTheme="majorEastAsia" w:hAnsiTheme="majorHAnsi" w:cstheme="majorBidi" w:ascii="Garamond" w:hAnsi="Garamond"/>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malditas drogas y el alcohol</dc:title>
  <dc:subject>Edición definitiva revisada</dc:subject>
  <dc:creator>Miguel Eugenio Sanfiel</dc:creator>
  <cp:keywords/>
  <dc:description>generated by python-docx</dc:description>
  <cp:lastModifiedBy/>
  <cp:revision>1</cp:revision>
  <dcterms:created xsi:type="dcterms:W3CDTF">2013-12-23T23:15:00Z</dcterms:created>
  <dcterms:modified xsi:type="dcterms:W3CDTF">2013-12-23T23:15:00Z</dcterms:modified>
  <cp:category/>
</cp:coreProperties>
</file>